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F77" w:rsidRPr="00F752B1" w:rsidRDefault="001F1213" w:rsidP="00F752B1">
      <w:pPr>
        <w:pStyle w:val="UNAIDSTitle"/>
        <w:spacing w:before="100" w:beforeAutospacing="1" w:after="100" w:afterAutospacing="1"/>
        <w:ind w:right="1179"/>
        <w:rPr>
          <w:b/>
          <w:sz w:val="52"/>
          <w:szCs w:val="52"/>
          <w:lang w:val="ru-RU"/>
        </w:rPr>
      </w:pPr>
      <w:r w:rsidRPr="00F752B1">
        <w:rPr>
          <w:b/>
          <w:sz w:val="52"/>
          <w:szCs w:val="52"/>
          <w:lang w:val="ru-RU"/>
        </w:rPr>
        <w:t>Страновой отчет о достигнутом прогрессе - Казахстан</w:t>
      </w:r>
    </w:p>
    <w:p w:rsidR="00554F77" w:rsidRPr="00F752B1" w:rsidRDefault="00B10286" w:rsidP="009677DE">
      <w:pPr>
        <w:pStyle w:val="UNAIDSSubtitle"/>
        <w:spacing w:before="120" w:after="120"/>
        <w:ind w:left="1701" w:right="1134"/>
        <w:rPr>
          <w:b/>
          <w:lang w:val="ru-RU"/>
        </w:rPr>
      </w:pPr>
      <w:r w:rsidRPr="009677DE">
        <w:rPr>
          <w:b/>
          <w:noProof/>
          <w:lang w:val="ru-RU" w:eastAsia="ru-RU"/>
        </w:rPr>
        <w:drawing>
          <wp:anchor distT="0" distB="0" distL="114300" distR="114300" simplePos="0" relativeHeight="251658240" behindDoc="0" locked="0" layoutInCell="1" allowOverlap="1" wp14:anchorId="0301E7A1" wp14:editId="5623D4D8">
            <wp:simplePos x="0" y="0"/>
            <wp:positionH relativeFrom="page">
              <wp:posOffset>221409</wp:posOffset>
            </wp:positionH>
            <wp:positionV relativeFrom="paragraph">
              <wp:posOffset>376368</wp:posOffset>
            </wp:positionV>
            <wp:extent cx="7056755" cy="7573645"/>
            <wp:effectExtent l="0" t="0" r="0"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x_title_len1.jpg"/>
                    <pic:cNvPicPr/>
                  </pic:nvPicPr>
                  <pic:blipFill>
                    <a:blip r:embed="rId9"/>
                    <a:stretch>
                      <a:fillRect/>
                    </a:stretch>
                  </pic:blipFill>
                  <pic:spPr>
                    <a:xfrm>
                      <a:off x="0" y="0"/>
                      <a:ext cx="7056755" cy="7573645"/>
                    </a:xfrm>
                    <a:prstGeom prst="rect">
                      <a:avLst/>
                    </a:prstGeom>
                  </pic:spPr>
                </pic:pic>
              </a:graphicData>
            </a:graphic>
            <wp14:sizeRelH relativeFrom="margin">
              <wp14:pctWidth>0</wp14:pctWidth>
            </wp14:sizeRelH>
            <wp14:sizeRelV relativeFrom="margin">
              <wp14:pctHeight>0</wp14:pctHeight>
            </wp14:sizeRelV>
          </wp:anchor>
        </w:drawing>
      </w:r>
      <w:r w:rsidR="009677DE" w:rsidRPr="00F752B1">
        <w:rPr>
          <w:b/>
          <w:lang w:val="ru-RU"/>
        </w:rPr>
        <w:t xml:space="preserve">  </w:t>
      </w:r>
      <w:r w:rsidR="001F1213" w:rsidRPr="009677DE">
        <w:rPr>
          <w:b/>
          <w:lang w:val="ru-RU"/>
        </w:rPr>
        <w:t>Глобальный мониторинг эпидемии СП</w:t>
      </w:r>
      <w:r w:rsidR="001F1213" w:rsidRPr="00F752B1">
        <w:rPr>
          <w:b/>
          <w:lang w:val="ru-RU"/>
        </w:rPr>
        <w:t>ИДа 201</w:t>
      </w:r>
      <w:r w:rsidR="009677DE" w:rsidRPr="00F752B1">
        <w:rPr>
          <w:b/>
          <w:lang w:val="ru-RU"/>
        </w:rPr>
        <w:t>9</w:t>
      </w:r>
    </w:p>
    <w:p w:rsidR="00554F77" w:rsidRPr="006678A1" w:rsidRDefault="00554F77" w:rsidP="006678A1">
      <w:pPr>
        <w:spacing w:after="0"/>
        <w:rPr>
          <w:lang w:val="ru-RU"/>
        </w:rPr>
      </w:pPr>
    </w:p>
    <w:p w:rsidR="00F752B1" w:rsidRDefault="00F752B1" w:rsidP="00F752B1">
      <w:pPr>
        <w:tabs>
          <w:tab w:val="left" w:pos="709"/>
          <w:tab w:val="left" w:pos="2124"/>
        </w:tabs>
        <w:spacing w:line="240" w:lineRule="auto"/>
        <w:ind w:firstLine="709"/>
        <w:jc w:val="center"/>
        <w:rPr>
          <w:rFonts w:cs="Times New Roman"/>
          <w:b/>
          <w:color w:val="002060"/>
          <w:sz w:val="24"/>
          <w:szCs w:val="24"/>
          <w:lang w:val="ru-RU"/>
        </w:rPr>
      </w:pPr>
    </w:p>
    <w:p w:rsidR="00F752B1" w:rsidRDefault="00F752B1" w:rsidP="00F752B1">
      <w:pPr>
        <w:tabs>
          <w:tab w:val="left" w:pos="709"/>
          <w:tab w:val="left" w:pos="2124"/>
        </w:tabs>
        <w:spacing w:line="240" w:lineRule="auto"/>
        <w:ind w:firstLine="709"/>
        <w:jc w:val="center"/>
        <w:rPr>
          <w:rFonts w:cs="Times New Roman"/>
          <w:b/>
          <w:color w:val="002060"/>
          <w:sz w:val="24"/>
          <w:szCs w:val="24"/>
          <w:lang w:val="ru-RU"/>
        </w:rPr>
      </w:pPr>
    </w:p>
    <w:p w:rsidR="00F752B1" w:rsidRDefault="00F752B1" w:rsidP="00F752B1">
      <w:pPr>
        <w:tabs>
          <w:tab w:val="left" w:pos="709"/>
          <w:tab w:val="left" w:pos="2124"/>
        </w:tabs>
        <w:spacing w:line="240" w:lineRule="auto"/>
        <w:ind w:firstLine="709"/>
        <w:jc w:val="center"/>
        <w:rPr>
          <w:rFonts w:cs="Times New Roman"/>
          <w:b/>
          <w:color w:val="002060"/>
          <w:sz w:val="24"/>
          <w:szCs w:val="24"/>
          <w:lang w:val="ru-RU"/>
        </w:rPr>
      </w:pPr>
    </w:p>
    <w:p w:rsidR="00F752B1" w:rsidRPr="00F752B1" w:rsidRDefault="00F752B1" w:rsidP="00F752B1">
      <w:pPr>
        <w:tabs>
          <w:tab w:val="left" w:pos="709"/>
          <w:tab w:val="left" w:pos="2124"/>
        </w:tabs>
        <w:spacing w:line="240" w:lineRule="auto"/>
        <w:ind w:firstLine="709"/>
        <w:jc w:val="center"/>
        <w:rPr>
          <w:rFonts w:cs="Times New Roman"/>
          <w:b/>
          <w:color w:val="002060"/>
          <w:sz w:val="24"/>
          <w:szCs w:val="24"/>
          <w:lang w:val="ru-RU"/>
        </w:rPr>
      </w:pPr>
      <w:r w:rsidRPr="00F752B1">
        <w:rPr>
          <w:rFonts w:cs="Times New Roman"/>
          <w:b/>
          <w:color w:val="002060"/>
          <w:sz w:val="24"/>
          <w:szCs w:val="24"/>
          <w:lang w:val="ru-RU"/>
        </w:rPr>
        <w:t>АКРОНИМЫ И СОКРАЩЕНИЯ</w:t>
      </w:r>
    </w:p>
    <w:tbl>
      <w:tblPr>
        <w:tblStyle w:val="TableGrid1"/>
        <w:tblpPr w:leftFromText="180" w:rightFromText="180" w:vertAnchor="text" w:horzAnchor="page" w:tblpX="2365" w:tblpY="149"/>
        <w:tblW w:w="8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1"/>
        <w:gridCol w:w="6274"/>
      </w:tblGrid>
      <w:tr w:rsidR="00F752B1" w:rsidRPr="00660084"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АРВ</w:t>
            </w:r>
          </w:p>
        </w:tc>
        <w:tc>
          <w:tcPr>
            <w:tcW w:w="6274" w:type="dxa"/>
          </w:tcPr>
          <w:p w:rsidR="00F752B1" w:rsidRPr="00660084" w:rsidRDefault="00F752B1" w:rsidP="00F752B1">
            <w:pPr>
              <w:tabs>
                <w:tab w:val="left" w:pos="34"/>
              </w:tabs>
              <w:ind w:firstLine="34"/>
              <w:jc w:val="both"/>
              <w:rPr>
                <w:rFonts w:cs="Times New Roman"/>
                <w:sz w:val="24"/>
                <w:szCs w:val="24"/>
              </w:rPr>
            </w:pPr>
            <w:r w:rsidRPr="00660084">
              <w:rPr>
                <w:rFonts w:cs="Times New Roman"/>
                <w:sz w:val="24"/>
                <w:szCs w:val="24"/>
              </w:rPr>
              <w:t>Антиретровирусный (препарат)</w:t>
            </w:r>
          </w:p>
        </w:tc>
      </w:tr>
      <w:tr w:rsidR="00F752B1" w:rsidRPr="00660084"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АРТ</w:t>
            </w:r>
          </w:p>
        </w:tc>
        <w:tc>
          <w:tcPr>
            <w:tcW w:w="6274" w:type="dxa"/>
          </w:tcPr>
          <w:p w:rsidR="00F752B1" w:rsidRPr="00660084" w:rsidRDefault="00F752B1" w:rsidP="00F752B1">
            <w:pPr>
              <w:tabs>
                <w:tab w:val="left" w:pos="176"/>
                <w:tab w:val="left" w:pos="2124"/>
              </w:tabs>
              <w:ind w:firstLine="34"/>
              <w:jc w:val="both"/>
              <w:rPr>
                <w:rFonts w:cs="Times New Roman"/>
                <w:sz w:val="24"/>
                <w:szCs w:val="24"/>
              </w:rPr>
            </w:pPr>
            <w:r w:rsidRPr="00660084">
              <w:rPr>
                <w:rFonts w:cs="Times New Roman"/>
                <w:sz w:val="24"/>
                <w:szCs w:val="24"/>
              </w:rPr>
              <w:t>Антиретровирусная терапия</w:t>
            </w:r>
          </w:p>
        </w:tc>
      </w:tr>
      <w:tr w:rsidR="00F752B1" w:rsidRPr="00660084" w:rsidTr="00F752B1">
        <w:trPr>
          <w:trHeight w:val="255"/>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ВИЧ</w:t>
            </w:r>
          </w:p>
        </w:tc>
        <w:tc>
          <w:tcPr>
            <w:tcW w:w="6274" w:type="dxa"/>
          </w:tcPr>
          <w:p w:rsidR="00F752B1" w:rsidRPr="00660084" w:rsidRDefault="00F752B1" w:rsidP="00F752B1">
            <w:pPr>
              <w:tabs>
                <w:tab w:val="left" w:pos="176"/>
                <w:tab w:val="left" w:pos="2124"/>
              </w:tabs>
              <w:ind w:firstLine="34"/>
              <w:jc w:val="both"/>
              <w:rPr>
                <w:rFonts w:cs="Times New Roman"/>
                <w:sz w:val="24"/>
                <w:szCs w:val="24"/>
              </w:rPr>
            </w:pPr>
            <w:r w:rsidRPr="00660084">
              <w:rPr>
                <w:rFonts w:cs="Times New Roman"/>
                <w:sz w:val="24"/>
                <w:szCs w:val="24"/>
              </w:rPr>
              <w:t>Вирус иммунодефицита человека</w:t>
            </w:r>
          </w:p>
        </w:tc>
      </w:tr>
      <w:tr w:rsidR="00F752B1" w:rsidRPr="00660084"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ВОЗ</w:t>
            </w:r>
          </w:p>
        </w:tc>
        <w:tc>
          <w:tcPr>
            <w:tcW w:w="6274" w:type="dxa"/>
          </w:tcPr>
          <w:p w:rsidR="00F752B1" w:rsidRPr="00660084" w:rsidRDefault="00F752B1" w:rsidP="00F752B1">
            <w:pPr>
              <w:tabs>
                <w:tab w:val="left" w:pos="176"/>
                <w:tab w:val="left" w:pos="2124"/>
              </w:tabs>
              <w:ind w:firstLine="34"/>
              <w:jc w:val="both"/>
              <w:rPr>
                <w:rFonts w:cs="Times New Roman"/>
                <w:sz w:val="24"/>
                <w:szCs w:val="24"/>
              </w:rPr>
            </w:pPr>
            <w:r w:rsidRPr="00660084">
              <w:rPr>
                <w:rFonts w:cs="Times New Roman"/>
                <w:sz w:val="24"/>
                <w:szCs w:val="24"/>
              </w:rPr>
              <w:t>Всемирная организация здравоохранения</w:t>
            </w:r>
          </w:p>
        </w:tc>
      </w:tr>
      <w:tr w:rsidR="00F752B1" w:rsidRPr="00605005"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ГФСТМ</w:t>
            </w:r>
          </w:p>
        </w:tc>
        <w:tc>
          <w:tcPr>
            <w:tcW w:w="6274" w:type="dxa"/>
          </w:tcPr>
          <w:p w:rsidR="00F752B1" w:rsidRPr="00660084" w:rsidRDefault="00F752B1" w:rsidP="00F752B1">
            <w:pPr>
              <w:tabs>
                <w:tab w:val="left" w:pos="176"/>
                <w:tab w:val="left" w:pos="2124"/>
              </w:tabs>
              <w:ind w:firstLine="34"/>
              <w:jc w:val="both"/>
              <w:rPr>
                <w:rFonts w:cs="Times New Roman"/>
                <w:sz w:val="24"/>
                <w:szCs w:val="24"/>
              </w:rPr>
            </w:pPr>
            <w:r w:rsidRPr="00660084">
              <w:rPr>
                <w:rFonts w:cs="Times New Roman"/>
                <w:sz w:val="24"/>
                <w:szCs w:val="24"/>
              </w:rPr>
              <w:t xml:space="preserve">Глобальный Фонд для борьбы со СПИД, туберкулезом и малярией </w:t>
            </w:r>
          </w:p>
        </w:tc>
      </w:tr>
      <w:tr w:rsidR="00F752B1" w:rsidRPr="00605005"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ЛЖВ</w:t>
            </w:r>
          </w:p>
        </w:tc>
        <w:tc>
          <w:tcPr>
            <w:tcW w:w="6274" w:type="dxa"/>
          </w:tcPr>
          <w:p w:rsidR="00F752B1" w:rsidRPr="00660084" w:rsidRDefault="00F752B1" w:rsidP="00F752B1">
            <w:pPr>
              <w:tabs>
                <w:tab w:val="left" w:pos="176"/>
                <w:tab w:val="left" w:pos="2124"/>
              </w:tabs>
              <w:ind w:firstLine="34"/>
              <w:jc w:val="both"/>
              <w:rPr>
                <w:rFonts w:cs="Times New Roman"/>
                <w:sz w:val="24"/>
                <w:szCs w:val="24"/>
              </w:rPr>
            </w:pPr>
            <w:r w:rsidRPr="00660084">
              <w:rPr>
                <w:rFonts w:cs="Times New Roman"/>
                <w:sz w:val="24"/>
                <w:szCs w:val="24"/>
              </w:rPr>
              <w:t>люди, живущие с ВИЧ - инфекцией</w:t>
            </w:r>
          </w:p>
        </w:tc>
      </w:tr>
      <w:tr w:rsidR="00F752B1" w:rsidRPr="00660084"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ЛУИН</w:t>
            </w:r>
          </w:p>
        </w:tc>
        <w:tc>
          <w:tcPr>
            <w:tcW w:w="6274" w:type="dxa"/>
          </w:tcPr>
          <w:p w:rsidR="00F752B1" w:rsidRPr="00660084" w:rsidRDefault="00F752B1" w:rsidP="00F752B1">
            <w:pPr>
              <w:tabs>
                <w:tab w:val="left" w:pos="176"/>
                <w:tab w:val="left" w:pos="2124"/>
              </w:tabs>
              <w:ind w:firstLine="34"/>
              <w:jc w:val="both"/>
              <w:rPr>
                <w:rFonts w:cs="Times New Roman"/>
                <w:sz w:val="24"/>
                <w:szCs w:val="24"/>
              </w:rPr>
            </w:pPr>
            <w:r w:rsidRPr="00660084">
              <w:rPr>
                <w:rFonts w:cs="Times New Roman"/>
                <w:sz w:val="24"/>
                <w:szCs w:val="24"/>
              </w:rPr>
              <w:t>люди, употребляющие инъекционные наркотики</w:t>
            </w:r>
          </w:p>
        </w:tc>
      </w:tr>
      <w:tr w:rsidR="00F752B1" w:rsidRPr="00660084" w:rsidTr="00F752B1">
        <w:trPr>
          <w:trHeight w:val="255"/>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ООН</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Организация Объединенных Наций</w:t>
            </w:r>
          </w:p>
        </w:tc>
      </w:tr>
      <w:tr w:rsidR="00F752B1" w:rsidRPr="00660084"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СПИД</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Синдром приобретенного иммунодефицита</w:t>
            </w:r>
          </w:p>
        </w:tc>
      </w:tr>
      <w:tr w:rsidR="00F752B1" w:rsidRPr="00605005"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ППМР</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профилактика передачи от матери ребенку</w:t>
            </w:r>
          </w:p>
        </w:tc>
      </w:tr>
      <w:tr w:rsidR="00F752B1" w:rsidRPr="00605005"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ПРООН</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Программа развития Организации Объединенных Наций</w:t>
            </w:r>
          </w:p>
        </w:tc>
      </w:tr>
      <w:tr w:rsidR="00F752B1" w:rsidRPr="00605005" w:rsidTr="00F752B1">
        <w:trPr>
          <w:trHeight w:val="518"/>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ЮНЭЙДС</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bCs/>
                <w:sz w:val="24"/>
                <w:szCs w:val="24"/>
              </w:rPr>
              <w:t>Объединенная программа Организации Объединенных Наций</w:t>
            </w:r>
            <w:r w:rsidRPr="00660084">
              <w:rPr>
                <w:rFonts w:cs="Times New Roman"/>
                <w:sz w:val="24"/>
                <w:szCs w:val="24"/>
              </w:rPr>
              <w:t xml:space="preserve"> по </w:t>
            </w:r>
            <w:r w:rsidRPr="00660084">
              <w:rPr>
                <w:rFonts w:cs="Times New Roman"/>
                <w:bCs/>
                <w:sz w:val="24"/>
                <w:szCs w:val="24"/>
              </w:rPr>
              <w:t>ВИЧ</w:t>
            </w:r>
            <w:r w:rsidRPr="00660084">
              <w:rPr>
                <w:rFonts w:cs="Times New Roman"/>
                <w:sz w:val="24"/>
                <w:szCs w:val="24"/>
              </w:rPr>
              <w:t>/</w:t>
            </w:r>
            <w:r w:rsidRPr="00660084">
              <w:rPr>
                <w:rFonts w:cs="Times New Roman"/>
                <w:bCs/>
                <w:sz w:val="24"/>
                <w:szCs w:val="24"/>
              </w:rPr>
              <w:t>СПИДу</w:t>
            </w:r>
          </w:p>
        </w:tc>
      </w:tr>
      <w:tr w:rsidR="00F752B1" w:rsidRPr="00605005"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ЮНИСЕФ</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Детский Фонд Организации Объединенных Наций</w:t>
            </w:r>
          </w:p>
        </w:tc>
      </w:tr>
      <w:tr w:rsidR="00F752B1" w:rsidRPr="00605005"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ЮСАИД</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Агентство США по международному развитию</w:t>
            </w:r>
          </w:p>
        </w:tc>
      </w:tr>
      <w:tr w:rsidR="00F752B1" w:rsidRPr="00605005"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lang w:val="en-US"/>
              </w:rPr>
              <w:t>CDC</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Центр по контролю и профилактике заболеваний (США)</w:t>
            </w:r>
          </w:p>
        </w:tc>
      </w:tr>
      <w:tr w:rsidR="00F752B1" w:rsidRPr="00605005" w:rsidTr="00F752B1">
        <w:trPr>
          <w:trHeight w:val="518"/>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ПЕПФАР</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Чрезвычайный план Президента США для оказания помощи в связи со СПИДом</w:t>
            </w:r>
          </w:p>
        </w:tc>
      </w:tr>
      <w:tr w:rsidR="00F752B1" w:rsidRPr="00660084"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НПО</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Неправительственные организации</w:t>
            </w:r>
          </w:p>
        </w:tc>
      </w:tr>
      <w:tr w:rsidR="00F752B1" w:rsidRPr="00605005"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МСМ</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Мужчины, имеющие секс с мужчинами</w:t>
            </w:r>
          </w:p>
        </w:tc>
      </w:tr>
      <w:tr w:rsidR="00F752B1" w:rsidRPr="00660084"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r w:rsidRPr="00F752B1">
              <w:rPr>
                <w:rFonts w:cs="Times New Roman"/>
                <w:b/>
                <w:color w:val="002060"/>
                <w:sz w:val="24"/>
                <w:szCs w:val="24"/>
              </w:rPr>
              <w:t>РС</w:t>
            </w:r>
          </w:p>
        </w:tc>
        <w:tc>
          <w:tcPr>
            <w:tcW w:w="6274" w:type="dxa"/>
          </w:tcPr>
          <w:p w:rsidR="00F752B1" w:rsidRPr="00660084" w:rsidRDefault="00F752B1" w:rsidP="00F752B1">
            <w:pPr>
              <w:tabs>
                <w:tab w:val="left" w:pos="0"/>
                <w:tab w:val="left" w:pos="2124"/>
              </w:tabs>
              <w:jc w:val="both"/>
              <w:rPr>
                <w:rFonts w:cs="Times New Roman"/>
                <w:sz w:val="24"/>
                <w:szCs w:val="24"/>
              </w:rPr>
            </w:pPr>
            <w:r w:rsidRPr="00660084">
              <w:rPr>
                <w:rFonts w:cs="Times New Roman"/>
                <w:sz w:val="24"/>
                <w:szCs w:val="24"/>
              </w:rPr>
              <w:t>Работники секс-бизнеса</w:t>
            </w:r>
          </w:p>
        </w:tc>
      </w:tr>
      <w:tr w:rsidR="00F752B1" w:rsidRPr="00660084"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p>
        </w:tc>
        <w:tc>
          <w:tcPr>
            <w:tcW w:w="6274" w:type="dxa"/>
          </w:tcPr>
          <w:p w:rsidR="00F752B1" w:rsidRPr="00660084" w:rsidRDefault="00F752B1" w:rsidP="00F752B1">
            <w:pPr>
              <w:tabs>
                <w:tab w:val="left" w:pos="0"/>
                <w:tab w:val="left" w:pos="2124"/>
              </w:tabs>
              <w:rPr>
                <w:rFonts w:cs="Times New Roman"/>
                <w:sz w:val="24"/>
                <w:szCs w:val="24"/>
              </w:rPr>
            </w:pPr>
          </w:p>
        </w:tc>
      </w:tr>
      <w:tr w:rsidR="00F752B1" w:rsidRPr="00660084" w:rsidTr="00F752B1">
        <w:trPr>
          <w:trHeight w:val="255"/>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p>
        </w:tc>
        <w:tc>
          <w:tcPr>
            <w:tcW w:w="6274" w:type="dxa"/>
          </w:tcPr>
          <w:p w:rsidR="00F752B1" w:rsidRPr="00660084" w:rsidRDefault="00F752B1" w:rsidP="00F752B1">
            <w:pPr>
              <w:tabs>
                <w:tab w:val="left" w:pos="0"/>
                <w:tab w:val="left" w:pos="2124"/>
              </w:tabs>
              <w:rPr>
                <w:rFonts w:cs="Times New Roman"/>
                <w:sz w:val="24"/>
                <w:szCs w:val="24"/>
              </w:rPr>
            </w:pPr>
          </w:p>
        </w:tc>
      </w:tr>
      <w:tr w:rsidR="00F752B1" w:rsidRPr="00660084" w:rsidTr="00F752B1">
        <w:trPr>
          <w:trHeight w:val="262"/>
        </w:trPr>
        <w:tc>
          <w:tcPr>
            <w:tcW w:w="1981" w:type="dxa"/>
          </w:tcPr>
          <w:p w:rsidR="00F752B1" w:rsidRPr="00F752B1" w:rsidRDefault="00F752B1" w:rsidP="00F752B1">
            <w:pPr>
              <w:tabs>
                <w:tab w:val="left" w:pos="709"/>
                <w:tab w:val="left" w:pos="2124"/>
              </w:tabs>
              <w:ind w:firstLine="709"/>
              <w:rPr>
                <w:rFonts w:cs="Times New Roman"/>
                <w:b/>
                <w:color w:val="002060"/>
                <w:sz w:val="24"/>
                <w:szCs w:val="24"/>
              </w:rPr>
            </w:pPr>
          </w:p>
        </w:tc>
        <w:tc>
          <w:tcPr>
            <w:tcW w:w="6274" w:type="dxa"/>
          </w:tcPr>
          <w:p w:rsidR="00F752B1" w:rsidRPr="00660084" w:rsidRDefault="00F752B1" w:rsidP="00F752B1">
            <w:pPr>
              <w:tabs>
                <w:tab w:val="left" w:pos="0"/>
                <w:tab w:val="left" w:pos="2124"/>
              </w:tabs>
              <w:rPr>
                <w:rFonts w:cs="Times New Roman"/>
                <w:sz w:val="24"/>
                <w:szCs w:val="24"/>
              </w:rPr>
            </w:pPr>
          </w:p>
        </w:tc>
      </w:tr>
    </w:tbl>
    <w:p w:rsidR="00F752B1" w:rsidRPr="00F752B1" w:rsidRDefault="00F752B1" w:rsidP="00F752B1">
      <w:pPr>
        <w:tabs>
          <w:tab w:val="left" w:pos="709"/>
          <w:tab w:val="left" w:pos="2124"/>
        </w:tabs>
        <w:spacing w:line="240" w:lineRule="auto"/>
        <w:ind w:firstLine="709"/>
        <w:jc w:val="center"/>
        <w:rPr>
          <w:rFonts w:cs="Times New Roman"/>
          <w:b/>
          <w:color w:val="0070C0"/>
          <w:sz w:val="24"/>
          <w:szCs w:val="24"/>
          <w:lang w:val="ru-RU"/>
        </w:rPr>
      </w:pPr>
    </w:p>
    <w:p w:rsidR="00F752B1" w:rsidRPr="00660084" w:rsidRDefault="00F752B1" w:rsidP="00F752B1">
      <w:pPr>
        <w:tabs>
          <w:tab w:val="left" w:pos="709"/>
          <w:tab w:val="left" w:pos="2124"/>
        </w:tabs>
        <w:spacing w:line="240" w:lineRule="auto"/>
        <w:ind w:firstLine="709"/>
        <w:jc w:val="center"/>
        <w:rPr>
          <w:rFonts w:cs="Times New Roman"/>
          <w:b/>
          <w:sz w:val="24"/>
          <w:szCs w:val="24"/>
        </w:rPr>
      </w:pPr>
    </w:p>
    <w:p w:rsidR="00F752B1" w:rsidRPr="00660084" w:rsidRDefault="00F752B1" w:rsidP="00F752B1">
      <w:pPr>
        <w:tabs>
          <w:tab w:val="left" w:pos="709"/>
          <w:tab w:val="left" w:pos="2124"/>
        </w:tabs>
        <w:spacing w:line="240" w:lineRule="auto"/>
        <w:ind w:firstLine="709"/>
        <w:jc w:val="center"/>
        <w:rPr>
          <w:rFonts w:cs="Times New Roman"/>
          <w:b/>
          <w:sz w:val="24"/>
          <w:szCs w:val="24"/>
        </w:rPr>
      </w:pPr>
    </w:p>
    <w:p w:rsidR="00F752B1" w:rsidRDefault="00F752B1" w:rsidP="00F752B1">
      <w:pPr>
        <w:tabs>
          <w:tab w:val="left" w:pos="709"/>
          <w:tab w:val="left" w:pos="2124"/>
        </w:tabs>
        <w:spacing w:line="240" w:lineRule="auto"/>
        <w:ind w:firstLine="709"/>
        <w:jc w:val="center"/>
        <w:rPr>
          <w:rFonts w:cs="Times New Roman"/>
          <w:b/>
          <w:sz w:val="24"/>
          <w:szCs w:val="24"/>
        </w:rPr>
      </w:pPr>
    </w:p>
    <w:p w:rsidR="00F752B1" w:rsidRDefault="00F752B1" w:rsidP="00F752B1">
      <w:pPr>
        <w:tabs>
          <w:tab w:val="left" w:pos="709"/>
          <w:tab w:val="left" w:pos="2124"/>
        </w:tabs>
        <w:spacing w:line="240" w:lineRule="auto"/>
        <w:ind w:firstLine="709"/>
        <w:jc w:val="center"/>
        <w:rPr>
          <w:rFonts w:cs="Times New Roman"/>
          <w:b/>
          <w:sz w:val="24"/>
          <w:szCs w:val="24"/>
        </w:rPr>
      </w:pPr>
    </w:p>
    <w:p w:rsidR="00F752B1" w:rsidRDefault="00F752B1" w:rsidP="00F752B1">
      <w:pPr>
        <w:tabs>
          <w:tab w:val="left" w:pos="709"/>
          <w:tab w:val="left" w:pos="2124"/>
        </w:tabs>
        <w:spacing w:line="240" w:lineRule="auto"/>
        <w:ind w:firstLine="709"/>
        <w:jc w:val="center"/>
        <w:rPr>
          <w:rFonts w:cs="Times New Roman"/>
          <w:b/>
          <w:sz w:val="24"/>
          <w:szCs w:val="24"/>
        </w:rPr>
      </w:pPr>
    </w:p>
    <w:p w:rsidR="00F752B1" w:rsidRDefault="00F752B1" w:rsidP="00F752B1">
      <w:pPr>
        <w:tabs>
          <w:tab w:val="left" w:pos="709"/>
          <w:tab w:val="left" w:pos="2124"/>
        </w:tabs>
        <w:spacing w:line="240" w:lineRule="auto"/>
        <w:ind w:firstLine="709"/>
        <w:jc w:val="center"/>
        <w:rPr>
          <w:rFonts w:cs="Times New Roman"/>
          <w:b/>
          <w:sz w:val="24"/>
          <w:szCs w:val="24"/>
        </w:rPr>
      </w:pPr>
    </w:p>
    <w:p w:rsidR="00F752B1" w:rsidRDefault="00F752B1" w:rsidP="00F752B1">
      <w:pPr>
        <w:tabs>
          <w:tab w:val="left" w:pos="709"/>
          <w:tab w:val="left" w:pos="2124"/>
        </w:tabs>
        <w:spacing w:line="240" w:lineRule="auto"/>
        <w:ind w:firstLine="709"/>
        <w:jc w:val="center"/>
        <w:rPr>
          <w:rFonts w:cs="Times New Roman"/>
          <w:b/>
          <w:sz w:val="24"/>
          <w:szCs w:val="24"/>
        </w:rPr>
      </w:pPr>
    </w:p>
    <w:p w:rsidR="00F752B1" w:rsidRPr="00660084" w:rsidRDefault="00F752B1" w:rsidP="00F752B1">
      <w:pPr>
        <w:tabs>
          <w:tab w:val="left" w:pos="709"/>
          <w:tab w:val="left" w:pos="2124"/>
        </w:tabs>
        <w:spacing w:line="240" w:lineRule="auto"/>
        <w:ind w:firstLine="709"/>
        <w:jc w:val="center"/>
        <w:rPr>
          <w:rFonts w:cs="Times New Roman"/>
          <w:b/>
          <w:sz w:val="24"/>
          <w:szCs w:val="24"/>
        </w:rPr>
      </w:pPr>
    </w:p>
    <w:p w:rsidR="00F752B1" w:rsidRPr="00660084" w:rsidRDefault="00F752B1" w:rsidP="00F752B1">
      <w:pPr>
        <w:tabs>
          <w:tab w:val="left" w:pos="709"/>
          <w:tab w:val="left" w:pos="2124"/>
        </w:tabs>
        <w:spacing w:line="240" w:lineRule="auto"/>
        <w:ind w:firstLine="709"/>
        <w:jc w:val="center"/>
        <w:rPr>
          <w:rFonts w:cs="Times New Roman"/>
          <w:b/>
          <w:sz w:val="24"/>
          <w:szCs w:val="24"/>
        </w:rPr>
      </w:pPr>
    </w:p>
    <w:p w:rsidR="00F752B1" w:rsidRPr="00660084" w:rsidRDefault="00F752B1" w:rsidP="00F752B1">
      <w:pPr>
        <w:spacing w:after="0" w:line="240" w:lineRule="auto"/>
        <w:rPr>
          <w:rFonts w:cs="Arial"/>
          <w:b/>
          <w:bCs/>
          <w:color w:val="1F497D" w:themeColor="text2"/>
          <w:sz w:val="24"/>
          <w:szCs w:val="24"/>
          <w:shd w:val="clear" w:color="auto" w:fill="FFFFFF"/>
          <w:lang w:val="ru-RU"/>
        </w:rPr>
      </w:pPr>
    </w:p>
    <w:p w:rsidR="00F752B1" w:rsidRDefault="00F752B1" w:rsidP="00F752B1">
      <w:pPr>
        <w:spacing w:after="0" w:line="240" w:lineRule="auto"/>
        <w:rPr>
          <w:rFonts w:ascii="Arial" w:hAnsi="Arial" w:cs="Arial"/>
          <w:b/>
          <w:bCs/>
          <w:color w:val="1F497D" w:themeColor="text2"/>
          <w:sz w:val="24"/>
          <w:szCs w:val="24"/>
          <w:shd w:val="clear" w:color="auto" w:fill="FFFFFF"/>
          <w:lang w:val="ru-RU"/>
        </w:rPr>
      </w:pPr>
    </w:p>
    <w:p w:rsidR="00554F77" w:rsidRDefault="00554F77"/>
    <w:p w:rsidR="00554F77" w:rsidRDefault="00554F77">
      <w:pPr>
        <w:sectPr w:rsidR="00554F77">
          <w:footerReference w:type="default" r:id="rId10"/>
          <w:pgSz w:w="11909" w:h="16834"/>
          <w:pgMar w:top="288" w:right="288" w:bottom="288" w:left="288" w:header="720" w:footer="720" w:gutter="0"/>
          <w:cols w:space="720"/>
          <w:docGrid w:linePitch="360"/>
        </w:sectPr>
      </w:pPr>
    </w:p>
    <w:p w:rsidR="009B5BD8" w:rsidRPr="00F752B1" w:rsidRDefault="00E93A3D">
      <w:pPr>
        <w:rPr>
          <w:rFonts w:ascii="Arial" w:hAnsi="Arial" w:cs="Arial"/>
          <w:b/>
          <w:color w:val="002060"/>
          <w:lang w:val="ru-RU"/>
        </w:rPr>
      </w:pPr>
      <w:r w:rsidRPr="00F752B1">
        <w:rPr>
          <w:rFonts w:ascii="Arial" w:hAnsi="Arial" w:cs="Arial"/>
          <w:b/>
          <w:color w:val="002060"/>
          <w:lang w:val="ru-RU"/>
        </w:rPr>
        <w:lastRenderedPageBreak/>
        <w:t>Содержание:</w:t>
      </w:r>
    </w:p>
    <w:p w:rsidR="007F27BD" w:rsidRPr="009677DE" w:rsidRDefault="007F27BD" w:rsidP="007F27BD">
      <w:pPr>
        <w:pStyle w:val="ab"/>
        <w:rPr>
          <w:rFonts w:ascii="Arial" w:hAnsi="Arial" w:cs="Arial"/>
          <w:color w:val="002060"/>
          <w:lang w:val="ru-RU"/>
        </w:rPr>
      </w:pPr>
      <w:r w:rsidRPr="009677DE">
        <w:rPr>
          <w:rFonts w:ascii="Arial" w:hAnsi="Arial" w:cs="Arial"/>
          <w:color w:val="002060"/>
          <w:lang w:val="ru-RU"/>
        </w:rPr>
        <w:t>Обзор………………………………………………………………………………</w:t>
      </w:r>
      <w:r w:rsidR="0030419F" w:rsidRPr="009677DE">
        <w:rPr>
          <w:rFonts w:ascii="Arial" w:hAnsi="Arial" w:cs="Arial"/>
          <w:color w:val="002060"/>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9677DE">
        <w:rPr>
          <w:rFonts w:ascii="Arial" w:hAnsi="Arial" w:cs="Arial"/>
          <w:b/>
          <w:bCs/>
          <w:color w:val="002060"/>
          <w:sz w:val="20"/>
          <w:szCs w:val="20"/>
          <w:shd w:val="clear" w:color="auto" w:fill="FFFFFF"/>
          <w:lang w:val="ru-RU"/>
        </w:rPr>
        <w:t>ОБЯЗАТЕЛЬСТВО</w:t>
      </w:r>
      <w:r w:rsidR="0030419F" w:rsidRPr="009677DE">
        <w:rPr>
          <w:rFonts w:ascii="Arial" w:hAnsi="Arial" w:cs="Arial"/>
          <w:bCs/>
          <w:color w:val="002060"/>
          <w:sz w:val="20"/>
          <w:szCs w:val="20"/>
          <w:shd w:val="clear" w:color="auto" w:fill="FFFFFF"/>
          <w:lang w:val="ru-RU"/>
        </w:rPr>
        <w:t>:</w:t>
      </w:r>
      <w:r w:rsidRPr="009677DE">
        <w:rPr>
          <w:rFonts w:ascii="Arial" w:hAnsi="Arial" w:cs="Arial"/>
          <w:bCs/>
          <w:color w:val="002060"/>
          <w:sz w:val="20"/>
          <w:szCs w:val="20"/>
          <w:shd w:val="clear" w:color="auto" w:fill="FFFFFF"/>
          <w:lang w:val="ru-RU"/>
        </w:rPr>
        <w:t xml:space="preserve"> Обеспечить доступ к лечению для 30 миллионов людей с ВИЧ путем достижения целей «90–90–90» к 2020 году………</w:t>
      </w:r>
      <w:r w:rsidR="0030419F" w:rsidRPr="009677DE">
        <w:rPr>
          <w:rFonts w:ascii="Arial" w:hAnsi="Arial" w:cs="Arial"/>
          <w:bCs/>
          <w:color w:val="002060"/>
          <w:sz w:val="20"/>
          <w:szCs w:val="20"/>
          <w:shd w:val="clear" w:color="auto" w:fill="FFFFFF"/>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9677DE">
        <w:rPr>
          <w:rFonts w:ascii="Arial" w:hAnsi="Arial" w:cs="Arial"/>
          <w:b/>
          <w:bCs/>
          <w:color w:val="002060"/>
          <w:sz w:val="20"/>
          <w:szCs w:val="20"/>
          <w:shd w:val="clear" w:color="auto" w:fill="FFFFFF"/>
          <w:lang w:val="ru-RU"/>
        </w:rPr>
        <w:t>ОБЯЗАТЕЛЬСТВО</w:t>
      </w:r>
      <w:r w:rsidR="0030419F" w:rsidRPr="009677DE">
        <w:rPr>
          <w:rFonts w:ascii="Arial" w:hAnsi="Arial" w:cs="Arial"/>
          <w:bCs/>
          <w:color w:val="002060"/>
          <w:sz w:val="20"/>
          <w:szCs w:val="20"/>
          <w:shd w:val="clear" w:color="auto" w:fill="FFFFFF"/>
          <w:lang w:val="ru-RU"/>
        </w:rPr>
        <w:t>:</w:t>
      </w:r>
      <w:r w:rsidRPr="009677DE">
        <w:rPr>
          <w:rFonts w:ascii="Arial" w:hAnsi="Arial" w:cs="Arial"/>
          <w:bCs/>
          <w:color w:val="002060"/>
          <w:sz w:val="20"/>
          <w:szCs w:val="20"/>
          <w:shd w:val="clear" w:color="auto" w:fill="FFFFFF"/>
          <w:lang w:val="ru-RU"/>
        </w:rPr>
        <w:t xml:space="preserve"> Искоренить новые случаи инфицирования ВИЧ среди детей к 2020 году с обеспечением доступа для 1,6 миллионов детей к лечению от ВИЧ к 2018 году………………………………………</w:t>
      </w:r>
      <w:r w:rsidR="0030419F" w:rsidRPr="009677DE">
        <w:rPr>
          <w:rFonts w:ascii="Arial" w:hAnsi="Arial" w:cs="Arial"/>
          <w:bCs/>
          <w:color w:val="002060"/>
          <w:sz w:val="20"/>
          <w:szCs w:val="20"/>
          <w:shd w:val="clear" w:color="auto" w:fill="FFFFFF"/>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9677DE">
        <w:rPr>
          <w:rFonts w:ascii="Arial" w:hAnsi="Arial" w:cs="Arial"/>
          <w:b/>
          <w:bCs/>
          <w:color w:val="002060"/>
          <w:sz w:val="20"/>
          <w:szCs w:val="20"/>
          <w:shd w:val="clear" w:color="auto" w:fill="FFFFFF"/>
          <w:lang w:val="ru-RU"/>
        </w:rPr>
        <w:t>ОБЯЗАТЕЛЬСТВО</w:t>
      </w:r>
      <w:r w:rsidR="0030419F" w:rsidRPr="009677DE">
        <w:rPr>
          <w:rFonts w:ascii="Arial" w:hAnsi="Arial" w:cs="Arial"/>
          <w:bCs/>
          <w:color w:val="002060"/>
          <w:sz w:val="20"/>
          <w:szCs w:val="20"/>
          <w:shd w:val="clear" w:color="auto" w:fill="FFFFFF"/>
          <w:lang w:val="ru-RU"/>
        </w:rPr>
        <w:t xml:space="preserve">: </w:t>
      </w:r>
      <w:r w:rsidRPr="009677DE">
        <w:rPr>
          <w:rFonts w:ascii="Arial" w:hAnsi="Arial" w:cs="Arial"/>
          <w:bCs/>
          <w:color w:val="002060"/>
          <w:sz w:val="20"/>
          <w:szCs w:val="20"/>
          <w:shd w:val="clear" w:color="auto" w:fill="FFFFFF"/>
          <w:lang w:val="ru-RU"/>
        </w:rPr>
        <w:t>Обеспечить доступ к комбинированной профилактике, включая доконтактную профилактику, добровольное медицинское мужское обрезание, снижение вреда и пропаганду использования презервативов, для, как минимум, 90% людей, особенно молодых женщин и девочек-подростков в странах с высоким уровнем распространенности и ключевых групп населения — геев и других мужчин, имеющих половые связи с мужчинами, трансгендеров, работников секс-бизнеса и их клиентов, лиц, употребляющих инъекционные наркотики и заключенных</w:t>
      </w:r>
      <w:r w:rsidR="0030419F" w:rsidRPr="009677DE">
        <w:rPr>
          <w:rFonts w:ascii="Arial" w:hAnsi="Arial" w:cs="Arial"/>
          <w:bCs/>
          <w:color w:val="002060"/>
          <w:sz w:val="20"/>
          <w:szCs w:val="20"/>
          <w:shd w:val="clear" w:color="auto" w:fill="FFFFFF"/>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9677DE">
        <w:rPr>
          <w:rFonts w:ascii="Arial" w:hAnsi="Arial" w:cs="Arial"/>
          <w:b/>
          <w:bCs/>
          <w:color w:val="002060"/>
          <w:sz w:val="20"/>
          <w:szCs w:val="20"/>
          <w:shd w:val="clear" w:color="auto" w:fill="FFFFFF"/>
          <w:lang w:val="ru-RU"/>
        </w:rPr>
        <w:t>ОБЯЗАТЕЛЬСТВО</w:t>
      </w:r>
      <w:r w:rsidR="0030419F" w:rsidRPr="009677DE">
        <w:rPr>
          <w:rFonts w:ascii="Arial" w:hAnsi="Arial" w:cs="Arial"/>
          <w:bCs/>
          <w:color w:val="002060"/>
          <w:sz w:val="20"/>
          <w:szCs w:val="20"/>
          <w:shd w:val="clear" w:color="auto" w:fill="FFFFFF"/>
          <w:lang w:val="ru-RU"/>
        </w:rPr>
        <w:t xml:space="preserve">: </w:t>
      </w:r>
      <w:r w:rsidRPr="009677DE">
        <w:rPr>
          <w:rFonts w:ascii="Arial" w:hAnsi="Arial" w:cs="Arial"/>
          <w:bCs/>
          <w:color w:val="002060"/>
          <w:sz w:val="20"/>
          <w:szCs w:val="20"/>
          <w:shd w:val="clear" w:color="auto" w:fill="FFFFFF"/>
          <w:lang w:val="ru-RU"/>
        </w:rPr>
        <w:t>Устранить гендерное неравенство и искоренить все формы насилия и дискриминации в отношении женщин и девочек, лиц, инфицированных ВИЧ, и ключевых групп населения к 2020 году</w:t>
      </w:r>
      <w:r w:rsidR="0030419F" w:rsidRPr="009677DE">
        <w:rPr>
          <w:rFonts w:ascii="Arial" w:hAnsi="Arial" w:cs="Arial"/>
          <w:bCs/>
          <w:color w:val="002060"/>
          <w:sz w:val="20"/>
          <w:szCs w:val="20"/>
          <w:shd w:val="clear" w:color="auto" w:fill="FFFFFF"/>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9677DE">
        <w:rPr>
          <w:rFonts w:ascii="Arial" w:hAnsi="Arial" w:cs="Arial"/>
          <w:b/>
          <w:bCs/>
          <w:color w:val="002060"/>
          <w:sz w:val="20"/>
          <w:szCs w:val="20"/>
          <w:shd w:val="clear" w:color="auto" w:fill="FFFFFF"/>
          <w:lang w:val="ru-RU"/>
        </w:rPr>
        <w:t>ОБЯЗАТЕЛЬСТВО</w:t>
      </w:r>
      <w:r w:rsidR="0030419F" w:rsidRPr="009677DE">
        <w:rPr>
          <w:rFonts w:ascii="Arial" w:hAnsi="Arial" w:cs="Arial"/>
          <w:bCs/>
          <w:color w:val="002060"/>
          <w:sz w:val="20"/>
          <w:szCs w:val="20"/>
          <w:shd w:val="clear" w:color="auto" w:fill="FFFFFF"/>
          <w:lang w:val="ru-RU"/>
        </w:rPr>
        <w:t xml:space="preserve">: </w:t>
      </w:r>
      <w:r w:rsidRPr="009677DE">
        <w:rPr>
          <w:rFonts w:ascii="Arial" w:hAnsi="Arial" w:cs="Arial"/>
          <w:bCs/>
          <w:color w:val="002060"/>
          <w:sz w:val="20"/>
          <w:szCs w:val="20"/>
          <w:shd w:val="clear" w:color="auto" w:fill="FFFFFF"/>
          <w:lang w:val="ru-RU"/>
        </w:rPr>
        <w:t xml:space="preserve">Обеспечить 90% молодежи знаниями, умениями и навыками для защиты от ВИЧ и доступом к услугам в сфере полового и репродуктивного здоровья к 2020 году, чтобы снизить число новых ВИЧ-инфекций среди девочек-подростков и молодых женщин до уровня менее </w:t>
      </w:r>
      <w:r w:rsidR="003A49D2">
        <w:rPr>
          <w:rFonts w:ascii="Arial" w:hAnsi="Arial" w:cs="Arial"/>
          <w:bCs/>
          <w:color w:val="002060"/>
          <w:sz w:val="20"/>
          <w:szCs w:val="20"/>
          <w:shd w:val="clear" w:color="auto" w:fill="FFFFFF"/>
          <w:lang w:val="ru-RU"/>
        </w:rPr>
        <w:t xml:space="preserve">       </w:t>
      </w:r>
      <w:r w:rsidRPr="009677DE">
        <w:rPr>
          <w:rFonts w:ascii="Arial" w:hAnsi="Arial" w:cs="Arial"/>
          <w:bCs/>
          <w:color w:val="002060"/>
          <w:sz w:val="20"/>
          <w:szCs w:val="20"/>
          <w:shd w:val="clear" w:color="auto" w:fill="FFFFFF"/>
          <w:lang w:val="ru-RU"/>
        </w:rPr>
        <w:t>100 000 в</w:t>
      </w:r>
      <w:r w:rsidR="00930F49" w:rsidRPr="009677DE">
        <w:rPr>
          <w:rFonts w:ascii="Arial" w:hAnsi="Arial" w:cs="Arial"/>
          <w:bCs/>
          <w:color w:val="002060"/>
          <w:sz w:val="20"/>
          <w:szCs w:val="20"/>
          <w:shd w:val="clear" w:color="auto" w:fill="FFFFFF"/>
          <w:lang w:val="ru-RU"/>
        </w:rPr>
        <w:t xml:space="preserve"> </w:t>
      </w:r>
      <w:r w:rsidR="003A49D2">
        <w:rPr>
          <w:rFonts w:ascii="Arial" w:hAnsi="Arial" w:cs="Arial"/>
          <w:bCs/>
          <w:color w:val="002060"/>
          <w:sz w:val="20"/>
          <w:szCs w:val="20"/>
          <w:shd w:val="clear" w:color="auto" w:fill="FFFFFF"/>
          <w:lang w:val="ru-RU"/>
        </w:rPr>
        <w:t>год</w:t>
      </w:r>
      <w:r w:rsidR="0030419F" w:rsidRPr="009677DE">
        <w:rPr>
          <w:rFonts w:ascii="Arial" w:hAnsi="Arial" w:cs="Arial"/>
          <w:bCs/>
          <w:color w:val="002060"/>
          <w:sz w:val="20"/>
          <w:szCs w:val="20"/>
          <w:shd w:val="clear" w:color="auto" w:fill="FFFFFF"/>
          <w:lang w:val="ru-RU"/>
        </w:rPr>
        <w:t>…………………………………………………………………</w:t>
      </w:r>
      <w:r w:rsidR="00930F49" w:rsidRPr="009677DE">
        <w:rPr>
          <w:rFonts w:ascii="Arial" w:hAnsi="Arial" w:cs="Arial"/>
          <w:bCs/>
          <w:color w:val="002060"/>
          <w:sz w:val="20"/>
          <w:szCs w:val="20"/>
          <w:shd w:val="clear" w:color="auto" w:fill="FFFFFF"/>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3A49D2">
        <w:rPr>
          <w:rFonts w:ascii="Arial" w:hAnsi="Arial" w:cs="Arial"/>
          <w:b/>
          <w:bCs/>
          <w:color w:val="002060"/>
          <w:sz w:val="20"/>
          <w:szCs w:val="20"/>
          <w:shd w:val="clear" w:color="auto" w:fill="FFFFFF"/>
          <w:lang w:val="ru-RU"/>
        </w:rPr>
        <w:t>ОБЯЗАТЕЛЬСТВО</w:t>
      </w:r>
      <w:r w:rsidR="003A49D2" w:rsidRPr="003A49D2">
        <w:rPr>
          <w:rFonts w:ascii="Arial" w:hAnsi="Arial" w:cs="Arial"/>
          <w:b/>
          <w:bCs/>
          <w:color w:val="002060"/>
          <w:sz w:val="20"/>
          <w:szCs w:val="20"/>
          <w:shd w:val="clear" w:color="auto" w:fill="FFFFFF"/>
          <w:lang w:val="ru-RU"/>
        </w:rPr>
        <w:t>:</w:t>
      </w:r>
      <w:r w:rsidRPr="009677DE">
        <w:rPr>
          <w:rFonts w:ascii="Arial" w:hAnsi="Arial" w:cs="Arial"/>
          <w:bCs/>
          <w:color w:val="002060"/>
          <w:sz w:val="20"/>
          <w:szCs w:val="20"/>
          <w:shd w:val="clear" w:color="auto" w:fill="FFFFFF"/>
          <w:lang w:val="ru-RU"/>
        </w:rPr>
        <w:t xml:space="preserve"> Обеспечить социальную защиту с учетом конкретных потребностей в связи с ВИЧ для 75% людей находящихся в группе риска или инфицированных ВИЧ, к 2020 году</w:t>
      </w:r>
      <w:r w:rsidR="00930F49" w:rsidRPr="009677DE">
        <w:rPr>
          <w:rFonts w:ascii="Arial" w:hAnsi="Arial" w:cs="Arial"/>
          <w:bCs/>
          <w:color w:val="002060"/>
          <w:sz w:val="20"/>
          <w:szCs w:val="20"/>
          <w:shd w:val="clear" w:color="auto" w:fill="FFFFFF"/>
          <w:lang w:val="ru-RU"/>
        </w:rPr>
        <w:t>………………………………………………………</w:t>
      </w:r>
      <w:r w:rsidRPr="009677DE">
        <w:rPr>
          <w:rFonts w:ascii="Arial" w:hAnsi="Arial" w:cs="Arial"/>
          <w:bCs/>
          <w:color w:val="002060"/>
          <w:sz w:val="20"/>
          <w:szCs w:val="20"/>
          <w:shd w:val="clear" w:color="auto" w:fill="FFFFFF"/>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3A49D2">
        <w:rPr>
          <w:rFonts w:ascii="Arial" w:hAnsi="Arial" w:cs="Arial"/>
          <w:b/>
          <w:bCs/>
          <w:color w:val="002060"/>
          <w:sz w:val="20"/>
          <w:szCs w:val="20"/>
          <w:shd w:val="clear" w:color="auto" w:fill="FFFFFF"/>
          <w:lang w:val="ru-RU"/>
        </w:rPr>
        <w:t>ОБЯЗАТЕЛЬСТВО</w:t>
      </w:r>
      <w:r w:rsidR="003A49D2">
        <w:rPr>
          <w:rFonts w:ascii="Arial" w:hAnsi="Arial" w:cs="Arial"/>
          <w:bCs/>
          <w:color w:val="002060"/>
          <w:sz w:val="20"/>
          <w:szCs w:val="20"/>
          <w:shd w:val="clear" w:color="auto" w:fill="FFFFFF"/>
          <w:lang w:val="ru-RU"/>
        </w:rPr>
        <w:t xml:space="preserve">: </w:t>
      </w:r>
      <w:r w:rsidRPr="009677DE">
        <w:rPr>
          <w:rFonts w:ascii="Arial" w:hAnsi="Arial" w:cs="Arial"/>
          <w:bCs/>
          <w:color w:val="002060"/>
          <w:sz w:val="20"/>
          <w:szCs w:val="20"/>
          <w:shd w:val="clear" w:color="auto" w:fill="FFFFFF"/>
          <w:lang w:val="ru-RU"/>
        </w:rPr>
        <w:t>Обеспечить оказание минимум 30% всех услуг в рамках общественных инициатив к 2020 году</w:t>
      </w:r>
      <w:r w:rsidR="00930F49" w:rsidRPr="009677DE">
        <w:rPr>
          <w:rFonts w:ascii="Arial" w:hAnsi="Arial" w:cs="Arial"/>
          <w:bCs/>
          <w:color w:val="002060"/>
          <w:sz w:val="20"/>
          <w:szCs w:val="20"/>
          <w:shd w:val="clear" w:color="auto" w:fill="FFFFFF"/>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B32940">
        <w:rPr>
          <w:rFonts w:ascii="Arial" w:hAnsi="Arial" w:cs="Arial"/>
          <w:b/>
          <w:bCs/>
          <w:color w:val="002060"/>
          <w:sz w:val="20"/>
          <w:szCs w:val="20"/>
          <w:shd w:val="clear" w:color="auto" w:fill="FFFFFF"/>
          <w:lang w:val="ru-RU"/>
        </w:rPr>
        <w:t>ОБЯЗАТЕЛЬСТВО</w:t>
      </w:r>
      <w:r w:rsidR="00B32940">
        <w:rPr>
          <w:rFonts w:ascii="Arial" w:hAnsi="Arial" w:cs="Arial"/>
          <w:bCs/>
          <w:color w:val="002060"/>
          <w:sz w:val="20"/>
          <w:szCs w:val="20"/>
          <w:shd w:val="clear" w:color="auto" w:fill="FFFFFF"/>
          <w:lang w:val="ru-RU"/>
        </w:rPr>
        <w:t xml:space="preserve">: </w:t>
      </w:r>
      <w:r w:rsidRPr="009677DE">
        <w:rPr>
          <w:rFonts w:ascii="Arial" w:hAnsi="Arial" w:cs="Arial"/>
          <w:bCs/>
          <w:color w:val="002060"/>
          <w:sz w:val="20"/>
          <w:szCs w:val="20"/>
          <w:shd w:val="clear" w:color="auto" w:fill="FFFFFF"/>
          <w:lang w:val="ru-RU"/>
        </w:rPr>
        <w:t>Обеспечить увеличение инвестиций на борьбу с ВИЧ до 26 миллиардов долларов США к 2020 году, включая 25% на профилактику ВИЧ-инфекции и 6% на системы социального обеспечения</w:t>
      </w:r>
      <w:r w:rsidR="00930F49" w:rsidRPr="009677DE">
        <w:rPr>
          <w:rFonts w:ascii="Arial" w:hAnsi="Arial" w:cs="Arial"/>
          <w:bCs/>
          <w:color w:val="002060"/>
          <w:sz w:val="20"/>
          <w:szCs w:val="20"/>
          <w:shd w:val="clear" w:color="auto" w:fill="FFFFFF"/>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B32940">
        <w:rPr>
          <w:rFonts w:ascii="Arial" w:hAnsi="Arial" w:cs="Arial"/>
          <w:b/>
          <w:bCs/>
          <w:color w:val="002060"/>
          <w:sz w:val="20"/>
          <w:szCs w:val="20"/>
          <w:shd w:val="clear" w:color="auto" w:fill="FFFFFF"/>
          <w:lang w:val="ru-RU"/>
        </w:rPr>
        <w:t>ОБЯЗАТЕЛЬСТВО</w:t>
      </w:r>
      <w:r w:rsidR="00B32940">
        <w:rPr>
          <w:rFonts w:ascii="Arial" w:hAnsi="Arial" w:cs="Arial"/>
          <w:bCs/>
          <w:color w:val="002060"/>
          <w:sz w:val="20"/>
          <w:szCs w:val="20"/>
          <w:shd w:val="clear" w:color="auto" w:fill="FFFFFF"/>
          <w:lang w:val="ru-RU"/>
        </w:rPr>
        <w:t xml:space="preserve">: </w:t>
      </w:r>
      <w:r w:rsidRPr="009677DE">
        <w:rPr>
          <w:rFonts w:ascii="Arial" w:hAnsi="Arial" w:cs="Arial"/>
          <w:bCs/>
          <w:color w:val="002060"/>
          <w:sz w:val="20"/>
          <w:szCs w:val="20"/>
          <w:shd w:val="clear" w:color="auto" w:fill="FFFFFF"/>
          <w:lang w:val="ru-RU"/>
        </w:rPr>
        <w:t>Обеспечить людей, живущих с ВИЧ, находящихся в группе риска или пострадавших от ВИЧ, возможностями по просвещению в сфере имеющихся у них прав и доступом к правосудию и юридическим услугам для профилактики и борьбы с нарушениями прав человека</w:t>
      </w:r>
      <w:r w:rsidR="00A76CDD" w:rsidRPr="009677DE">
        <w:rPr>
          <w:rFonts w:ascii="Arial" w:hAnsi="Arial" w:cs="Arial"/>
          <w:bCs/>
          <w:color w:val="002060"/>
          <w:sz w:val="20"/>
          <w:szCs w:val="20"/>
          <w:shd w:val="clear" w:color="auto" w:fill="FFFFFF"/>
          <w:lang w:val="ru-RU"/>
        </w:rPr>
        <w:t>………………………………</w:t>
      </w:r>
    </w:p>
    <w:p w:rsidR="007F27BD" w:rsidRPr="009677DE" w:rsidRDefault="007F27BD" w:rsidP="007F27BD">
      <w:pPr>
        <w:pStyle w:val="ab"/>
        <w:numPr>
          <w:ilvl w:val="0"/>
          <w:numId w:val="14"/>
        </w:numPr>
        <w:spacing w:after="160" w:line="259" w:lineRule="auto"/>
        <w:rPr>
          <w:rFonts w:ascii="Arial" w:hAnsi="Arial" w:cs="Arial"/>
          <w:color w:val="002060"/>
          <w:sz w:val="20"/>
          <w:szCs w:val="20"/>
          <w:lang w:val="ru-RU"/>
        </w:rPr>
      </w:pPr>
      <w:r w:rsidRPr="00B32940">
        <w:rPr>
          <w:rFonts w:ascii="Arial" w:hAnsi="Arial" w:cs="Arial"/>
          <w:b/>
          <w:bCs/>
          <w:color w:val="002060"/>
          <w:sz w:val="20"/>
          <w:szCs w:val="20"/>
          <w:shd w:val="clear" w:color="auto" w:fill="FFFFFF"/>
          <w:lang w:val="ru-RU"/>
        </w:rPr>
        <w:t>ОБЯЗАТЕЛЬСТВО</w:t>
      </w:r>
      <w:r w:rsidR="00B32940" w:rsidRPr="00B32940">
        <w:rPr>
          <w:rFonts w:ascii="Arial" w:hAnsi="Arial" w:cs="Arial"/>
          <w:b/>
          <w:bCs/>
          <w:color w:val="002060"/>
          <w:sz w:val="20"/>
          <w:szCs w:val="20"/>
          <w:shd w:val="clear" w:color="auto" w:fill="FFFFFF"/>
          <w:lang w:val="ru-RU"/>
        </w:rPr>
        <w:t>:</w:t>
      </w:r>
      <w:r w:rsidR="00B32940">
        <w:rPr>
          <w:rFonts w:ascii="Arial" w:hAnsi="Arial" w:cs="Arial"/>
          <w:bCs/>
          <w:color w:val="002060"/>
          <w:sz w:val="20"/>
          <w:szCs w:val="20"/>
          <w:shd w:val="clear" w:color="auto" w:fill="FFFFFF"/>
          <w:lang w:val="ru-RU"/>
        </w:rPr>
        <w:t xml:space="preserve"> </w:t>
      </w:r>
      <w:r w:rsidRPr="009677DE">
        <w:rPr>
          <w:rFonts w:ascii="Arial" w:hAnsi="Arial" w:cs="Arial"/>
          <w:bCs/>
          <w:color w:val="002060"/>
          <w:sz w:val="20"/>
          <w:szCs w:val="20"/>
          <w:shd w:val="clear" w:color="auto" w:fill="FFFFFF"/>
          <w:lang w:val="ru-RU"/>
        </w:rPr>
        <w:t>Предпринять все усилия для отхода от практики изолированного рассмотрения проблемы СПИДа с помощью систем, ориентированных на интересы людей, для расширения охвата универсальными услугами в сфере здравоохранения, включая лечение от туберкулеза, рака шейки матки и гепатитов В и С</w:t>
      </w:r>
      <w:r w:rsidR="00A76CDD" w:rsidRPr="009677DE">
        <w:rPr>
          <w:rFonts w:ascii="Arial" w:hAnsi="Arial" w:cs="Arial"/>
          <w:bCs/>
          <w:color w:val="002060"/>
          <w:sz w:val="20"/>
          <w:szCs w:val="20"/>
          <w:shd w:val="clear" w:color="auto" w:fill="FFFFFF"/>
          <w:lang w:val="ru-RU"/>
        </w:rPr>
        <w:t>…………………………………………………………….</w:t>
      </w:r>
    </w:p>
    <w:p w:rsidR="007F27BD" w:rsidRPr="009677DE" w:rsidRDefault="007F27BD">
      <w:pPr>
        <w:rPr>
          <w:rFonts w:ascii="Arial" w:hAnsi="Arial" w:cs="Arial"/>
          <w:color w:val="002060"/>
          <w:sz w:val="20"/>
          <w:szCs w:val="20"/>
          <w:lang w:val="ru-RU"/>
        </w:rPr>
      </w:pPr>
    </w:p>
    <w:p w:rsidR="00E568CA" w:rsidRPr="0030419F" w:rsidRDefault="00E568CA">
      <w:pPr>
        <w:pStyle w:val="UNAIDSHeading1"/>
        <w:rPr>
          <w:rFonts w:cs="Arial"/>
          <w:sz w:val="20"/>
          <w:szCs w:val="20"/>
          <w:lang w:val="ru-RU"/>
        </w:rPr>
      </w:pPr>
    </w:p>
    <w:p w:rsidR="00554F77" w:rsidRPr="007F27BD" w:rsidRDefault="00554F77">
      <w:pPr>
        <w:rPr>
          <w:rFonts w:ascii="Arial" w:hAnsi="Arial" w:cs="Arial"/>
          <w:lang w:val="ru-RU"/>
        </w:rPr>
      </w:pPr>
    </w:p>
    <w:p w:rsidR="00E93A3D" w:rsidRPr="007F27BD" w:rsidRDefault="00E93A3D">
      <w:pPr>
        <w:rPr>
          <w:rFonts w:ascii="Arial" w:hAnsi="Arial" w:cs="Arial"/>
          <w:lang w:val="ru-RU"/>
        </w:rPr>
      </w:pPr>
    </w:p>
    <w:p w:rsidR="00E93A3D" w:rsidRPr="00541DAE" w:rsidRDefault="00A76CDD" w:rsidP="009677DE">
      <w:pPr>
        <w:jc w:val="both"/>
        <w:rPr>
          <w:rFonts w:ascii="Arial" w:hAnsi="Arial" w:cs="Arial"/>
          <w:b/>
          <w:color w:val="002060"/>
          <w:sz w:val="28"/>
          <w:szCs w:val="28"/>
          <w:lang w:val="ru-RU"/>
        </w:rPr>
      </w:pPr>
      <w:r w:rsidRPr="00541DAE">
        <w:rPr>
          <w:rFonts w:ascii="Arial" w:hAnsi="Arial" w:cs="Arial"/>
          <w:b/>
          <w:color w:val="002060"/>
          <w:sz w:val="28"/>
          <w:szCs w:val="28"/>
          <w:lang w:val="ru-RU"/>
        </w:rPr>
        <w:lastRenderedPageBreak/>
        <w:t>Обзор</w:t>
      </w:r>
    </w:p>
    <w:p w:rsidR="00DC524E" w:rsidRPr="006615E5" w:rsidRDefault="00DC524E" w:rsidP="00DC524E">
      <w:pPr>
        <w:pStyle w:val="a5"/>
        <w:ind w:firstLine="709"/>
        <w:jc w:val="both"/>
        <w:rPr>
          <w:rFonts w:ascii="Arial" w:hAnsi="Arial" w:cs="Arial"/>
          <w:color w:val="000000"/>
          <w:shd w:val="clear" w:color="auto" w:fill="FFFFFF"/>
          <w:lang w:val="ru-RU"/>
        </w:rPr>
      </w:pPr>
      <w:r w:rsidRPr="006615E5">
        <w:rPr>
          <w:rFonts w:ascii="Arial" w:hAnsi="Arial" w:cs="Arial"/>
          <w:color w:val="000000"/>
          <w:shd w:val="clear" w:color="auto" w:fill="FFFFFF"/>
          <w:lang w:val="ru-RU"/>
        </w:rPr>
        <w:t>Республика Казахстан поддержал</w:t>
      </w:r>
      <w:r w:rsidR="00541DAE" w:rsidRPr="006615E5">
        <w:rPr>
          <w:rFonts w:ascii="Arial" w:hAnsi="Arial" w:cs="Arial"/>
          <w:color w:val="000000"/>
          <w:shd w:val="clear" w:color="auto" w:fill="FFFFFF"/>
          <w:lang w:val="ru-RU"/>
        </w:rPr>
        <w:t>а</w:t>
      </w:r>
      <w:r w:rsidRPr="006615E5">
        <w:rPr>
          <w:rFonts w:ascii="Arial" w:hAnsi="Arial" w:cs="Arial"/>
          <w:color w:val="000000"/>
          <w:shd w:val="clear" w:color="auto" w:fill="FFFFFF"/>
          <w:lang w:val="ru-RU"/>
        </w:rPr>
        <w:t xml:space="preserve"> Цели устойчивого развития, руководствуясь тем, что ориентиры документа ООН полностью совпадают с приоритетами и задачами страны, обозначенных в Стратегии «Казахстан - 2050», Плане нации «100 конкретных шагов по реализации </w:t>
      </w:r>
      <w:proofErr w:type="spellStart"/>
      <w:r w:rsidRPr="006615E5">
        <w:rPr>
          <w:rFonts w:ascii="Arial" w:hAnsi="Arial" w:cs="Arial"/>
          <w:color w:val="000000"/>
          <w:shd w:val="clear" w:color="auto" w:fill="FFFFFF"/>
          <w:lang w:val="ru-RU"/>
        </w:rPr>
        <w:t>пятиинституциональных</w:t>
      </w:r>
      <w:proofErr w:type="spellEnd"/>
      <w:r w:rsidRPr="006615E5">
        <w:rPr>
          <w:rFonts w:ascii="Arial" w:hAnsi="Arial" w:cs="Arial"/>
          <w:color w:val="000000"/>
          <w:shd w:val="clear" w:color="auto" w:fill="FFFFFF"/>
          <w:lang w:val="ru-RU"/>
        </w:rPr>
        <w:t xml:space="preserve"> реформ», Пяти социальных инициативах Главы государства и Программе «</w:t>
      </w:r>
      <w:r w:rsidRPr="006615E5">
        <w:rPr>
          <w:rFonts w:ascii="Arial" w:hAnsi="Arial" w:cs="Arial"/>
          <w:color w:val="000000"/>
          <w:shd w:val="clear" w:color="auto" w:fill="FFFFFF"/>
          <w:lang w:val="kk-KZ"/>
        </w:rPr>
        <w:t>Рухани жаңғыру</w:t>
      </w:r>
      <w:r w:rsidRPr="006615E5">
        <w:rPr>
          <w:rFonts w:ascii="Arial" w:hAnsi="Arial" w:cs="Arial"/>
          <w:color w:val="000000"/>
          <w:shd w:val="clear" w:color="auto" w:fill="FFFFFF"/>
          <w:lang w:val="ru-RU"/>
        </w:rPr>
        <w:t>».</w:t>
      </w:r>
    </w:p>
    <w:p w:rsidR="008B1F50" w:rsidRPr="006615E5" w:rsidRDefault="008B1F50" w:rsidP="00DC524E">
      <w:pPr>
        <w:pStyle w:val="a5"/>
        <w:ind w:firstLine="709"/>
        <w:jc w:val="both"/>
        <w:rPr>
          <w:rFonts w:ascii="Arial" w:hAnsi="Arial" w:cs="Arial"/>
          <w:shd w:val="clear" w:color="auto" w:fill="FCFCFC"/>
          <w:lang w:val="ru-RU"/>
        </w:rPr>
      </w:pPr>
    </w:p>
    <w:p w:rsidR="00922F85" w:rsidRPr="006615E5" w:rsidRDefault="002F78CC" w:rsidP="00DC524E">
      <w:pPr>
        <w:pStyle w:val="a5"/>
        <w:ind w:firstLine="709"/>
        <w:jc w:val="both"/>
        <w:rPr>
          <w:rFonts w:ascii="Arial" w:hAnsi="Arial" w:cs="Arial"/>
          <w:color w:val="333333"/>
          <w:shd w:val="clear" w:color="auto" w:fill="FCFCFC"/>
          <w:lang w:val="ru-RU"/>
        </w:rPr>
      </w:pPr>
      <w:r w:rsidRPr="006615E5">
        <w:rPr>
          <w:rFonts w:ascii="Arial" w:hAnsi="Arial" w:cs="Arial"/>
          <w:shd w:val="clear" w:color="auto" w:fill="FCFCFC"/>
          <w:lang w:val="ru-RU"/>
        </w:rPr>
        <w:t>Когда правительства работают над внедрением ЦУР в таких областях, как социальная защита, продовольственная безопасность и гендерное насилие, ответные меры на ВИЧ также должны стать частью их планов.</w:t>
      </w:r>
      <w:r w:rsidRPr="006615E5">
        <w:rPr>
          <w:rFonts w:ascii="Arial" w:hAnsi="Arial" w:cs="Arial"/>
          <w:shd w:val="clear" w:color="auto" w:fill="FCFCFC"/>
        </w:rPr>
        <w:t> </w:t>
      </w:r>
      <w:r w:rsidR="00922F85" w:rsidRPr="006615E5">
        <w:rPr>
          <w:rFonts w:ascii="Arial" w:hAnsi="Arial" w:cs="Arial"/>
          <w:shd w:val="clear" w:color="auto" w:fill="FCFCFC"/>
          <w:lang w:val="ru-RU"/>
        </w:rPr>
        <w:t>ЮНЭЙДС</w:t>
      </w:r>
      <w:r w:rsidR="000D4DA2" w:rsidRPr="006615E5">
        <w:rPr>
          <w:rFonts w:ascii="Arial" w:hAnsi="Arial" w:cs="Arial"/>
          <w:shd w:val="clear" w:color="auto" w:fill="FCFCFC"/>
          <w:lang w:val="ru-RU"/>
        </w:rPr>
        <w:t xml:space="preserve"> разработали </w:t>
      </w:r>
      <w:r w:rsidR="00A577A7" w:rsidRPr="006615E5">
        <w:rPr>
          <w:rFonts w:ascii="Arial" w:hAnsi="Arial" w:cs="Arial"/>
          <w:shd w:val="clear" w:color="auto" w:fill="FCFCFC"/>
          <w:lang w:val="ru-RU"/>
        </w:rPr>
        <w:t>глобальную</w:t>
      </w:r>
      <w:r w:rsidR="00117844" w:rsidRPr="006615E5">
        <w:rPr>
          <w:rFonts w:ascii="Arial" w:hAnsi="Arial" w:cs="Arial"/>
          <w:shd w:val="clear" w:color="auto" w:fill="FCFCFC"/>
          <w:lang w:val="ru-RU"/>
        </w:rPr>
        <w:t xml:space="preserve"> стратегию </w:t>
      </w:r>
      <w:r w:rsidR="000D4EF5" w:rsidRPr="006615E5">
        <w:rPr>
          <w:rFonts w:ascii="Arial" w:hAnsi="Arial" w:cs="Arial"/>
          <w:shd w:val="clear" w:color="auto" w:fill="FCFCFC"/>
          <w:lang w:val="ru-RU"/>
        </w:rPr>
        <w:t>«У</w:t>
      </w:r>
      <w:r w:rsidR="00117844" w:rsidRPr="006615E5">
        <w:rPr>
          <w:rFonts w:ascii="Arial" w:hAnsi="Arial" w:cs="Arial"/>
          <w:shd w:val="clear" w:color="auto" w:fill="FCFCFC"/>
          <w:lang w:val="ru-RU"/>
        </w:rPr>
        <w:t>скорени</w:t>
      </w:r>
      <w:r w:rsidR="000D4EF5" w:rsidRPr="006615E5">
        <w:rPr>
          <w:rFonts w:ascii="Arial" w:hAnsi="Arial" w:cs="Arial"/>
          <w:shd w:val="clear" w:color="auto" w:fill="FCFCFC"/>
          <w:lang w:val="ru-RU"/>
        </w:rPr>
        <w:t>е</w:t>
      </w:r>
      <w:r w:rsidR="00117844" w:rsidRPr="006615E5">
        <w:rPr>
          <w:rFonts w:ascii="Arial" w:hAnsi="Arial" w:cs="Arial"/>
          <w:shd w:val="clear" w:color="auto" w:fill="FCFCFC"/>
          <w:lang w:val="ru-RU"/>
        </w:rPr>
        <w:t xml:space="preserve"> для достижения </w:t>
      </w:r>
      <w:r w:rsidR="000D4EF5" w:rsidRPr="006615E5">
        <w:rPr>
          <w:rFonts w:ascii="Arial" w:hAnsi="Arial" w:cs="Arial"/>
          <w:shd w:val="clear" w:color="auto" w:fill="FCFCFC"/>
          <w:lang w:val="ru-RU"/>
        </w:rPr>
        <w:t>пр</w:t>
      </w:r>
      <w:r w:rsidR="00117844" w:rsidRPr="006615E5">
        <w:rPr>
          <w:rFonts w:ascii="Arial" w:hAnsi="Arial" w:cs="Arial"/>
          <w:shd w:val="clear" w:color="auto" w:fill="FCFCFC"/>
          <w:lang w:val="ru-RU"/>
        </w:rPr>
        <w:t xml:space="preserve">екращения эпидемии СПИДа к 2030 году», </w:t>
      </w:r>
      <w:r w:rsidR="00A577A7" w:rsidRPr="006615E5">
        <w:rPr>
          <w:rFonts w:ascii="Arial" w:hAnsi="Arial" w:cs="Arial"/>
          <w:shd w:val="clear" w:color="auto" w:fill="FCFCFC"/>
          <w:lang w:val="ru-RU"/>
        </w:rPr>
        <w:t>определив достижение целей 909090. Глобальная стратегия ускорения, как и ц</w:t>
      </w:r>
      <w:r w:rsidR="00A577A7" w:rsidRPr="006615E5">
        <w:rPr>
          <w:rFonts w:ascii="Arial" w:hAnsi="Arial" w:cs="Arial"/>
          <w:lang w:val="ru-RU"/>
        </w:rPr>
        <w:t xml:space="preserve">ели 909090 были поддержаны многими </w:t>
      </w:r>
      <w:r w:rsidR="00654269" w:rsidRPr="006615E5">
        <w:rPr>
          <w:rFonts w:ascii="Arial" w:hAnsi="Arial" w:cs="Arial"/>
          <w:lang w:val="ru-RU"/>
        </w:rPr>
        <w:t xml:space="preserve">странами и </w:t>
      </w:r>
      <w:r w:rsidR="00A577A7" w:rsidRPr="006615E5">
        <w:rPr>
          <w:rFonts w:ascii="Arial" w:hAnsi="Arial" w:cs="Arial"/>
          <w:lang w:val="ru-RU"/>
        </w:rPr>
        <w:t>международными организациями, включая ВОЗ, СДС, ЮСАИД, ПЕПФАР и другие.</w:t>
      </w:r>
    </w:p>
    <w:p w:rsidR="009677DE" w:rsidRPr="009677DE" w:rsidRDefault="00DC524E" w:rsidP="00DC524E">
      <w:pPr>
        <w:pStyle w:val="a5"/>
        <w:ind w:firstLine="709"/>
        <w:jc w:val="both"/>
        <w:rPr>
          <w:rFonts w:ascii="Arial" w:hAnsi="Arial" w:cs="Arial"/>
          <w:sz w:val="24"/>
          <w:szCs w:val="24"/>
          <w:lang w:val="ru-RU"/>
        </w:rPr>
      </w:pPr>
      <w:r w:rsidRPr="00FC72E7">
        <w:rPr>
          <w:rFonts w:ascii="Arial" w:hAnsi="Arial" w:cs="Arial"/>
          <w:noProof/>
          <w:sz w:val="24"/>
          <w:szCs w:val="24"/>
          <w:lang w:val="ru-RU" w:eastAsia="ru-RU"/>
        </w:rPr>
        <mc:AlternateContent>
          <mc:Choice Requires="wps">
            <w:drawing>
              <wp:anchor distT="0" distB="0" distL="114300" distR="114300" simplePos="0" relativeHeight="251658241" behindDoc="0" locked="0" layoutInCell="1" allowOverlap="1" wp14:anchorId="4C132BD4" wp14:editId="2BE88257">
                <wp:simplePos x="0" y="0"/>
                <wp:positionH relativeFrom="page">
                  <wp:posOffset>1009650</wp:posOffset>
                </wp:positionH>
                <wp:positionV relativeFrom="page">
                  <wp:posOffset>3743325</wp:posOffset>
                </wp:positionV>
                <wp:extent cx="3571875" cy="2152650"/>
                <wp:effectExtent l="38100" t="38100" r="47625" b="38100"/>
                <wp:wrapSquare wrapText="bothSides"/>
                <wp:docPr id="79" name="Автофигура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1875" cy="2152650"/>
                        </a:xfrm>
                        <a:prstGeom prst="bracketPair">
                          <a:avLst>
                            <a:gd name="adj" fmla="val 16667"/>
                          </a:avLst>
                        </a:prstGeom>
                        <a:solidFill>
                          <a:srgbClr val="FFFFFF"/>
                        </a:solidFill>
                        <a:ln w="76200">
                          <a:solidFill>
                            <a:schemeClr val="accent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827EC0" w:rsidRDefault="00DC524E" w:rsidP="00827EC0">
                            <w:pPr>
                              <w:spacing w:after="100"/>
                              <w:rPr>
                                <w:color w:val="365F91" w:themeColor="accent1" w:themeShade="BF"/>
                                <w:sz w:val="28"/>
                                <w:szCs w:val="28"/>
                              </w:rPr>
                            </w:pPr>
                            <w:r>
                              <w:rPr>
                                <w:noProof/>
                                <w:lang w:val="ru-RU" w:eastAsia="ru-RU"/>
                              </w:rPr>
                              <w:drawing>
                                <wp:inline distT="0" distB="0" distL="0" distR="0" wp14:anchorId="2A63342E" wp14:editId="0A7440A3">
                                  <wp:extent cx="2971800" cy="1495425"/>
                                  <wp:effectExtent l="0" t="0" r="0" b="9525"/>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2366" cy="1495710"/>
                                          </a:xfrm>
                                          <a:prstGeom prst="rect">
                                            <a:avLst/>
                                          </a:prstGeom>
                                          <a:noFill/>
                                          <a:ln>
                                            <a:noFill/>
                                          </a:ln>
                                          <a:extLst/>
                                        </pic:spPr>
                                      </pic:pic>
                                    </a:graphicData>
                                  </a:graphic>
                                </wp:inline>
                              </w:drawing>
                            </w:r>
                          </w:p>
                        </w:txbxContent>
                      </wps:txbx>
                      <wps:bodyPr rot="0" vert="horz" wrap="square" lIns="182880" tIns="228600" rIns="137160" bIns="22860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132BD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Автофигура 36" o:spid="_x0000_s1026" type="#_x0000_t185" style="position:absolute;left:0;text-align:left;margin-left:79.5pt;margin-top:294.75pt;width:281.25pt;height:16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" filled="t" strokecolor="#4f81bd [3204]" strokeweight="6pt">
                <v:shadow opacity=".5"/>
                <v:textbox inset="14.4pt,18pt,10.8pt,18pt">
                  <w:txbxContent>
                    <w:p w14:paraId="11E8D839" w14:textId="03BDFB6D" w:rsidR="00827EC0" w:rsidRDefault="00DC524E" w:rsidP="00827EC0">
                      <w:pPr>
                        <w:spacing w:after="100"/>
                        <w:rPr>
                          <w:color w:val="365F91" w:themeColor="accent1" w:themeShade="BF"/>
                          <w:sz w:val="28"/>
                          <w:szCs w:val="28"/>
                        </w:rPr>
                      </w:pPr>
                      <w:r>
                        <w:rPr>
                          <w:noProof/>
                        </w:rPr>
                        <w:drawing>
                          <wp:inline distT="0" distB="0" distL="0" distR="0" wp14:anchorId="2A63342E" wp14:editId="0A7440A3">
                            <wp:extent cx="2971800" cy="1495425"/>
                            <wp:effectExtent l="0" t="0" r="0" b="9525"/>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2366" cy="1495710"/>
                                    </a:xfrm>
                                    <a:prstGeom prst="rect">
                                      <a:avLst/>
                                    </a:prstGeom>
                                    <a:noFill/>
                                    <a:ln>
                                      <a:noFill/>
                                    </a:ln>
                                    <a:extLst/>
                                  </pic:spPr>
                                </pic:pic>
                              </a:graphicData>
                            </a:graphic>
                          </wp:inline>
                        </w:drawing>
                      </w:r>
                    </w:p>
                  </w:txbxContent>
                </v:textbox>
                <w10:wrap type="square" anchorx="page" anchory="page"/>
              </v:shape>
            </w:pict>
          </mc:Fallback>
        </mc:AlternateContent>
      </w:r>
      <w:r w:rsidR="009A5311">
        <w:rPr>
          <w:rFonts w:ascii="Arial" w:hAnsi="Arial" w:cs="Arial"/>
          <w:sz w:val="24"/>
          <w:szCs w:val="24"/>
          <w:lang w:val="ru-RU"/>
        </w:rPr>
        <w:t xml:space="preserve"> </w:t>
      </w:r>
    </w:p>
    <w:p w:rsidR="00C424FC" w:rsidRDefault="009677DE" w:rsidP="009A5311">
      <w:pPr>
        <w:pStyle w:val="a5"/>
        <w:ind w:left="4320"/>
        <w:jc w:val="both"/>
        <w:rPr>
          <w:rFonts w:ascii="Arial" w:hAnsi="Arial" w:cs="Arial"/>
          <w:sz w:val="24"/>
          <w:szCs w:val="24"/>
          <w:lang w:val="ru-RU"/>
        </w:rPr>
      </w:pPr>
      <w:r w:rsidRPr="009677DE">
        <w:rPr>
          <w:rFonts w:ascii="Arial" w:hAnsi="Arial" w:cs="Arial"/>
          <w:sz w:val="24"/>
          <w:szCs w:val="24"/>
          <w:lang w:val="ru-RU"/>
        </w:rPr>
        <w:t>Цели ЮНЭЙДС «90–90–90» означают, что</w:t>
      </w:r>
      <w:r w:rsidR="002004E7">
        <w:rPr>
          <w:rFonts w:ascii="Arial" w:hAnsi="Arial" w:cs="Arial"/>
          <w:sz w:val="24"/>
          <w:szCs w:val="24"/>
          <w:lang w:val="ru-RU"/>
        </w:rPr>
        <w:t>:</w:t>
      </w:r>
      <w:r w:rsidRPr="009677DE">
        <w:rPr>
          <w:rFonts w:ascii="Arial" w:hAnsi="Arial" w:cs="Arial"/>
          <w:sz w:val="24"/>
          <w:szCs w:val="24"/>
          <w:lang w:val="ru-RU"/>
        </w:rPr>
        <w:t xml:space="preserve"> </w:t>
      </w:r>
    </w:p>
    <w:p w:rsidR="00C424FC" w:rsidRDefault="009677DE" w:rsidP="00496616">
      <w:pPr>
        <w:pStyle w:val="a5"/>
        <w:ind w:left="4320"/>
        <w:rPr>
          <w:rFonts w:ascii="Arial" w:hAnsi="Arial" w:cs="Arial"/>
          <w:sz w:val="24"/>
          <w:szCs w:val="24"/>
          <w:lang w:val="ru-RU"/>
        </w:rPr>
      </w:pPr>
      <w:r w:rsidRPr="009677DE">
        <w:rPr>
          <w:rFonts w:ascii="Arial" w:hAnsi="Arial" w:cs="Arial"/>
          <w:sz w:val="24"/>
          <w:szCs w:val="24"/>
          <w:lang w:val="ru-RU"/>
        </w:rPr>
        <w:t>90% процентов людей, живущих с ВИЧ, будут знать свой статус;</w:t>
      </w:r>
    </w:p>
    <w:p w:rsidR="009677DE" w:rsidRPr="009677DE" w:rsidRDefault="009677DE" w:rsidP="00496616">
      <w:pPr>
        <w:pStyle w:val="a5"/>
        <w:ind w:left="4320"/>
        <w:rPr>
          <w:rFonts w:ascii="Arial" w:hAnsi="Arial" w:cs="Arial"/>
          <w:sz w:val="24"/>
          <w:szCs w:val="24"/>
          <w:lang w:val="ru-RU"/>
        </w:rPr>
      </w:pPr>
      <w:r w:rsidRPr="009677DE">
        <w:rPr>
          <w:rFonts w:ascii="Arial" w:hAnsi="Arial" w:cs="Arial"/>
          <w:sz w:val="24"/>
          <w:szCs w:val="24"/>
          <w:lang w:val="ru-RU"/>
        </w:rPr>
        <w:t>90% всех пациентов с диагнозом ВИЧ-инфекции будут получать антиретровирусную терапию,</w:t>
      </w:r>
      <w:r w:rsidR="008B1F50">
        <w:rPr>
          <w:rFonts w:ascii="Arial" w:hAnsi="Arial" w:cs="Arial"/>
          <w:sz w:val="24"/>
          <w:szCs w:val="24"/>
          <w:lang w:val="ru-RU"/>
        </w:rPr>
        <w:t xml:space="preserve"> </w:t>
      </w:r>
      <w:r w:rsidRPr="009677DE">
        <w:rPr>
          <w:rFonts w:ascii="Arial" w:hAnsi="Arial" w:cs="Arial"/>
          <w:sz w:val="24"/>
          <w:szCs w:val="24"/>
          <w:lang w:val="ru-RU"/>
        </w:rPr>
        <w:t xml:space="preserve">у 90% всех пациентов, получающих </w:t>
      </w:r>
      <w:r w:rsidR="00496616">
        <w:rPr>
          <w:rFonts w:ascii="Arial" w:hAnsi="Arial" w:cs="Arial"/>
          <w:sz w:val="24"/>
          <w:szCs w:val="24"/>
          <w:lang w:val="ru-RU"/>
        </w:rPr>
        <w:t>АРВ</w:t>
      </w:r>
      <w:r w:rsidRPr="009677DE">
        <w:rPr>
          <w:rFonts w:ascii="Arial" w:hAnsi="Arial" w:cs="Arial"/>
          <w:sz w:val="24"/>
          <w:szCs w:val="24"/>
          <w:lang w:val="ru-RU"/>
        </w:rPr>
        <w:t>, будет достигнута подавленная вирусная нагрузка.</w:t>
      </w:r>
    </w:p>
    <w:p w:rsidR="00A577A7" w:rsidRDefault="00A577A7" w:rsidP="009677DE">
      <w:pPr>
        <w:pStyle w:val="a5"/>
        <w:ind w:firstLine="709"/>
        <w:jc w:val="both"/>
        <w:rPr>
          <w:rFonts w:ascii="Arial" w:hAnsi="Arial" w:cs="Arial"/>
          <w:sz w:val="24"/>
          <w:szCs w:val="24"/>
          <w:lang w:val="ru-RU"/>
        </w:rPr>
      </w:pPr>
    </w:p>
    <w:p w:rsidR="009677DE" w:rsidRPr="009677DE" w:rsidRDefault="009677DE" w:rsidP="009677DE">
      <w:pPr>
        <w:pStyle w:val="a5"/>
        <w:ind w:firstLine="709"/>
        <w:jc w:val="both"/>
        <w:rPr>
          <w:rFonts w:ascii="Arial" w:hAnsi="Arial" w:cs="Arial"/>
          <w:sz w:val="24"/>
          <w:szCs w:val="24"/>
          <w:lang w:val="ru-RU"/>
        </w:rPr>
      </w:pPr>
      <w:r w:rsidRPr="009677DE">
        <w:rPr>
          <w:rFonts w:ascii="Arial" w:hAnsi="Arial" w:cs="Arial"/>
          <w:sz w:val="24"/>
          <w:szCs w:val="24"/>
          <w:lang w:val="ru-RU"/>
        </w:rPr>
        <w:t>Достижение целей</w:t>
      </w:r>
      <w:r w:rsidR="0082771C">
        <w:rPr>
          <w:rFonts w:ascii="Arial" w:hAnsi="Arial" w:cs="Arial"/>
          <w:sz w:val="24"/>
          <w:szCs w:val="24"/>
          <w:lang w:val="ru-RU"/>
        </w:rPr>
        <w:t xml:space="preserve"> глобальных целей </w:t>
      </w:r>
      <w:r w:rsidRPr="009677DE">
        <w:rPr>
          <w:rFonts w:ascii="Arial" w:hAnsi="Arial" w:cs="Arial"/>
          <w:sz w:val="24"/>
          <w:szCs w:val="24"/>
          <w:lang w:val="ru-RU"/>
        </w:rPr>
        <w:t>909090 важно для всех</w:t>
      </w:r>
      <w:r w:rsidR="0082771C">
        <w:rPr>
          <w:rFonts w:ascii="Arial" w:hAnsi="Arial" w:cs="Arial"/>
          <w:sz w:val="24"/>
          <w:szCs w:val="24"/>
          <w:lang w:val="ru-RU"/>
        </w:rPr>
        <w:t xml:space="preserve"> стран</w:t>
      </w:r>
      <w:r w:rsidRPr="009677DE">
        <w:rPr>
          <w:rFonts w:ascii="Arial" w:hAnsi="Arial" w:cs="Arial"/>
          <w:sz w:val="24"/>
          <w:szCs w:val="24"/>
          <w:lang w:val="ru-RU"/>
        </w:rPr>
        <w:t>, ожидается, что достижение этих целей приведет к окончанию эпидемии ВИЧ</w:t>
      </w:r>
      <w:r w:rsidR="0082771C">
        <w:rPr>
          <w:rFonts w:ascii="Arial" w:hAnsi="Arial" w:cs="Arial"/>
          <w:sz w:val="24"/>
          <w:szCs w:val="24"/>
          <w:lang w:val="ru-RU"/>
        </w:rPr>
        <w:t xml:space="preserve"> к 2020 г</w:t>
      </w:r>
      <w:r w:rsidR="00A54256">
        <w:rPr>
          <w:rFonts w:ascii="Arial" w:hAnsi="Arial" w:cs="Arial"/>
          <w:sz w:val="24"/>
          <w:szCs w:val="24"/>
          <w:lang w:val="ru-RU"/>
        </w:rPr>
        <w:t>оду</w:t>
      </w:r>
      <w:r w:rsidRPr="009677DE">
        <w:rPr>
          <w:rFonts w:ascii="Arial" w:hAnsi="Arial" w:cs="Arial"/>
          <w:sz w:val="24"/>
          <w:szCs w:val="24"/>
          <w:lang w:val="ru-RU"/>
        </w:rPr>
        <w:t>. ЮНЭЙДС призывает работать сообща всех: людей, живущих с ВИЧ, активистов сообщества, врачей, эпидемиологов, ученых, институты общественного здравоохранения, экспертов, политиков и других заинтересованных сторон.</w:t>
      </w:r>
    </w:p>
    <w:p w:rsidR="008B1F50" w:rsidRDefault="008B1F50" w:rsidP="009677DE">
      <w:pPr>
        <w:pStyle w:val="a5"/>
        <w:ind w:firstLine="709"/>
        <w:jc w:val="both"/>
        <w:rPr>
          <w:rFonts w:ascii="Arial" w:eastAsiaTheme="minorHAnsi" w:hAnsi="Arial" w:cs="Arial"/>
          <w:color w:val="000000"/>
          <w:sz w:val="24"/>
          <w:szCs w:val="24"/>
          <w:lang w:val="ru-RU"/>
        </w:rPr>
      </w:pPr>
    </w:p>
    <w:p w:rsidR="009677DE" w:rsidRPr="009677DE" w:rsidRDefault="009677DE" w:rsidP="009677DE">
      <w:pPr>
        <w:pStyle w:val="a5"/>
        <w:ind w:firstLine="709"/>
        <w:jc w:val="both"/>
        <w:rPr>
          <w:rFonts w:ascii="Arial" w:hAnsi="Arial" w:cs="Arial"/>
          <w:sz w:val="24"/>
          <w:szCs w:val="24"/>
          <w:lang w:val="ru-RU"/>
        </w:rPr>
      </w:pPr>
      <w:r w:rsidRPr="009677DE">
        <w:rPr>
          <w:rFonts w:ascii="Arial" w:eastAsiaTheme="minorHAnsi" w:hAnsi="Arial" w:cs="Arial"/>
          <w:color w:val="000000"/>
          <w:sz w:val="24"/>
          <w:szCs w:val="24"/>
          <w:lang w:val="ru-RU"/>
        </w:rPr>
        <w:t>Республика Казахстан активно участвует в достижение глобальных целей</w:t>
      </w:r>
      <w:r w:rsidR="00A54256">
        <w:rPr>
          <w:rFonts w:ascii="Arial" w:eastAsiaTheme="minorHAnsi" w:hAnsi="Arial" w:cs="Arial"/>
          <w:color w:val="000000"/>
          <w:sz w:val="24"/>
          <w:szCs w:val="24"/>
          <w:lang w:val="ru-RU"/>
        </w:rPr>
        <w:t xml:space="preserve"> в области профилактики и лечения ВИЧ инфекции</w:t>
      </w:r>
      <w:r w:rsidRPr="009677DE">
        <w:rPr>
          <w:rFonts w:ascii="Arial" w:eastAsiaTheme="minorHAnsi" w:hAnsi="Arial" w:cs="Arial"/>
          <w:color w:val="000000"/>
          <w:sz w:val="24"/>
          <w:szCs w:val="24"/>
          <w:lang w:val="ru-RU"/>
        </w:rPr>
        <w:t xml:space="preserve">, присоединяясь к </w:t>
      </w:r>
      <w:r w:rsidR="00A54256">
        <w:rPr>
          <w:rFonts w:ascii="Arial" w:eastAsiaTheme="minorHAnsi" w:hAnsi="Arial" w:cs="Arial"/>
          <w:color w:val="000000"/>
          <w:sz w:val="24"/>
          <w:szCs w:val="24"/>
          <w:lang w:val="ru-RU"/>
        </w:rPr>
        <w:t>достижению</w:t>
      </w:r>
      <w:r w:rsidRPr="009677DE">
        <w:rPr>
          <w:rFonts w:ascii="Arial" w:eastAsiaTheme="minorHAnsi" w:hAnsi="Arial" w:cs="Arial"/>
          <w:color w:val="000000"/>
          <w:sz w:val="24"/>
          <w:szCs w:val="24"/>
          <w:lang w:val="ru-RU"/>
        </w:rPr>
        <w:t xml:space="preserve"> </w:t>
      </w:r>
      <w:r w:rsidR="00654269">
        <w:rPr>
          <w:rFonts w:ascii="Arial" w:eastAsiaTheme="minorHAnsi" w:hAnsi="Arial" w:cs="Arial"/>
          <w:color w:val="000000"/>
          <w:sz w:val="24"/>
          <w:szCs w:val="24"/>
          <w:lang w:val="ru-RU"/>
        </w:rPr>
        <w:t xml:space="preserve">целей </w:t>
      </w:r>
      <w:r w:rsidR="00654269" w:rsidRPr="000D4EF5">
        <w:rPr>
          <w:rFonts w:ascii="Arial" w:hAnsi="Arial" w:cs="Arial"/>
          <w:sz w:val="24"/>
          <w:szCs w:val="24"/>
          <w:shd w:val="clear" w:color="auto" w:fill="FCFCFC"/>
          <w:lang w:val="ru-RU"/>
        </w:rPr>
        <w:t>глобальн</w:t>
      </w:r>
      <w:r w:rsidR="00654269">
        <w:rPr>
          <w:rFonts w:ascii="Arial" w:hAnsi="Arial" w:cs="Arial"/>
          <w:sz w:val="24"/>
          <w:szCs w:val="24"/>
          <w:shd w:val="clear" w:color="auto" w:fill="FCFCFC"/>
          <w:lang w:val="ru-RU"/>
        </w:rPr>
        <w:t>ой</w:t>
      </w:r>
      <w:r w:rsidR="00654269" w:rsidRPr="000D4EF5">
        <w:rPr>
          <w:rFonts w:ascii="Arial" w:hAnsi="Arial" w:cs="Arial"/>
          <w:sz w:val="24"/>
          <w:szCs w:val="24"/>
          <w:shd w:val="clear" w:color="auto" w:fill="FCFCFC"/>
          <w:lang w:val="ru-RU"/>
        </w:rPr>
        <w:t xml:space="preserve"> стратеги</w:t>
      </w:r>
      <w:r w:rsidR="00654269">
        <w:rPr>
          <w:rFonts w:ascii="Arial" w:hAnsi="Arial" w:cs="Arial"/>
          <w:sz w:val="24"/>
          <w:szCs w:val="24"/>
          <w:shd w:val="clear" w:color="auto" w:fill="FCFCFC"/>
          <w:lang w:val="ru-RU"/>
        </w:rPr>
        <w:t>и</w:t>
      </w:r>
      <w:r w:rsidR="00654269" w:rsidRPr="000D4EF5">
        <w:rPr>
          <w:rFonts w:ascii="Arial" w:hAnsi="Arial" w:cs="Arial"/>
          <w:sz w:val="24"/>
          <w:szCs w:val="24"/>
          <w:shd w:val="clear" w:color="auto" w:fill="FCFCFC"/>
          <w:lang w:val="ru-RU"/>
        </w:rPr>
        <w:t xml:space="preserve"> </w:t>
      </w:r>
      <w:r w:rsidR="00654269">
        <w:rPr>
          <w:rFonts w:ascii="Arial" w:hAnsi="Arial" w:cs="Arial"/>
          <w:sz w:val="24"/>
          <w:szCs w:val="24"/>
          <w:shd w:val="clear" w:color="auto" w:fill="FCFCFC"/>
          <w:lang w:val="ru-RU"/>
        </w:rPr>
        <w:t>«У</w:t>
      </w:r>
      <w:r w:rsidR="00654269" w:rsidRPr="000D4EF5">
        <w:rPr>
          <w:rFonts w:ascii="Arial" w:hAnsi="Arial" w:cs="Arial"/>
          <w:sz w:val="24"/>
          <w:szCs w:val="24"/>
          <w:shd w:val="clear" w:color="auto" w:fill="FCFCFC"/>
          <w:lang w:val="ru-RU"/>
        </w:rPr>
        <w:t>скорени</w:t>
      </w:r>
      <w:r w:rsidR="00654269">
        <w:rPr>
          <w:rFonts w:ascii="Arial" w:hAnsi="Arial" w:cs="Arial"/>
          <w:sz w:val="24"/>
          <w:szCs w:val="24"/>
          <w:shd w:val="clear" w:color="auto" w:fill="FCFCFC"/>
          <w:lang w:val="ru-RU"/>
        </w:rPr>
        <w:t>е</w:t>
      </w:r>
      <w:r w:rsidR="00654269" w:rsidRPr="000D4EF5">
        <w:rPr>
          <w:rFonts w:ascii="Arial" w:hAnsi="Arial" w:cs="Arial"/>
          <w:sz w:val="24"/>
          <w:szCs w:val="24"/>
          <w:shd w:val="clear" w:color="auto" w:fill="FCFCFC"/>
          <w:lang w:val="ru-RU"/>
        </w:rPr>
        <w:t xml:space="preserve"> для достижения </w:t>
      </w:r>
      <w:r w:rsidR="00654269">
        <w:rPr>
          <w:rFonts w:ascii="Arial" w:hAnsi="Arial" w:cs="Arial"/>
          <w:sz w:val="24"/>
          <w:szCs w:val="24"/>
          <w:shd w:val="clear" w:color="auto" w:fill="FCFCFC"/>
          <w:lang w:val="ru-RU"/>
        </w:rPr>
        <w:t>пр</w:t>
      </w:r>
      <w:r w:rsidR="00654269" w:rsidRPr="000D4EF5">
        <w:rPr>
          <w:rFonts w:ascii="Arial" w:hAnsi="Arial" w:cs="Arial"/>
          <w:sz w:val="24"/>
          <w:szCs w:val="24"/>
          <w:shd w:val="clear" w:color="auto" w:fill="FCFCFC"/>
          <w:lang w:val="ru-RU"/>
        </w:rPr>
        <w:t>екращения эпидемии СПИДа к 2030 году»</w:t>
      </w:r>
      <w:r w:rsidR="000866D9">
        <w:rPr>
          <w:rFonts w:ascii="Arial" w:hAnsi="Arial" w:cs="Arial"/>
          <w:sz w:val="24"/>
          <w:szCs w:val="24"/>
          <w:shd w:val="clear" w:color="auto" w:fill="FCFCFC"/>
          <w:lang w:val="ru-RU"/>
        </w:rPr>
        <w:t xml:space="preserve"> и</w:t>
      </w:r>
      <w:r w:rsidR="00654269" w:rsidRPr="000D4EF5">
        <w:rPr>
          <w:rFonts w:ascii="Arial" w:hAnsi="Arial" w:cs="Arial"/>
          <w:sz w:val="24"/>
          <w:szCs w:val="24"/>
          <w:shd w:val="clear" w:color="auto" w:fill="FCFCFC"/>
          <w:lang w:val="ru-RU"/>
        </w:rPr>
        <w:t xml:space="preserve"> </w:t>
      </w:r>
      <w:r w:rsidRPr="009677DE">
        <w:rPr>
          <w:rFonts w:ascii="Arial" w:eastAsiaTheme="minorHAnsi" w:hAnsi="Arial" w:cs="Arial"/>
          <w:color w:val="000000"/>
          <w:sz w:val="24"/>
          <w:szCs w:val="24"/>
          <w:lang w:val="ru-RU"/>
        </w:rPr>
        <w:t>целей 909090.</w:t>
      </w:r>
      <w:r w:rsidRPr="009677DE">
        <w:rPr>
          <w:rFonts w:ascii="Arial" w:hAnsi="Arial" w:cs="Arial"/>
          <w:noProof/>
          <w:sz w:val="24"/>
          <w:szCs w:val="24"/>
          <w:lang w:val="ru-RU"/>
        </w:rPr>
        <w:t xml:space="preserve"> </w:t>
      </w:r>
    </w:p>
    <w:p w:rsidR="008B1F50" w:rsidRDefault="008B1F50" w:rsidP="00EB7A64">
      <w:pPr>
        <w:pStyle w:val="a5"/>
        <w:ind w:firstLine="709"/>
        <w:jc w:val="both"/>
        <w:rPr>
          <w:rFonts w:ascii="Arial" w:hAnsi="Arial" w:cs="Arial"/>
          <w:sz w:val="24"/>
          <w:szCs w:val="24"/>
          <w:lang w:val="ru-RU"/>
        </w:rPr>
      </w:pPr>
    </w:p>
    <w:p w:rsidR="00E2437A" w:rsidRDefault="004D2A0E" w:rsidP="00EB7A64">
      <w:pPr>
        <w:pStyle w:val="a5"/>
        <w:ind w:firstLine="709"/>
        <w:jc w:val="both"/>
        <w:rPr>
          <w:rFonts w:ascii="Arial" w:hAnsi="Arial" w:cs="Arial"/>
          <w:sz w:val="24"/>
          <w:szCs w:val="24"/>
          <w:lang w:val="ru-RU"/>
        </w:rPr>
      </w:pPr>
      <w:r>
        <w:rPr>
          <w:rFonts w:ascii="Arial" w:hAnsi="Arial" w:cs="Arial"/>
          <w:sz w:val="24"/>
          <w:szCs w:val="24"/>
          <w:lang w:val="ru-RU"/>
        </w:rPr>
        <w:t xml:space="preserve"> </w:t>
      </w:r>
      <w:r w:rsidR="001221E5">
        <w:rPr>
          <w:rFonts w:ascii="Arial" w:hAnsi="Arial" w:cs="Arial"/>
          <w:sz w:val="24"/>
          <w:szCs w:val="24"/>
          <w:lang w:val="ru-RU"/>
        </w:rPr>
        <w:t>На сегодняшний день, в</w:t>
      </w:r>
      <w:r>
        <w:rPr>
          <w:rFonts w:ascii="Arial" w:hAnsi="Arial" w:cs="Arial"/>
          <w:sz w:val="24"/>
          <w:szCs w:val="24"/>
          <w:lang w:val="ru-RU"/>
        </w:rPr>
        <w:t xml:space="preserve"> Республике</w:t>
      </w:r>
      <w:r w:rsidR="009677DE" w:rsidRPr="00EB7A64">
        <w:rPr>
          <w:rFonts w:ascii="Arial" w:hAnsi="Arial" w:cs="Arial"/>
          <w:sz w:val="24"/>
          <w:szCs w:val="24"/>
          <w:lang w:val="ru-RU"/>
        </w:rPr>
        <w:t xml:space="preserve"> Казахстан оценочное количество Л</w:t>
      </w:r>
      <w:r>
        <w:rPr>
          <w:rFonts w:ascii="Arial" w:hAnsi="Arial" w:cs="Arial"/>
          <w:sz w:val="24"/>
          <w:szCs w:val="24"/>
          <w:lang w:val="ru-RU"/>
        </w:rPr>
        <w:t xml:space="preserve">юдей </w:t>
      </w:r>
      <w:r w:rsidR="009677DE" w:rsidRPr="00EB7A64">
        <w:rPr>
          <w:rFonts w:ascii="Arial" w:hAnsi="Arial" w:cs="Arial"/>
          <w:sz w:val="24"/>
          <w:szCs w:val="24"/>
          <w:lang w:val="ru-RU"/>
        </w:rPr>
        <w:t>Ж</w:t>
      </w:r>
      <w:r w:rsidR="000E70BE">
        <w:rPr>
          <w:rFonts w:ascii="Arial" w:hAnsi="Arial" w:cs="Arial"/>
          <w:sz w:val="24"/>
          <w:szCs w:val="24"/>
          <w:lang w:val="ru-RU"/>
        </w:rPr>
        <w:t xml:space="preserve">ивущих с </w:t>
      </w:r>
      <w:r w:rsidR="009677DE" w:rsidRPr="00EB7A64">
        <w:rPr>
          <w:rFonts w:ascii="Arial" w:hAnsi="Arial" w:cs="Arial"/>
          <w:sz w:val="24"/>
          <w:szCs w:val="24"/>
          <w:lang w:val="ru-RU"/>
        </w:rPr>
        <w:t>В</w:t>
      </w:r>
      <w:r w:rsidR="000E70BE">
        <w:rPr>
          <w:rFonts w:ascii="Arial" w:hAnsi="Arial" w:cs="Arial"/>
          <w:sz w:val="24"/>
          <w:szCs w:val="24"/>
          <w:lang w:val="ru-RU"/>
        </w:rPr>
        <w:t>ИЧ</w:t>
      </w:r>
      <w:r w:rsidR="009677DE" w:rsidRPr="00EB7A64">
        <w:rPr>
          <w:rFonts w:ascii="Arial" w:hAnsi="Arial" w:cs="Arial"/>
          <w:sz w:val="24"/>
          <w:szCs w:val="24"/>
          <w:lang w:val="ru-RU"/>
        </w:rPr>
        <w:t xml:space="preserve"> составляет 27</w:t>
      </w:r>
      <w:r w:rsidR="000E70BE">
        <w:rPr>
          <w:rFonts w:ascii="Arial" w:hAnsi="Arial" w:cs="Arial"/>
          <w:sz w:val="24"/>
          <w:szCs w:val="24"/>
        </w:rPr>
        <w:t> </w:t>
      </w:r>
      <w:r w:rsidR="009677DE" w:rsidRPr="00EB7A64">
        <w:rPr>
          <w:rFonts w:ascii="Arial" w:hAnsi="Arial" w:cs="Arial"/>
          <w:sz w:val="24"/>
          <w:szCs w:val="24"/>
          <w:lang w:val="ru-RU"/>
        </w:rPr>
        <w:t>000</w:t>
      </w:r>
      <w:r w:rsidR="000E70BE">
        <w:rPr>
          <w:rFonts w:ascii="Arial" w:hAnsi="Arial" w:cs="Arial"/>
          <w:sz w:val="24"/>
          <w:szCs w:val="24"/>
          <w:lang w:val="ru-RU"/>
        </w:rPr>
        <w:t xml:space="preserve"> согласно</w:t>
      </w:r>
      <w:r w:rsidR="005B7CD9">
        <w:rPr>
          <w:rFonts w:ascii="Arial" w:hAnsi="Arial" w:cs="Arial"/>
          <w:sz w:val="24"/>
          <w:szCs w:val="24"/>
          <w:lang w:val="ru-RU"/>
        </w:rPr>
        <w:t xml:space="preserve"> </w:t>
      </w:r>
      <w:r w:rsidR="006541F1">
        <w:rPr>
          <w:rFonts w:ascii="Arial" w:hAnsi="Arial" w:cs="Arial"/>
          <w:sz w:val="24"/>
          <w:szCs w:val="24"/>
          <w:lang w:val="ru-RU"/>
        </w:rPr>
        <w:t xml:space="preserve">оценкам </w:t>
      </w:r>
      <w:r w:rsidR="001221E5">
        <w:rPr>
          <w:rFonts w:ascii="Arial" w:hAnsi="Arial" w:cs="Arial"/>
          <w:sz w:val="24"/>
          <w:szCs w:val="24"/>
          <w:lang w:val="ru-RU"/>
        </w:rPr>
        <w:t>программы</w:t>
      </w:r>
      <w:r w:rsidR="009677DE" w:rsidRPr="00EB7A64">
        <w:rPr>
          <w:rFonts w:ascii="Arial" w:hAnsi="Arial" w:cs="Arial"/>
          <w:sz w:val="24"/>
          <w:szCs w:val="24"/>
          <w:lang w:val="ru-RU"/>
        </w:rPr>
        <w:t xml:space="preserve"> «Спектрум»</w:t>
      </w:r>
      <w:r w:rsidR="00E2437A">
        <w:rPr>
          <w:rFonts w:ascii="Arial" w:hAnsi="Arial" w:cs="Arial"/>
          <w:sz w:val="24"/>
          <w:szCs w:val="24"/>
          <w:lang w:val="ru-RU"/>
        </w:rPr>
        <w:t xml:space="preserve"> (</w:t>
      </w:r>
      <w:r w:rsidR="006541F1">
        <w:rPr>
          <w:rFonts w:ascii="Arial" w:hAnsi="Arial" w:cs="Arial"/>
          <w:sz w:val="24"/>
          <w:szCs w:val="24"/>
          <w:lang w:val="ru-RU"/>
        </w:rPr>
        <w:t>2017 год</w:t>
      </w:r>
      <w:r w:rsidR="009677DE" w:rsidRPr="00EB7A64">
        <w:rPr>
          <w:rFonts w:ascii="Arial" w:hAnsi="Arial" w:cs="Arial"/>
          <w:sz w:val="24"/>
          <w:szCs w:val="24"/>
          <w:lang w:val="ru-RU"/>
        </w:rPr>
        <w:t xml:space="preserve">), </w:t>
      </w:r>
      <w:r w:rsidR="00EB7A64" w:rsidRPr="00EB7A64">
        <w:rPr>
          <w:rFonts w:ascii="Arial" w:hAnsi="Arial" w:cs="Arial"/>
          <w:sz w:val="24"/>
          <w:szCs w:val="24"/>
          <w:lang w:val="ru-RU"/>
        </w:rPr>
        <w:t xml:space="preserve">зарегистрированное </w:t>
      </w:r>
      <w:r w:rsidR="006C0106">
        <w:rPr>
          <w:rFonts w:ascii="Arial" w:hAnsi="Arial" w:cs="Arial"/>
          <w:sz w:val="24"/>
          <w:szCs w:val="24"/>
          <w:lang w:val="ru-RU"/>
        </w:rPr>
        <w:t xml:space="preserve">число составляет </w:t>
      </w:r>
      <w:r w:rsidR="00EB7A64" w:rsidRPr="00EB7A64">
        <w:rPr>
          <w:rFonts w:ascii="Arial" w:hAnsi="Arial" w:cs="Arial"/>
          <w:sz w:val="24"/>
          <w:szCs w:val="24"/>
          <w:lang w:val="ru-RU"/>
        </w:rPr>
        <w:t xml:space="preserve"> 22</w:t>
      </w:r>
      <w:r w:rsidR="006C0106">
        <w:rPr>
          <w:rFonts w:ascii="Arial" w:hAnsi="Arial" w:cs="Arial"/>
          <w:sz w:val="24"/>
          <w:szCs w:val="24"/>
          <w:lang w:val="ru-RU"/>
        </w:rPr>
        <w:t xml:space="preserve">, </w:t>
      </w:r>
      <w:r w:rsidR="00EB7A64" w:rsidRPr="00EB7A64">
        <w:rPr>
          <w:rFonts w:ascii="Arial" w:hAnsi="Arial" w:cs="Arial"/>
          <w:sz w:val="24"/>
          <w:szCs w:val="24"/>
          <w:lang w:val="ru-RU"/>
        </w:rPr>
        <w:t>712</w:t>
      </w:r>
      <w:r w:rsidR="00D647A3">
        <w:rPr>
          <w:rFonts w:ascii="Arial" w:hAnsi="Arial" w:cs="Arial"/>
          <w:sz w:val="24"/>
          <w:szCs w:val="24"/>
          <w:lang w:val="ru-RU"/>
        </w:rPr>
        <w:t xml:space="preserve"> человек</w:t>
      </w:r>
      <w:r w:rsidR="00EB7A64" w:rsidRPr="00EB7A64">
        <w:rPr>
          <w:rFonts w:ascii="Arial" w:hAnsi="Arial" w:cs="Arial"/>
          <w:sz w:val="24"/>
          <w:szCs w:val="24"/>
          <w:lang w:val="ru-RU"/>
        </w:rPr>
        <w:t xml:space="preserve">. </w:t>
      </w:r>
    </w:p>
    <w:p w:rsidR="00A577A7" w:rsidRDefault="00A577A7" w:rsidP="00951742">
      <w:pPr>
        <w:pStyle w:val="a5"/>
        <w:ind w:firstLine="709"/>
        <w:jc w:val="both"/>
        <w:rPr>
          <w:rFonts w:asciiTheme="majorHAnsi" w:hAnsiTheme="majorHAnsi" w:cstheme="majorHAnsi"/>
          <w:b/>
          <w:lang w:val="ru-RU"/>
        </w:rPr>
      </w:pPr>
    </w:p>
    <w:p w:rsidR="00A577A7" w:rsidRDefault="00A577A7" w:rsidP="00951742">
      <w:pPr>
        <w:pStyle w:val="a5"/>
        <w:ind w:firstLine="709"/>
        <w:jc w:val="both"/>
        <w:rPr>
          <w:rFonts w:asciiTheme="majorHAnsi" w:hAnsiTheme="majorHAnsi" w:cstheme="majorHAnsi"/>
          <w:b/>
          <w:lang w:val="ru-RU"/>
        </w:rPr>
      </w:pPr>
    </w:p>
    <w:p w:rsidR="00A577A7" w:rsidRDefault="00A577A7" w:rsidP="00951742">
      <w:pPr>
        <w:pStyle w:val="a5"/>
        <w:ind w:firstLine="709"/>
        <w:jc w:val="both"/>
        <w:rPr>
          <w:rFonts w:asciiTheme="majorHAnsi" w:hAnsiTheme="majorHAnsi" w:cstheme="majorHAnsi"/>
          <w:b/>
          <w:lang w:val="ru-RU"/>
        </w:rPr>
      </w:pPr>
    </w:p>
    <w:tbl>
      <w:tblPr>
        <w:tblStyle w:val="afd"/>
        <w:tblW w:w="8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6"/>
        <w:gridCol w:w="2199"/>
      </w:tblGrid>
      <w:tr w:rsidR="001F720A" w:rsidRPr="00605005" w:rsidTr="008B1F50">
        <w:tc>
          <w:tcPr>
            <w:tcW w:w="6166" w:type="dxa"/>
            <w:shd w:val="clear" w:color="auto" w:fill="auto"/>
          </w:tcPr>
          <w:p w:rsidR="001F720A" w:rsidRDefault="001F720A" w:rsidP="001F720A">
            <w:pPr>
              <w:pStyle w:val="a5"/>
              <w:ind w:firstLine="709"/>
              <w:jc w:val="both"/>
              <w:rPr>
                <w:rFonts w:asciiTheme="majorHAnsi" w:hAnsiTheme="majorHAnsi" w:cstheme="majorHAnsi"/>
                <w:b/>
                <w:lang w:val="ru-RU"/>
              </w:rPr>
            </w:pPr>
            <w:r w:rsidRPr="001C6AC3">
              <w:rPr>
                <w:rFonts w:asciiTheme="majorHAnsi" w:hAnsiTheme="majorHAnsi" w:cstheme="majorHAnsi"/>
                <w:b/>
                <w:lang w:val="ru-RU"/>
              </w:rPr>
              <w:lastRenderedPageBreak/>
              <w:t xml:space="preserve">Таблица </w:t>
            </w:r>
            <w:r>
              <w:rPr>
                <w:rFonts w:asciiTheme="majorHAnsi" w:hAnsiTheme="majorHAnsi" w:cstheme="majorHAnsi"/>
                <w:b/>
                <w:lang w:val="ru-RU"/>
              </w:rPr>
              <w:t>1</w:t>
            </w:r>
            <w:r w:rsidRPr="001C6AC3">
              <w:rPr>
                <w:rFonts w:asciiTheme="majorHAnsi" w:hAnsiTheme="majorHAnsi" w:cstheme="majorHAnsi"/>
                <w:b/>
                <w:lang w:val="ru-RU"/>
              </w:rPr>
              <w:t xml:space="preserve">.  Процент ЛЖВ,  знающих свой ВИЧ статус </w:t>
            </w:r>
            <w:r>
              <w:rPr>
                <w:rFonts w:asciiTheme="majorHAnsi" w:hAnsiTheme="majorHAnsi" w:cstheme="majorHAnsi"/>
                <w:b/>
                <w:lang w:val="ru-RU"/>
              </w:rPr>
              <w:t>(</w:t>
            </w:r>
            <w:r w:rsidRPr="001C6AC3">
              <w:rPr>
                <w:rFonts w:asciiTheme="majorHAnsi" w:hAnsiTheme="majorHAnsi" w:cstheme="majorHAnsi"/>
                <w:b/>
                <w:lang w:val="ru-RU"/>
              </w:rPr>
              <w:t>2018 г</w:t>
            </w:r>
            <w:r>
              <w:rPr>
                <w:rFonts w:asciiTheme="majorHAnsi" w:hAnsiTheme="majorHAnsi" w:cstheme="majorHAnsi"/>
                <w:b/>
                <w:lang w:val="ru-RU"/>
              </w:rPr>
              <w:t>.)</w:t>
            </w:r>
          </w:p>
          <w:tbl>
            <w:tblPr>
              <w:tblStyle w:val="-11"/>
              <w:tblW w:w="5930" w:type="dxa"/>
              <w:jc w:val="center"/>
              <w:tblLook w:val="04A0" w:firstRow="1" w:lastRow="0" w:firstColumn="1" w:lastColumn="0" w:noHBand="0" w:noVBand="1"/>
            </w:tblPr>
            <w:tblGrid>
              <w:gridCol w:w="2240"/>
              <w:gridCol w:w="2070"/>
              <w:gridCol w:w="1620"/>
            </w:tblGrid>
            <w:tr w:rsidR="001F720A" w:rsidRPr="00951742" w:rsidTr="00AA6488">
              <w:trPr>
                <w:cnfStyle w:val="100000000000" w:firstRow="1" w:lastRow="0" w:firstColumn="0" w:lastColumn="0" w:oddVBand="0" w:evenVBand="0" w:oddHBand="0" w:evenHBand="0" w:firstRowFirstColumn="0" w:firstRowLastColumn="0" w:lastRowFirstColumn="0" w:lastRowLastColumn="0"/>
                <w:trHeight w:val="674"/>
                <w:jc w:val="center"/>
              </w:trPr>
              <w:tc>
                <w:tcPr>
                  <w:cnfStyle w:val="001000000000" w:firstRow="0" w:lastRow="0" w:firstColumn="1" w:lastColumn="0" w:oddVBand="0" w:evenVBand="0" w:oddHBand="0" w:evenHBand="0" w:firstRowFirstColumn="0" w:firstRowLastColumn="0" w:lastRowFirstColumn="0" w:lastRowLastColumn="0"/>
                  <w:tcW w:w="2240" w:type="dxa"/>
                  <w:vAlign w:val="center"/>
                  <w:hideMark/>
                </w:tcPr>
                <w:p w:rsidR="001F720A" w:rsidRPr="00951742" w:rsidRDefault="001F720A" w:rsidP="001F720A">
                  <w:pPr>
                    <w:jc w:val="center"/>
                    <w:rPr>
                      <w:rFonts w:eastAsia="Times New Roman" w:cstheme="majorHAnsi"/>
                      <w:b w:val="0"/>
                      <w:bCs w:val="0"/>
                      <w:color w:val="000000"/>
                      <w:sz w:val="20"/>
                      <w:szCs w:val="20"/>
                      <w:lang w:eastAsia="ru-RU"/>
                    </w:rPr>
                  </w:pPr>
                  <w:proofErr w:type="spellStart"/>
                  <w:r w:rsidRPr="00951742">
                    <w:rPr>
                      <w:rFonts w:eastAsia="Times New Roman" w:cstheme="majorHAnsi"/>
                      <w:b w:val="0"/>
                      <w:bCs w:val="0"/>
                      <w:color w:val="000000"/>
                      <w:sz w:val="20"/>
                      <w:szCs w:val="20"/>
                      <w:lang w:eastAsia="ru-RU"/>
                    </w:rPr>
                    <w:t>Область</w:t>
                  </w:r>
                  <w:proofErr w:type="spellEnd"/>
                </w:p>
              </w:tc>
              <w:tc>
                <w:tcPr>
                  <w:tcW w:w="2070" w:type="dxa"/>
                  <w:vAlign w:val="center"/>
                  <w:hideMark/>
                </w:tcPr>
                <w:p w:rsidR="001F720A" w:rsidRPr="00951742" w:rsidRDefault="001F720A" w:rsidP="001F720A">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color w:val="000000"/>
                      <w:sz w:val="20"/>
                      <w:szCs w:val="20"/>
                      <w:lang w:eastAsia="ru-RU"/>
                    </w:rPr>
                  </w:pPr>
                  <w:proofErr w:type="spellStart"/>
                  <w:r w:rsidRPr="00951742">
                    <w:rPr>
                      <w:rFonts w:eastAsia="Times New Roman" w:cstheme="majorHAnsi"/>
                      <w:b w:val="0"/>
                      <w:bCs w:val="0"/>
                      <w:color w:val="000000"/>
                      <w:sz w:val="20"/>
                      <w:szCs w:val="20"/>
                      <w:lang w:eastAsia="ru-RU"/>
                    </w:rPr>
                    <w:t>Оценочное</w:t>
                  </w:r>
                  <w:proofErr w:type="spellEnd"/>
                  <w:r w:rsidRPr="00951742">
                    <w:rPr>
                      <w:rFonts w:eastAsia="Times New Roman" w:cstheme="majorHAnsi"/>
                      <w:b w:val="0"/>
                      <w:bCs w:val="0"/>
                      <w:color w:val="000000"/>
                      <w:sz w:val="20"/>
                      <w:szCs w:val="20"/>
                      <w:lang w:eastAsia="ru-RU"/>
                    </w:rPr>
                    <w:t xml:space="preserve"> </w:t>
                  </w:r>
                  <w:proofErr w:type="spellStart"/>
                  <w:r w:rsidRPr="00951742">
                    <w:rPr>
                      <w:rFonts w:eastAsia="Times New Roman" w:cstheme="majorHAnsi"/>
                      <w:b w:val="0"/>
                      <w:bCs w:val="0"/>
                      <w:color w:val="000000"/>
                      <w:sz w:val="20"/>
                      <w:szCs w:val="20"/>
                      <w:lang w:eastAsia="ru-RU"/>
                    </w:rPr>
                    <w:t>количество</w:t>
                  </w:r>
                  <w:proofErr w:type="spellEnd"/>
                  <w:r w:rsidRPr="00951742">
                    <w:rPr>
                      <w:rFonts w:eastAsia="Times New Roman" w:cstheme="majorHAnsi"/>
                      <w:b w:val="0"/>
                      <w:bCs w:val="0"/>
                      <w:color w:val="000000"/>
                      <w:sz w:val="20"/>
                      <w:szCs w:val="20"/>
                      <w:lang w:eastAsia="ru-RU"/>
                    </w:rPr>
                    <w:t xml:space="preserve"> ЛЖВ</w:t>
                  </w:r>
                </w:p>
              </w:tc>
              <w:tc>
                <w:tcPr>
                  <w:tcW w:w="1620" w:type="dxa"/>
                  <w:noWrap/>
                  <w:vAlign w:val="center"/>
                  <w:hideMark/>
                </w:tcPr>
                <w:p w:rsidR="001F720A" w:rsidRPr="004873C3" w:rsidRDefault="001F720A" w:rsidP="001F720A">
                  <w:pPr>
                    <w:jc w:val="center"/>
                    <w:cnfStyle w:val="100000000000" w:firstRow="1" w:lastRow="0" w:firstColumn="0" w:lastColumn="0" w:oddVBand="0" w:evenVBand="0" w:oddHBand="0" w:evenHBand="0" w:firstRowFirstColumn="0" w:firstRowLastColumn="0" w:lastRowFirstColumn="0" w:lastRowLastColumn="0"/>
                    <w:rPr>
                      <w:rFonts w:eastAsia="Times New Roman" w:cstheme="majorHAnsi"/>
                      <w:b w:val="0"/>
                      <w:bCs w:val="0"/>
                      <w:color w:val="000000"/>
                      <w:sz w:val="20"/>
                      <w:szCs w:val="20"/>
                      <w:lang w:val="ru-RU" w:eastAsia="ru-RU"/>
                    </w:rPr>
                  </w:pPr>
                  <w:r>
                    <w:rPr>
                      <w:rFonts w:eastAsia="Times New Roman" w:cstheme="majorHAnsi"/>
                      <w:b w:val="0"/>
                      <w:bCs w:val="0"/>
                      <w:color w:val="000000"/>
                      <w:sz w:val="20"/>
                      <w:szCs w:val="20"/>
                      <w:lang w:val="ru-RU" w:eastAsia="ru-RU"/>
                    </w:rPr>
                    <w:t>Знают свой статус (</w:t>
                  </w:r>
                  <w:r w:rsidRPr="00951742">
                    <w:rPr>
                      <w:rFonts w:eastAsia="Times New Roman" w:cstheme="majorHAnsi"/>
                      <w:b w:val="0"/>
                      <w:bCs w:val="0"/>
                      <w:color w:val="000000"/>
                      <w:sz w:val="20"/>
                      <w:szCs w:val="20"/>
                      <w:lang w:eastAsia="ru-RU"/>
                    </w:rPr>
                    <w:t>%</w:t>
                  </w:r>
                  <w:r>
                    <w:rPr>
                      <w:rFonts w:eastAsia="Times New Roman" w:cstheme="majorHAnsi"/>
                      <w:b w:val="0"/>
                      <w:bCs w:val="0"/>
                      <w:color w:val="000000"/>
                      <w:sz w:val="20"/>
                      <w:szCs w:val="20"/>
                      <w:lang w:val="ru-RU" w:eastAsia="ru-RU"/>
                    </w:rPr>
                    <w:t>)</w:t>
                  </w:r>
                </w:p>
              </w:tc>
            </w:tr>
            <w:tr w:rsidR="001F720A" w:rsidRPr="00951742" w:rsidTr="00AA6488">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Акмолинская</w:t>
                  </w:r>
                </w:p>
              </w:tc>
              <w:tc>
                <w:tcPr>
                  <w:tcW w:w="207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681</w:t>
                  </w:r>
                </w:p>
              </w:tc>
              <w:tc>
                <w:tcPr>
                  <w:tcW w:w="162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92,5</w:t>
                  </w:r>
                </w:p>
              </w:tc>
            </w:tr>
            <w:tr w:rsidR="001F720A" w:rsidRPr="00951742" w:rsidTr="00AA6488">
              <w:trPr>
                <w:cnfStyle w:val="000000010000" w:firstRow="0" w:lastRow="0" w:firstColumn="0" w:lastColumn="0" w:oddVBand="0" w:evenVBand="0" w:oddHBand="0" w:evenHBand="1"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proofErr w:type="spellStart"/>
                  <w:r w:rsidRPr="00951742">
                    <w:rPr>
                      <w:rFonts w:cstheme="majorHAnsi"/>
                      <w:b w:val="0"/>
                      <w:color w:val="000000"/>
                      <w:sz w:val="20"/>
                      <w:szCs w:val="20"/>
                    </w:rPr>
                    <w:t>Актюбинская</w:t>
                  </w:r>
                  <w:proofErr w:type="spellEnd"/>
                </w:p>
              </w:tc>
              <w:tc>
                <w:tcPr>
                  <w:tcW w:w="207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320</w:t>
                  </w:r>
                </w:p>
              </w:tc>
              <w:tc>
                <w:tcPr>
                  <w:tcW w:w="162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86,6</w:t>
                  </w:r>
                </w:p>
              </w:tc>
            </w:tr>
            <w:tr w:rsidR="001F720A" w:rsidRPr="00951742" w:rsidTr="00AA6488">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Алматинская</w:t>
                  </w:r>
                </w:p>
              </w:tc>
              <w:tc>
                <w:tcPr>
                  <w:tcW w:w="207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2613</w:t>
                  </w:r>
                </w:p>
              </w:tc>
              <w:tc>
                <w:tcPr>
                  <w:tcW w:w="162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83,3</w:t>
                  </w:r>
                </w:p>
              </w:tc>
            </w:tr>
            <w:tr w:rsidR="001F720A" w:rsidRPr="00951742" w:rsidTr="00AA6488">
              <w:trPr>
                <w:cnfStyle w:val="000000010000" w:firstRow="0" w:lastRow="0" w:firstColumn="0" w:lastColumn="0" w:oddVBand="0" w:evenVBand="0" w:oddHBand="0" w:evenHBand="1"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Атырауская</w:t>
                  </w:r>
                </w:p>
              </w:tc>
              <w:tc>
                <w:tcPr>
                  <w:tcW w:w="207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228</w:t>
                  </w:r>
                </w:p>
              </w:tc>
              <w:tc>
                <w:tcPr>
                  <w:tcW w:w="162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90,4</w:t>
                  </w:r>
                </w:p>
              </w:tc>
            </w:tr>
            <w:tr w:rsidR="001F720A" w:rsidRPr="00951742" w:rsidTr="00AA6488">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ВКО</w:t>
                  </w:r>
                </w:p>
              </w:tc>
              <w:tc>
                <w:tcPr>
                  <w:tcW w:w="207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3359</w:t>
                  </w:r>
                </w:p>
              </w:tc>
              <w:tc>
                <w:tcPr>
                  <w:tcW w:w="162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81,9</w:t>
                  </w:r>
                </w:p>
              </w:tc>
            </w:tr>
            <w:tr w:rsidR="001F720A" w:rsidRPr="00951742" w:rsidTr="00AA6488">
              <w:trPr>
                <w:cnfStyle w:val="000000010000" w:firstRow="0" w:lastRow="0" w:firstColumn="0" w:lastColumn="0" w:oddVBand="0" w:evenVBand="0" w:oddHBand="0" w:evenHBand="1"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Жамбылская</w:t>
                  </w:r>
                </w:p>
              </w:tc>
              <w:tc>
                <w:tcPr>
                  <w:tcW w:w="207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939</w:t>
                  </w:r>
                </w:p>
              </w:tc>
              <w:tc>
                <w:tcPr>
                  <w:tcW w:w="162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83,2</w:t>
                  </w:r>
                </w:p>
              </w:tc>
            </w:tr>
            <w:tr w:rsidR="001F720A" w:rsidRPr="00951742" w:rsidTr="00AA6488">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ЗКО</w:t>
                  </w:r>
                </w:p>
              </w:tc>
              <w:tc>
                <w:tcPr>
                  <w:tcW w:w="207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527</w:t>
                  </w:r>
                </w:p>
              </w:tc>
              <w:tc>
                <w:tcPr>
                  <w:tcW w:w="162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80,8</w:t>
                  </w:r>
                </w:p>
              </w:tc>
            </w:tr>
            <w:tr w:rsidR="001F720A" w:rsidRPr="00951742" w:rsidTr="00AA6488">
              <w:trPr>
                <w:cnfStyle w:val="000000010000" w:firstRow="0" w:lastRow="0" w:firstColumn="0" w:lastColumn="0" w:oddVBand="0" w:evenVBand="0" w:oddHBand="0" w:evenHBand="1"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proofErr w:type="spellStart"/>
                  <w:r w:rsidRPr="00951742">
                    <w:rPr>
                      <w:rFonts w:cstheme="majorHAnsi"/>
                      <w:b w:val="0"/>
                      <w:color w:val="000000"/>
                      <w:sz w:val="20"/>
                      <w:szCs w:val="20"/>
                    </w:rPr>
                    <w:t>Карагандинская</w:t>
                  </w:r>
                  <w:proofErr w:type="spellEnd"/>
                </w:p>
              </w:tc>
              <w:tc>
                <w:tcPr>
                  <w:tcW w:w="207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3857</w:t>
                  </w:r>
                </w:p>
              </w:tc>
              <w:tc>
                <w:tcPr>
                  <w:tcW w:w="162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84,2</w:t>
                  </w:r>
                </w:p>
              </w:tc>
            </w:tr>
            <w:tr w:rsidR="001F720A" w:rsidRPr="00951742" w:rsidTr="00AA6488">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Костанайская</w:t>
                  </w:r>
                </w:p>
              </w:tc>
              <w:tc>
                <w:tcPr>
                  <w:tcW w:w="207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1796</w:t>
                  </w:r>
                </w:p>
              </w:tc>
              <w:tc>
                <w:tcPr>
                  <w:tcW w:w="162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85,7</w:t>
                  </w:r>
                </w:p>
              </w:tc>
            </w:tr>
            <w:tr w:rsidR="001F720A" w:rsidRPr="00951742" w:rsidTr="00AA6488">
              <w:trPr>
                <w:cnfStyle w:val="000000010000" w:firstRow="0" w:lastRow="0" w:firstColumn="0" w:lastColumn="0" w:oddVBand="0" w:evenVBand="0" w:oddHBand="0" w:evenHBand="1"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Кызылординская</w:t>
                  </w:r>
                </w:p>
              </w:tc>
              <w:tc>
                <w:tcPr>
                  <w:tcW w:w="207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114</w:t>
                  </w:r>
                </w:p>
              </w:tc>
              <w:tc>
                <w:tcPr>
                  <w:tcW w:w="162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89,5</w:t>
                  </w:r>
                </w:p>
              </w:tc>
            </w:tr>
            <w:tr w:rsidR="001F720A" w:rsidRPr="00951742" w:rsidTr="00AA6488">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Мангистауская</w:t>
                  </w:r>
                </w:p>
              </w:tc>
              <w:tc>
                <w:tcPr>
                  <w:tcW w:w="207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189</w:t>
                  </w:r>
                </w:p>
              </w:tc>
              <w:tc>
                <w:tcPr>
                  <w:tcW w:w="162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100,5</w:t>
                  </w:r>
                </w:p>
              </w:tc>
            </w:tr>
            <w:tr w:rsidR="001F720A" w:rsidRPr="00951742" w:rsidTr="00AA6488">
              <w:trPr>
                <w:cnfStyle w:val="000000010000" w:firstRow="0" w:lastRow="0" w:firstColumn="0" w:lastColumn="0" w:oddVBand="0" w:evenVBand="0" w:oddHBand="0" w:evenHBand="1"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proofErr w:type="spellStart"/>
                  <w:r w:rsidRPr="00951742">
                    <w:rPr>
                      <w:rFonts w:cstheme="majorHAnsi"/>
                      <w:b w:val="0"/>
                      <w:color w:val="000000"/>
                      <w:sz w:val="20"/>
                      <w:szCs w:val="20"/>
                    </w:rPr>
                    <w:t>Павлодарская</w:t>
                  </w:r>
                  <w:proofErr w:type="spellEnd"/>
                </w:p>
              </w:tc>
              <w:tc>
                <w:tcPr>
                  <w:tcW w:w="207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2267</w:t>
                  </w:r>
                </w:p>
              </w:tc>
              <w:tc>
                <w:tcPr>
                  <w:tcW w:w="162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81,8</w:t>
                  </w:r>
                </w:p>
              </w:tc>
            </w:tr>
            <w:tr w:rsidR="001F720A" w:rsidRPr="00951742" w:rsidTr="00AA6488">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СКО</w:t>
                  </w:r>
                </w:p>
              </w:tc>
              <w:tc>
                <w:tcPr>
                  <w:tcW w:w="207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1210</w:t>
                  </w:r>
                </w:p>
              </w:tc>
              <w:tc>
                <w:tcPr>
                  <w:tcW w:w="162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88,6</w:t>
                  </w:r>
                </w:p>
              </w:tc>
            </w:tr>
            <w:tr w:rsidR="001F720A" w:rsidRPr="00951742" w:rsidTr="00AA6488">
              <w:trPr>
                <w:cnfStyle w:val="000000010000" w:firstRow="0" w:lastRow="0" w:firstColumn="0" w:lastColumn="0" w:oddVBand="0" w:evenVBand="0" w:oddHBand="0" w:evenHBand="1"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ЮКО</w:t>
                  </w:r>
                </w:p>
              </w:tc>
              <w:tc>
                <w:tcPr>
                  <w:tcW w:w="207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2762</w:t>
                  </w:r>
                </w:p>
              </w:tc>
              <w:tc>
                <w:tcPr>
                  <w:tcW w:w="162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80,3</w:t>
                  </w:r>
                </w:p>
              </w:tc>
            </w:tr>
            <w:tr w:rsidR="001F720A" w:rsidRPr="00951742" w:rsidTr="00AA6488">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г. Алматы</w:t>
                  </w:r>
                </w:p>
              </w:tc>
              <w:tc>
                <w:tcPr>
                  <w:tcW w:w="207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4739</w:t>
                  </w:r>
                </w:p>
              </w:tc>
              <w:tc>
                <w:tcPr>
                  <w:tcW w:w="162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84,3</w:t>
                  </w:r>
                </w:p>
              </w:tc>
            </w:tr>
            <w:tr w:rsidR="001F720A" w:rsidRPr="00951742" w:rsidTr="00AA6488">
              <w:trPr>
                <w:cnfStyle w:val="000000010000" w:firstRow="0" w:lastRow="0" w:firstColumn="0" w:lastColumn="0" w:oddVBand="0" w:evenVBand="0" w:oddHBand="0" w:evenHBand="1"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color w:val="000000"/>
                      <w:sz w:val="20"/>
                      <w:szCs w:val="20"/>
                    </w:rPr>
                  </w:pPr>
                  <w:r w:rsidRPr="00951742">
                    <w:rPr>
                      <w:rFonts w:cstheme="majorHAnsi"/>
                      <w:b w:val="0"/>
                      <w:color w:val="000000"/>
                      <w:sz w:val="20"/>
                      <w:szCs w:val="20"/>
                    </w:rPr>
                    <w:t>г. Астана</w:t>
                  </w:r>
                </w:p>
              </w:tc>
              <w:tc>
                <w:tcPr>
                  <w:tcW w:w="207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1395</w:t>
                  </w:r>
                </w:p>
              </w:tc>
              <w:tc>
                <w:tcPr>
                  <w:tcW w:w="1620" w:type="dxa"/>
                  <w:noWrap/>
                  <w:vAlign w:val="center"/>
                  <w:hideMark/>
                </w:tcPr>
                <w:p w:rsidR="001F720A" w:rsidRPr="00951742" w:rsidRDefault="001F720A" w:rsidP="001F720A">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 w:val="20"/>
                      <w:szCs w:val="20"/>
                    </w:rPr>
                  </w:pPr>
                  <w:r w:rsidRPr="00951742">
                    <w:rPr>
                      <w:rFonts w:asciiTheme="majorHAnsi" w:hAnsiTheme="majorHAnsi" w:cstheme="majorHAnsi"/>
                      <w:color w:val="000000"/>
                      <w:sz w:val="20"/>
                      <w:szCs w:val="20"/>
                    </w:rPr>
                    <w:t>89,4</w:t>
                  </w:r>
                </w:p>
              </w:tc>
            </w:tr>
            <w:tr w:rsidR="001F720A" w:rsidRPr="00951742" w:rsidTr="00AA6488">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40" w:type="dxa"/>
                  <w:noWrap/>
                  <w:vAlign w:val="center"/>
                  <w:hideMark/>
                </w:tcPr>
                <w:p w:rsidR="001F720A" w:rsidRPr="00951742" w:rsidRDefault="001F720A" w:rsidP="001F720A">
                  <w:pPr>
                    <w:autoSpaceDE w:val="0"/>
                    <w:autoSpaceDN w:val="0"/>
                    <w:adjustRightInd w:val="0"/>
                    <w:rPr>
                      <w:rFonts w:cstheme="majorHAnsi"/>
                      <w:b w:val="0"/>
                      <w:bCs w:val="0"/>
                      <w:color w:val="000000"/>
                      <w:sz w:val="20"/>
                      <w:szCs w:val="20"/>
                    </w:rPr>
                  </w:pPr>
                  <w:r w:rsidRPr="00951742">
                    <w:rPr>
                      <w:rFonts w:cstheme="majorHAnsi"/>
                      <w:b w:val="0"/>
                      <w:bCs w:val="0"/>
                      <w:color w:val="000000"/>
                      <w:sz w:val="20"/>
                      <w:szCs w:val="20"/>
                    </w:rPr>
                    <w:t>РК</w:t>
                  </w:r>
                </w:p>
              </w:tc>
              <w:tc>
                <w:tcPr>
                  <w:tcW w:w="207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color w:val="000000"/>
                      <w:sz w:val="20"/>
                      <w:szCs w:val="20"/>
                    </w:rPr>
                  </w:pPr>
                  <w:r w:rsidRPr="00951742">
                    <w:rPr>
                      <w:rFonts w:asciiTheme="majorHAnsi" w:hAnsiTheme="majorHAnsi" w:cstheme="majorHAnsi"/>
                      <w:b/>
                      <w:bCs/>
                      <w:color w:val="000000"/>
                      <w:sz w:val="20"/>
                      <w:szCs w:val="20"/>
                    </w:rPr>
                    <w:t>27000</w:t>
                  </w:r>
                </w:p>
              </w:tc>
              <w:tc>
                <w:tcPr>
                  <w:tcW w:w="1620" w:type="dxa"/>
                  <w:noWrap/>
                  <w:vAlign w:val="center"/>
                  <w:hideMark/>
                </w:tcPr>
                <w:p w:rsidR="001F720A" w:rsidRPr="00951742" w:rsidRDefault="001F720A" w:rsidP="001F72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20"/>
                      <w:szCs w:val="20"/>
                    </w:rPr>
                  </w:pPr>
                  <w:r w:rsidRPr="00951742">
                    <w:rPr>
                      <w:rFonts w:asciiTheme="majorHAnsi" w:hAnsiTheme="majorHAnsi" w:cstheme="majorHAnsi"/>
                      <w:b/>
                      <w:color w:val="000000"/>
                      <w:sz w:val="20"/>
                      <w:szCs w:val="20"/>
                    </w:rPr>
                    <w:t>84,1</w:t>
                  </w:r>
                </w:p>
              </w:tc>
            </w:tr>
          </w:tbl>
          <w:p w:rsidR="001F720A" w:rsidRDefault="001F720A" w:rsidP="00951742">
            <w:pPr>
              <w:pStyle w:val="a5"/>
              <w:jc w:val="both"/>
              <w:rPr>
                <w:rFonts w:asciiTheme="majorHAnsi" w:hAnsiTheme="majorHAnsi" w:cstheme="majorHAnsi"/>
                <w:b/>
                <w:lang w:val="ru-RU"/>
              </w:rPr>
            </w:pPr>
          </w:p>
        </w:tc>
        <w:tc>
          <w:tcPr>
            <w:tcW w:w="2199" w:type="dxa"/>
            <w:shd w:val="clear" w:color="auto" w:fill="auto"/>
          </w:tcPr>
          <w:p w:rsidR="008B1F50" w:rsidRDefault="008B1F50" w:rsidP="008B1F50">
            <w:pPr>
              <w:pStyle w:val="a5"/>
              <w:rPr>
                <w:rFonts w:ascii="Arial" w:hAnsi="Arial" w:cs="Arial"/>
                <w:sz w:val="24"/>
                <w:szCs w:val="24"/>
                <w:lang w:val="ru-RU"/>
              </w:rPr>
            </w:pPr>
          </w:p>
          <w:p w:rsidR="008B1F50" w:rsidRDefault="008B1F50" w:rsidP="008B1F50">
            <w:pPr>
              <w:pStyle w:val="a5"/>
              <w:rPr>
                <w:rFonts w:ascii="Arial" w:hAnsi="Arial" w:cs="Arial"/>
                <w:sz w:val="24"/>
                <w:szCs w:val="24"/>
                <w:lang w:val="ru-RU"/>
              </w:rPr>
            </w:pPr>
          </w:p>
          <w:p w:rsidR="008B1F50" w:rsidRDefault="008B1F50" w:rsidP="008B1F50">
            <w:pPr>
              <w:pStyle w:val="a5"/>
              <w:rPr>
                <w:rFonts w:ascii="Arial" w:hAnsi="Arial" w:cs="Arial"/>
                <w:sz w:val="24"/>
                <w:szCs w:val="24"/>
                <w:lang w:val="ru-RU"/>
              </w:rPr>
            </w:pPr>
          </w:p>
          <w:p w:rsidR="008B1F50" w:rsidRDefault="008B1F50" w:rsidP="008B1F50">
            <w:pPr>
              <w:pStyle w:val="a5"/>
              <w:rPr>
                <w:rFonts w:ascii="Arial" w:hAnsi="Arial" w:cs="Arial"/>
                <w:sz w:val="24"/>
                <w:szCs w:val="24"/>
                <w:lang w:val="ru-RU"/>
              </w:rPr>
            </w:pPr>
          </w:p>
          <w:p w:rsidR="008B1F50" w:rsidRDefault="008B1F50" w:rsidP="008B1F50">
            <w:pPr>
              <w:pStyle w:val="a5"/>
              <w:rPr>
                <w:rFonts w:ascii="Arial" w:hAnsi="Arial" w:cs="Arial"/>
                <w:sz w:val="24"/>
                <w:szCs w:val="24"/>
                <w:lang w:val="ru-RU"/>
              </w:rPr>
            </w:pPr>
          </w:p>
          <w:p w:rsidR="00D647A3" w:rsidRDefault="008B1F50" w:rsidP="008B1F50">
            <w:pPr>
              <w:pStyle w:val="a5"/>
              <w:rPr>
                <w:rFonts w:ascii="Arial" w:hAnsi="Arial" w:cs="Arial"/>
                <w:lang w:val="ru-RU"/>
              </w:rPr>
            </w:pPr>
            <w:r w:rsidRPr="00D647A3">
              <w:rPr>
                <w:rFonts w:ascii="Arial" w:hAnsi="Arial" w:cs="Arial"/>
                <w:lang w:val="ru-RU"/>
              </w:rPr>
              <w:t xml:space="preserve">Процент ЛЖВ, знающих свой ВИЧ статус в среднем по стране равен 84,1%. </w:t>
            </w:r>
          </w:p>
          <w:p w:rsidR="008B1F50" w:rsidRPr="00D647A3" w:rsidRDefault="008B1F50" w:rsidP="008B1F50">
            <w:pPr>
              <w:pStyle w:val="a5"/>
              <w:rPr>
                <w:rFonts w:ascii="Arial" w:hAnsi="Arial" w:cs="Arial"/>
                <w:lang w:val="ru-RU"/>
              </w:rPr>
            </w:pPr>
            <w:r w:rsidRPr="00D647A3">
              <w:rPr>
                <w:rFonts w:ascii="Arial" w:hAnsi="Arial" w:cs="Arial"/>
                <w:lang w:val="ru-RU"/>
              </w:rPr>
              <w:t xml:space="preserve">Ситуация по регионам варьирует от </w:t>
            </w:r>
            <w:proofErr w:type="gramStart"/>
            <w:r w:rsidRPr="00D647A3">
              <w:rPr>
                <w:rFonts w:ascii="Arial" w:hAnsi="Arial" w:cs="Arial"/>
                <w:lang w:val="ru-RU"/>
              </w:rPr>
              <w:t>наименьшего</w:t>
            </w:r>
            <w:proofErr w:type="gramEnd"/>
            <w:r w:rsidRPr="00D647A3">
              <w:rPr>
                <w:rFonts w:ascii="Arial" w:hAnsi="Arial" w:cs="Arial"/>
                <w:lang w:val="ru-RU"/>
              </w:rPr>
              <w:t xml:space="preserve"> - 80,3% (ЮКО) до наибольшего  в Мангистауской (100,5%). </w:t>
            </w:r>
          </w:p>
          <w:p w:rsidR="008B1F50" w:rsidRDefault="008B1F50" w:rsidP="008B1F50">
            <w:pPr>
              <w:pStyle w:val="a5"/>
              <w:ind w:firstLine="709"/>
              <w:rPr>
                <w:rFonts w:asciiTheme="majorHAnsi" w:hAnsiTheme="majorHAnsi" w:cstheme="majorHAnsi"/>
                <w:b/>
                <w:lang w:val="ru-RU"/>
              </w:rPr>
            </w:pPr>
          </w:p>
          <w:p w:rsidR="001F720A" w:rsidRDefault="001F720A" w:rsidP="00951742">
            <w:pPr>
              <w:pStyle w:val="a5"/>
              <w:jc w:val="both"/>
              <w:rPr>
                <w:rFonts w:asciiTheme="majorHAnsi" w:hAnsiTheme="majorHAnsi" w:cstheme="majorHAnsi"/>
                <w:b/>
                <w:lang w:val="ru-RU"/>
              </w:rPr>
            </w:pPr>
          </w:p>
        </w:tc>
      </w:tr>
    </w:tbl>
    <w:p w:rsidR="006615E5" w:rsidRDefault="006615E5" w:rsidP="00035E3C">
      <w:pPr>
        <w:pStyle w:val="a5"/>
        <w:ind w:firstLine="720"/>
        <w:jc w:val="both"/>
        <w:rPr>
          <w:rFonts w:ascii="Arial" w:hAnsi="Arial" w:cs="Arial"/>
          <w:sz w:val="24"/>
          <w:szCs w:val="24"/>
          <w:lang w:val="ru-RU"/>
        </w:rPr>
      </w:pPr>
    </w:p>
    <w:p w:rsidR="00F01394" w:rsidRPr="00F01394" w:rsidRDefault="00F01394" w:rsidP="00F01394">
      <w:pPr>
        <w:pStyle w:val="a5"/>
        <w:ind w:firstLine="720"/>
        <w:jc w:val="both"/>
        <w:rPr>
          <w:rFonts w:ascii="Arial" w:hAnsi="Arial" w:cs="Arial"/>
          <w:sz w:val="24"/>
          <w:szCs w:val="24"/>
          <w:lang w:val="ru-RU"/>
        </w:rPr>
      </w:pPr>
      <w:r w:rsidRPr="004E5531">
        <w:rPr>
          <w:rFonts w:ascii="Arial" w:hAnsi="Arial" w:cs="Arial"/>
          <w:sz w:val="24"/>
          <w:szCs w:val="24"/>
          <w:lang w:val="ru-RU"/>
        </w:rPr>
        <w:t xml:space="preserve">По данным национального мониторинга: </w:t>
      </w:r>
      <w:proofErr w:type="gramStart"/>
      <w:r w:rsidRPr="004E5531">
        <w:rPr>
          <w:rFonts w:ascii="Arial" w:hAnsi="Arial" w:cs="Arial"/>
          <w:sz w:val="24"/>
          <w:szCs w:val="24"/>
          <w:lang w:val="ru-RU"/>
        </w:rPr>
        <w:t>ВИЧ – инфекция удержана на концентрированной стадии, т.е. распространена среди ключевых групп населения, таких как: люди, употребляющие наркотики, секс работники, и мужчины, имеющие секс с мужчинами.</w:t>
      </w:r>
      <w:proofErr w:type="gramEnd"/>
      <w:r w:rsidRPr="004E5531">
        <w:rPr>
          <w:rFonts w:ascii="Arial" w:hAnsi="Arial" w:cs="Arial"/>
          <w:sz w:val="24"/>
          <w:szCs w:val="24"/>
          <w:lang w:val="ru-RU"/>
        </w:rPr>
        <w:t xml:space="preserve"> По программе ЮНЭЙДС «Спектрум», позволяющей представить оценочные числа, количество ЛЖВ в Республике Казахстан составляет - 27</w:t>
      </w:r>
      <w:r w:rsidRPr="004E5531">
        <w:rPr>
          <w:rFonts w:ascii="Arial" w:hAnsi="Arial" w:cs="Arial"/>
          <w:sz w:val="24"/>
          <w:szCs w:val="24"/>
        </w:rPr>
        <w:t> </w:t>
      </w:r>
      <w:r w:rsidRPr="004E5531">
        <w:rPr>
          <w:rFonts w:ascii="Arial" w:hAnsi="Arial" w:cs="Arial"/>
          <w:sz w:val="24"/>
          <w:szCs w:val="24"/>
          <w:lang w:val="ru-RU"/>
        </w:rPr>
        <w:t xml:space="preserve">000; зарегистрированное число ЛЖВ равно </w:t>
      </w:r>
      <w:r w:rsidRPr="00F01394">
        <w:rPr>
          <w:rFonts w:ascii="Arial" w:hAnsi="Arial" w:cs="Arial"/>
          <w:sz w:val="24"/>
          <w:szCs w:val="24"/>
          <w:lang w:val="ru-RU"/>
        </w:rPr>
        <w:t>22, 712 человек, при этом доля мужчин равна 62%, доля женщин составляет 38% (на конец 2018 года).</w:t>
      </w:r>
    </w:p>
    <w:p w:rsidR="00F01394" w:rsidRPr="00F01394" w:rsidRDefault="00F01394" w:rsidP="00F01394">
      <w:pPr>
        <w:pStyle w:val="a5"/>
        <w:ind w:firstLine="720"/>
        <w:jc w:val="both"/>
        <w:rPr>
          <w:rFonts w:ascii="Arial" w:hAnsi="Arial" w:cs="Arial"/>
          <w:sz w:val="24"/>
          <w:szCs w:val="24"/>
          <w:lang w:val="ru-RU"/>
        </w:rPr>
      </w:pPr>
      <w:r w:rsidRPr="00F01394">
        <w:rPr>
          <w:rFonts w:ascii="Arial" w:hAnsi="Arial" w:cs="Arial"/>
          <w:sz w:val="24"/>
          <w:szCs w:val="24"/>
          <w:lang w:val="ru-RU"/>
        </w:rPr>
        <w:t>Распространенность ВИЧ инфекции в возрастной группе 15-49 лет – 0,2%. Распространенность среди ключевых групп населения: ЛУИН – 7,9%; РС – 1,9%; МСМ – 6,2%.</w:t>
      </w:r>
    </w:p>
    <w:p w:rsidR="00F01394" w:rsidRPr="00F01394" w:rsidRDefault="00F01394" w:rsidP="00F01394">
      <w:pPr>
        <w:pStyle w:val="a5"/>
        <w:rPr>
          <w:rFonts w:ascii="Calibri" w:hAnsi="Calibri" w:cs="Times New Roman"/>
          <w:b/>
          <w:lang w:val="ru-RU"/>
        </w:rPr>
      </w:pPr>
    </w:p>
    <w:p w:rsidR="00F01394" w:rsidRPr="000E31A8" w:rsidRDefault="00F01394" w:rsidP="00F01394">
      <w:pPr>
        <w:pStyle w:val="a5"/>
        <w:rPr>
          <w:rFonts w:ascii="Calibri" w:hAnsi="Calibri" w:cs="Times New Roman"/>
          <w:b/>
          <w:lang w:val="ru-RU"/>
        </w:rPr>
      </w:pPr>
      <w:r w:rsidRPr="00F01394">
        <w:rPr>
          <w:rFonts w:ascii="Calibri" w:hAnsi="Calibri" w:cs="Times New Roman"/>
          <w:b/>
          <w:lang w:val="ru-RU"/>
        </w:rPr>
        <w:t xml:space="preserve">Рисунок 1. Эпидемиологическая ситуация по ВИЧ инфекции </w:t>
      </w:r>
      <w:proofErr w:type="gramStart"/>
      <w:r w:rsidRPr="00F01394">
        <w:rPr>
          <w:rFonts w:ascii="Calibri" w:hAnsi="Calibri" w:cs="Times New Roman"/>
          <w:b/>
          <w:lang w:val="ru-RU"/>
        </w:rPr>
        <w:t xml:space="preserve">(  </w:t>
      </w:r>
      <w:proofErr w:type="gramEnd"/>
      <w:r w:rsidRPr="00F01394">
        <w:rPr>
          <w:rFonts w:ascii="Calibri" w:hAnsi="Calibri" w:cs="Times New Roman"/>
          <w:b/>
          <w:lang w:val="ru-RU"/>
        </w:rPr>
        <w:t>за 2018 год)</w:t>
      </w:r>
      <w:r w:rsidRPr="000E31A8">
        <w:rPr>
          <w:rFonts w:ascii="Calibri" w:hAnsi="Calibri" w:cs="Times New Roman"/>
          <w:b/>
          <w:lang w:val="ru-RU"/>
        </w:rPr>
        <w:t xml:space="preserve"> </w:t>
      </w:r>
    </w:p>
    <w:p w:rsidR="00EB7A64" w:rsidRDefault="00EB7A64" w:rsidP="00EB7A64">
      <w:pPr>
        <w:pStyle w:val="a5"/>
        <w:ind w:firstLine="709"/>
        <w:jc w:val="both"/>
        <w:rPr>
          <w:rFonts w:ascii="Arial" w:hAnsi="Arial" w:cs="Arial"/>
          <w:sz w:val="24"/>
          <w:szCs w:val="24"/>
          <w:lang w:val="ru-RU"/>
        </w:rPr>
      </w:pPr>
    </w:p>
    <w:p w:rsidR="00E97AFE" w:rsidRDefault="00E97AFE" w:rsidP="00EB7A64">
      <w:pPr>
        <w:pStyle w:val="a5"/>
        <w:ind w:firstLine="709"/>
        <w:jc w:val="both"/>
        <w:rPr>
          <w:rFonts w:ascii="Arial" w:hAnsi="Arial" w:cs="Arial"/>
          <w:sz w:val="24"/>
          <w:szCs w:val="24"/>
          <w:lang w:val="ru-RU"/>
        </w:rPr>
      </w:pPr>
      <w:r w:rsidRPr="00E97AFE">
        <w:rPr>
          <w:rFonts w:ascii="Arial" w:hAnsi="Arial" w:cs="Arial"/>
          <w:noProof/>
          <w:sz w:val="24"/>
          <w:szCs w:val="24"/>
          <w:lang w:val="ru-RU" w:eastAsia="ru-RU"/>
        </w:rPr>
        <w:drawing>
          <wp:inline distT="0" distB="0" distL="0" distR="0" wp14:anchorId="4048FE18" wp14:editId="0EB01ED9">
            <wp:extent cx="4000500" cy="2581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0500" cy="2581275"/>
                    </a:xfrm>
                    <a:prstGeom prst="rect">
                      <a:avLst/>
                    </a:prstGeom>
                  </pic:spPr>
                </pic:pic>
              </a:graphicData>
            </a:graphic>
          </wp:inline>
        </w:drawing>
      </w:r>
    </w:p>
    <w:p w:rsidR="00E97AFE" w:rsidRDefault="00E97AFE" w:rsidP="00EB7A64">
      <w:pPr>
        <w:pStyle w:val="a5"/>
        <w:ind w:firstLine="709"/>
        <w:jc w:val="both"/>
        <w:rPr>
          <w:rFonts w:ascii="Arial" w:hAnsi="Arial" w:cs="Arial"/>
          <w:sz w:val="24"/>
          <w:szCs w:val="24"/>
          <w:lang w:val="ru-RU"/>
        </w:rPr>
      </w:pPr>
    </w:p>
    <w:p w:rsidR="00E97AFE" w:rsidRDefault="00E97AFE" w:rsidP="00EB7A64">
      <w:pPr>
        <w:pStyle w:val="a5"/>
        <w:ind w:firstLine="709"/>
        <w:jc w:val="both"/>
        <w:rPr>
          <w:rFonts w:ascii="Arial" w:hAnsi="Arial" w:cs="Arial"/>
          <w:sz w:val="24"/>
          <w:szCs w:val="24"/>
          <w:lang w:val="ru-RU"/>
        </w:rPr>
      </w:pPr>
    </w:p>
    <w:p w:rsidR="003D394B" w:rsidRDefault="009677DE" w:rsidP="003D394B">
      <w:pPr>
        <w:pStyle w:val="a5"/>
        <w:ind w:firstLine="720"/>
        <w:jc w:val="both"/>
        <w:rPr>
          <w:rFonts w:ascii="Arial" w:hAnsi="Arial" w:cs="Arial"/>
          <w:sz w:val="24"/>
          <w:szCs w:val="24"/>
          <w:lang w:val="ru-RU"/>
        </w:rPr>
      </w:pPr>
      <w:r w:rsidRPr="009677DE">
        <w:rPr>
          <w:rFonts w:ascii="Arial" w:hAnsi="Arial" w:cs="Arial"/>
          <w:sz w:val="24"/>
          <w:szCs w:val="24"/>
          <w:lang w:val="ru-RU"/>
        </w:rPr>
        <w:t xml:space="preserve">В соответствии со </w:t>
      </w:r>
      <w:r w:rsidRPr="009677DE">
        <w:rPr>
          <w:rFonts w:ascii="Arial" w:hAnsi="Arial" w:cs="Arial"/>
          <w:bCs/>
          <w:sz w:val="24"/>
          <w:szCs w:val="24"/>
          <w:lang w:val="ru-RU"/>
        </w:rPr>
        <w:t>стратегией</w:t>
      </w:r>
      <w:r w:rsidRPr="009677DE">
        <w:rPr>
          <w:rFonts w:ascii="Arial" w:hAnsi="Arial" w:cs="Arial"/>
          <w:sz w:val="24"/>
          <w:szCs w:val="24"/>
          <w:lang w:val="ru-RU"/>
        </w:rPr>
        <w:t xml:space="preserve"> </w:t>
      </w:r>
      <w:r w:rsidR="007C6BAF">
        <w:rPr>
          <w:rFonts w:ascii="Arial" w:hAnsi="Arial" w:cs="Arial"/>
          <w:sz w:val="24"/>
          <w:szCs w:val="24"/>
          <w:lang w:val="ru-RU"/>
        </w:rPr>
        <w:t xml:space="preserve">ускорения </w:t>
      </w:r>
      <w:r w:rsidRPr="009677DE">
        <w:rPr>
          <w:rFonts w:ascii="Arial" w:hAnsi="Arial" w:cs="Arial"/>
          <w:sz w:val="24"/>
          <w:szCs w:val="24"/>
          <w:lang w:val="ru-RU"/>
        </w:rPr>
        <w:t>ЮНЭЙДС,</w:t>
      </w:r>
      <w:r w:rsidRPr="009677DE">
        <w:rPr>
          <w:rFonts w:ascii="Arial" w:hAnsi="Arial" w:cs="Arial"/>
          <w:bCs/>
          <w:sz w:val="24"/>
          <w:szCs w:val="24"/>
          <w:lang w:val="ru-RU"/>
        </w:rPr>
        <w:t xml:space="preserve"> </w:t>
      </w:r>
      <w:r w:rsidRPr="009677DE">
        <w:rPr>
          <w:rFonts w:ascii="Arial" w:hAnsi="Arial" w:cs="Arial"/>
          <w:sz w:val="24"/>
          <w:szCs w:val="24"/>
          <w:lang w:val="ru-RU"/>
        </w:rPr>
        <w:t xml:space="preserve">предусматривающей цель, что 90% процентов людей, живущих с ВИЧ, должны знать свой статус, в Казахстане </w:t>
      </w:r>
      <w:r w:rsidR="00773454">
        <w:rPr>
          <w:rFonts w:ascii="Arial" w:hAnsi="Arial" w:cs="Arial"/>
          <w:sz w:val="24"/>
          <w:szCs w:val="24"/>
          <w:lang w:val="ru-RU"/>
        </w:rPr>
        <w:t xml:space="preserve">проделана огромная работа по </w:t>
      </w:r>
      <w:r w:rsidR="002216B8">
        <w:rPr>
          <w:rFonts w:ascii="Arial" w:hAnsi="Arial" w:cs="Arial"/>
          <w:sz w:val="24"/>
          <w:szCs w:val="24"/>
          <w:lang w:val="ru-RU"/>
        </w:rPr>
        <w:t>информированию</w:t>
      </w:r>
      <w:r w:rsidR="00C35C84">
        <w:rPr>
          <w:rFonts w:ascii="Arial" w:hAnsi="Arial" w:cs="Arial"/>
          <w:sz w:val="24"/>
          <w:szCs w:val="24"/>
          <w:lang w:val="ru-RU"/>
        </w:rPr>
        <w:t xml:space="preserve"> и привлечению</w:t>
      </w:r>
      <w:r w:rsidR="002216B8">
        <w:rPr>
          <w:rFonts w:ascii="Arial" w:hAnsi="Arial" w:cs="Arial"/>
          <w:sz w:val="24"/>
          <w:szCs w:val="24"/>
          <w:lang w:val="ru-RU"/>
        </w:rPr>
        <w:t xml:space="preserve"> населения </w:t>
      </w:r>
      <w:r w:rsidR="00C35C84">
        <w:rPr>
          <w:rFonts w:ascii="Arial" w:hAnsi="Arial" w:cs="Arial"/>
          <w:sz w:val="24"/>
          <w:szCs w:val="24"/>
          <w:lang w:val="ru-RU"/>
        </w:rPr>
        <w:t>к</w:t>
      </w:r>
      <w:r w:rsidR="002216B8">
        <w:rPr>
          <w:rFonts w:ascii="Arial" w:hAnsi="Arial" w:cs="Arial"/>
          <w:sz w:val="24"/>
          <w:szCs w:val="24"/>
          <w:lang w:val="ru-RU"/>
        </w:rPr>
        <w:t xml:space="preserve"> </w:t>
      </w:r>
      <w:r w:rsidR="00773454">
        <w:rPr>
          <w:rFonts w:ascii="Arial" w:hAnsi="Arial" w:cs="Arial"/>
          <w:sz w:val="24"/>
          <w:szCs w:val="24"/>
          <w:lang w:val="ru-RU"/>
        </w:rPr>
        <w:t>тестированию на ВИЧ инфекцию и достижения первых 90.</w:t>
      </w:r>
      <w:r w:rsidR="00C35C84">
        <w:rPr>
          <w:rFonts w:ascii="Arial" w:hAnsi="Arial" w:cs="Arial"/>
          <w:sz w:val="24"/>
          <w:szCs w:val="24"/>
          <w:lang w:val="ru-RU"/>
        </w:rPr>
        <w:t xml:space="preserve"> В частности, впервые в Казахстане </w:t>
      </w:r>
      <w:r w:rsidR="006640CB">
        <w:rPr>
          <w:rFonts w:ascii="Arial" w:hAnsi="Arial" w:cs="Arial"/>
          <w:sz w:val="24"/>
          <w:szCs w:val="24"/>
          <w:lang w:val="ru-RU"/>
        </w:rPr>
        <w:t>реализованы</w:t>
      </w:r>
      <w:r w:rsidR="00C35C84">
        <w:rPr>
          <w:rFonts w:ascii="Arial" w:hAnsi="Arial" w:cs="Arial"/>
          <w:sz w:val="24"/>
          <w:szCs w:val="24"/>
          <w:lang w:val="ru-RU"/>
        </w:rPr>
        <w:t xml:space="preserve"> проекты</w:t>
      </w:r>
      <w:r w:rsidR="00E05CB8">
        <w:rPr>
          <w:rFonts w:ascii="Arial" w:hAnsi="Arial" w:cs="Arial"/>
          <w:sz w:val="24"/>
          <w:szCs w:val="24"/>
          <w:lang w:val="ru-RU"/>
        </w:rPr>
        <w:t xml:space="preserve"> на пилотной основе в городах </w:t>
      </w:r>
      <w:r w:rsidR="00863F90">
        <w:rPr>
          <w:rFonts w:ascii="Arial" w:hAnsi="Arial" w:cs="Arial"/>
          <w:sz w:val="24"/>
          <w:szCs w:val="24"/>
          <w:lang w:val="ru-RU"/>
        </w:rPr>
        <w:t>Павлодар, Усть-Каменогорск, Алматы</w:t>
      </w:r>
      <w:r w:rsidR="00C35C84">
        <w:rPr>
          <w:rFonts w:ascii="Arial" w:hAnsi="Arial" w:cs="Arial"/>
          <w:sz w:val="24"/>
          <w:szCs w:val="24"/>
          <w:lang w:val="ru-RU"/>
        </w:rPr>
        <w:t xml:space="preserve"> по </w:t>
      </w:r>
      <w:r w:rsidR="00E05CB8" w:rsidRPr="009677DE">
        <w:rPr>
          <w:rFonts w:ascii="Arial" w:hAnsi="Arial" w:cs="Arial"/>
          <w:sz w:val="24"/>
          <w:szCs w:val="24"/>
          <w:lang w:val="ru-RU"/>
        </w:rPr>
        <w:t>увеличение охвата тестированием ключевых групп населения, путем привлечения их в профилактические программы «Снижения вреда» и увеличение доступности тестирования для ключевых групп населения</w:t>
      </w:r>
      <w:r w:rsidR="00863F90">
        <w:rPr>
          <w:rFonts w:ascii="Arial" w:hAnsi="Arial" w:cs="Arial"/>
          <w:sz w:val="24"/>
          <w:szCs w:val="24"/>
          <w:lang w:val="ru-RU"/>
        </w:rPr>
        <w:t xml:space="preserve"> на базе</w:t>
      </w:r>
      <w:r w:rsidR="00E05CB8" w:rsidRPr="009677DE">
        <w:rPr>
          <w:rFonts w:ascii="Arial" w:hAnsi="Arial" w:cs="Arial"/>
          <w:sz w:val="24"/>
          <w:szCs w:val="24"/>
          <w:lang w:val="ru-RU"/>
        </w:rPr>
        <w:t xml:space="preserve"> НПО </w:t>
      </w:r>
      <w:r w:rsidR="006640CB">
        <w:rPr>
          <w:rFonts w:ascii="Arial" w:hAnsi="Arial" w:cs="Arial"/>
          <w:sz w:val="24"/>
          <w:szCs w:val="24"/>
          <w:lang w:val="ru-RU"/>
        </w:rPr>
        <w:t xml:space="preserve">или во время проведения аутрич работы </w:t>
      </w:r>
      <w:r w:rsidR="00E05CB8" w:rsidRPr="009677DE">
        <w:rPr>
          <w:rFonts w:ascii="Arial" w:hAnsi="Arial" w:cs="Arial"/>
          <w:sz w:val="24"/>
          <w:szCs w:val="24"/>
          <w:lang w:val="ru-RU"/>
        </w:rPr>
        <w:t>методом экспресс-диагностики ВИЧ-инфекции</w:t>
      </w:r>
      <w:r w:rsidR="006640CB">
        <w:rPr>
          <w:rFonts w:ascii="Arial" w:hAnsi="Arial" w:cs="Arial"/>
          <w:sz w:val="24"/>
          <w:szCs w:val="24"/>
          <w:lang w:val="ru-RU"/>
        </w:rPr>
        <w:t>.</w:t>
      </w:r>
      <w:r w:rsidR="003D394B">
        <w:rPr>
          <w:rFonts w:ascii="Arial" w:hAnsi="Arial" w:cs="Arial"/>
          <w:sz w:val="24"/>
          <w:szCs w:val="24"/>
          <w:lang w:val="ru-RU"/>
        </w:rPr>
        <w:t xml:space="preserve"> </w:t>
      </w:r>
    </w:p>
    <w:p w:rsidR="003D394B" w:rsidRDefault="00DC22E4" w:rsidP="003D394B">
      <w:pPr>
        <w:pStyle w:val="a5"/>
        <w:ind w:firstLine="720"/>
        <w:jc w:val="both"/>
        <w:rPr>
          <w:rFonts w:ascii="Arial" w:hAnsi="Arial" w:cs="Arial"/>
          <w:sz w:val="24"/>
          <w:szCs w:val="24"/>
          <w:shd w:val="clear" w:color="auto" w:fill="FFFFFF"/>
          <w:lang w:val="ru-RU"/>
        </w:rPr>
      </w:pPr>
      <w:r w:rsidRPr="00B07A17">
        <w:rPr>
          <w:rFonts w:ascii="Arial" w:hAnsi="Arial" w:cs="Arial"/>
          <w:sz w:val="24"/>
          <w:szCs w:val="24"/>
          <w:lang w:val="ru-RU"/>
        </w:rPr>
        <w:t xml:space="preserve">В </w:t>
      </w:r>
      <w:r w:rsidR="00DD7492">
        <w:rPr>
          <w:rFonts w:ascii="Arial" w:hAnsi="Arial" w:cs="Arial"/>
          <w:sz w:val="24"/>
          <w:szCs w:val="24"/>
          <w:lang w:val="ru-RU"/>
        </w:rPr>
        <w:t xml:space="preserve">2018 году </w:t>
      </w:r>
      <w:r w:rsidR="0043091E">
        <w:rPr>
          <w:rFonts w:ascii="Arial" w:hAnsi="Arial" w:cs="Arial"/>
          <w:sz w:val="24"/>
          <w:szCs w:val="24"/>
          <w:lang w:val="ru-RU"/>
        </w:rPr>
        <w:t>Казахстан</w:t>
      </w:r>
      <w:r w:rsidR="00DD7492">
        <w:rPr>
          <w:rFonts w:ascii="Arial" w:hAnsi="Arial" w:cs="Arial"/>
          <w:sz w:val="24"/>
          <w:szCs w:val="24"/>
          <w:lang w:val="ru-RU"/>
        </w:rPr>
        <w:t xml:space="preserve"> </w:t>
      </w:r>
      <w:r w:rsidR="0043091E">
        <w:rPr>
          <w:rFonts w:ascii="Arial" w:hAnsi="Arial" w:cs="Arial"/>
          <w:sz w:val="24"/>
          <w:szCs w:val="24"/>
          <w:lang w:val="ru-RU"/>
        </w:rPr>
        <w:t>присоединился</w:t>
      </w:r>
      <w:r w:rsidR="00DD7492">
        <w:rPr>
          <w:rFonts w:ascii="Arial" w:hAnsi="Arial" w:cs="Arial"/>
          <w:sz w:val="24"/>
          <w:szCs w:val="24"/>
          <w:lang w:val="ru-RU"/>
        </w:rPr>
        <w:t xml:space="preserve"> к </w:t>
      </w:r>
      <w:r w:rsidR="005620D1">
        <w:rPr>
          <w:rFonts w:ascii="Arial" w:hAnsi="Arial" w:cs="Arial"/>
          <w:sz w:val="24"/>
          <w:szCs w:val="24"/>
          <w:lang w:val="ru-RU"/>
        </w:rPr>
        <w:t>В</w:t>
      </w:r>
      <w:r w:rsidR="00DD7492">
        <w:rPr>
          <w:rFonts w:ascii="Arial" w:hAnsi="Arial" w:cs="Arial"/>
          <w:sz w:val="24"/>
          <w:szCs w:val="24"/>
          <w:lang w:val="ru-RU"/>
        </w:rPr>
        <w:t>семирной кампании по профилактике и тестированию на ВИЧ «Узнай свой Статус»</w:t>
      </w:r>
      <w:r w:rsidR="00186C98">
        <w:rPr>
          <w:rFonts w:ascii="Arial" w:hAnsi="Arial" w:cs="Arial"/>
          <w:sz w:val="24"/>
          <w:szCs w:val="24"/>
          <w:lang w:val="ru-RU"/>
        </w:rPr>
        <w:t>, кампания длилась 30 дней</w:t>
      </w:r>
      <w:r w:rsidRPr="00B07A17">
        <w:rPr>
          <w:rFonts w:ascii="Arial" w:hAnsi="Arial" w:cs="Arial"/>
          <w:sz w:val="24"/>
          <w:szCs w:val="24"/>
          <w:lang w:val="ru-RU"/>
        </w:rPr>
        <w:t xml:space="preserve"> (ноябрь-</w:t>
      </w:r>
      <w:r w:rsidR="00C439F9" w:rsidRPr="00B07A17">
        <w:rPr>
          <w:rFonts w:ascii="Arial" w:hAnsi="Arial" w:cs="Arial"/>
          <w:sz w:val="24"/>
          <w:szCs w:val="24"/>
          <w:lang w:val="ru-RU"/>
        </w:rPr>
        <w:t>д</w:t>
      </w:r>
      <w:r w:rsidRPr="00B07A17">
        <w:rPr>
          <w:rFonts w:ascii="Arial" w:hAnsi="Arial" w:cs="Arial"/>
          <w:sz w:val="24"/>
          <w:szCs w:val="24"/>
          <w:lang w:val="ru-RU"/>
        </w:rPr>
        <w:t>екабрь 2018 года)</w:t>
      </w:r>
      <w:r w:rsidR="00C439F9" w:rsidRPr="00B07A17">
        <w:rPr>
          <w:rFonts w:ascii="Arial" w:hAnsi="Arial" w:cs="Arial"/>
          <w:sz w:val="24"/>
          <w:szCs w:val="24"/>
          <w:lang w:val="ru-RU"/>
        </w:rPr>
        <w:t xml:space="preserve"> </w:t>
      </w:r>
      <w:r w:rsidR="00186C98">
        <w:rPr>
          <w:rFonts w:ascii="Arial" w:hAnsi="Arial" w:cs="Arial"/>
          <w:sz w:val="24"/>
          <w:szCs w:val="24"/>
          <w:lang w:val="ru-RU"/>
        </w:rPr>
        <w:t xml:space="preserve">и проводилась </w:t>
      </w:r>
      <w:r w:rsidR="00C439F9" w:rsidRPr="00B07A17">
        <w:rPr>
          <w:rFonts w:ascii="Arial" w:hAnsi="Arial" w:cs="Arial"/>
          <w:sz w:val="24"/>
          <w:szCs w:val="24"/>
          <w:lang w:val="ru-RU"/>
        </w:rPr>
        <w:t xml:space="preserve">в </w:t>
      </w:r>
      <w:r w:rsidR="005620D1">
        <w:rPr>
          <w:rFonts w:ascii="Arial" w:hAnsi="Arial" w:cs="Arial"/>
          <w:sz w:val="24"/>
          <w:szCs w:val="24"/>
          <w:lang w:val="ru-RU"/>
        </w:rPr>
        <w:t>рамках</w:t>
      </w:r>
      <w:r w:rsidR="00C439F9" w:rsidRPr="00B07A17">
        <w:rPr>
          <w:rFonts w:ascii="Arial" w:hAnsi="Arial" w:cs="Arial"/>
          <w:sz w:val="24"/>
          <w:szCs w:val="24"/>
          <w:lang w:val="ru-RU"/>
        </w:rPr>
        <w:t xml:space="preserve"> Всемирного Дня борьбы со СПИДом</w:t>
      </w:r>
      <w:r w:rsidR="005F53C1">
        <w:rPr>
          <w:rFonts w:ascii="Arial" w:hAnsi="Arial" w:cs="Arial"/>
          <w:sz w:val="24"/>
          <w:szCs w:val="24"/>
          <w:lang w:val="ru-RU"/>
        </w:rPr>
        <w:t>.</w:t>
      </w:r>
      <w:r w:rsidR="00084A84" w:rsidRPr="00B07A17">
        <w:rPr>
          <w:rFonts w:ascii="Arial" w:hAnsi="Arial" w:cs="Arial"/>
          <w:sz w:val="24"/>
          <w:szCs w:val="24"/>
          <w:lang w:val="ru-RU"/>
        </w:rPr>
        <w:t xml:space="preserve"> </w:t>
      </w:r>
      <w:r w:rsidRPr="00B07A17">
        <w:rPr>
          <w:rFonts w:ascii="Arial" w:hAnsi="Arial" w:cs="Arial"/>
          <w:sz w:val="24"/>
          <w:szCs w:val="24"/>
          <w:lang w:val="ru-RU"/>
        </w:rPr>
        <w:t xml:space="preserve"> </w:t>
      </w:r>
      <w:r w:rsidR="005F53C1">
        <w:rPr>
          <w:rFonts w:ascii="Arial" w:hAnsi="Arial" w:cs="Arial"/>
          <w:sz w:val="24"/>
          <w:szCs w:val="24"/>
          <w:lang w:val="ru-RU"/>
        </w:rPr>
        <w:t>В стране</w:t>
      </w:r>
      <w:r w:rsidR="003A723C" w:rsidRPr="00B07A17">
        <w:rPr>
          <w:rFonts w:ascii="Arial" w:hAnsi="Arial" w:cs="Arial"/>
          <w:sz w:val="24"/>
          <w:szCs w:val="24"/>
          <w:lang w:val="ru-RU"/>
        </w:rPr>
        <w:t xml:space="preserve"> </w:t>
      </w:r>
      <w:r w:rsidR="003D394B" w:rsidRPr="00B07A17">
        <w:rPr>
          <w:rFonts w:ascii="Arial" w:hAnsi="Arial" w:cs="Arial"/>
          <w:sz w:val="24"/>
          <w:szCs w:val="24"/>
          <w:lang w:val="ru-RU"/>
        </w:rPr>
        <w:t xml:space="preserve">повышение информированности населения </w:t>
      </w:r>
      <w:r w:rsidR="005F53C1">
        <w:rPr>
          <w:rFonts w:ascii="Arial" w:hAnsi="Arial" w:cs="Arial"/>
          <w:sz w:val="24"/>
          <w:szCs w:val="24"/>
          <w:lang w:val="ru-RU"/>
        </w:rPr>
        <w:t xml:space="preserve">осуществлялось </w:t>
      </w:r>
      <w:r w:rsidR="000D3CEA" w:rsidRPr="00B07A17">
        <w:rPr>
          <w:rFonts w:ascii="Arial" w:hAnsi="Arial" w:cs="Arial"/>
          <w:sz w:val="24"/>
          <w:szCs w:val="24"/>
          <w:lang w:val="ru-RU"/>
        </w:rPr>
        <w:t xml:space="preserve">через </w:t>
      </w:r>
      <w:r w:rsidR="003D394B" w:rsidRPr="00B07A17">
        <w:rPr>
          <w:rFonts w:ascii="Arial" w:hAnsi="Arial" w:cs="Arial"/>
          <w:sz w:val="24"/>
          <w:szCs w:val="24"/>
          <w:lang w:val="ru-RU"/>
        </w:rPr>
        <w:t>общественные компании,</w:t>
      </w:r>
      <w:r w:rsidR="0043091E">
        <w:rPr>
          <w:rFonts w:ascii="Arial" w:hAnsi="Arial" w:cs="Arial"/>
          <w:sz w:val="24"/>
          <w:szCs w:val="24"/>
          <w:lang w:val="ru-RU"/>
        </w:rPr>
        <w:t xml:space="preserve"> организованных в различных городах, участии</w:t>
      </w:r>
      <w:r w:rsidR="003D394B" w:rsidRPr="00B07A17">
        <w:rPr>
          <w:rFonts w:ascii="Arial" w:hAnsi="Arial" w:cs="Arial"/>
          <w:sz w:val="24"/>
          <w:szCs w:val="24"/>
          <w:lang w:val="ru-RU"/>
        </w:rPr>
        <w:t xml:space="preserve"> СМИ, </w:t>
      </w:r>
      <w:r w:rsidR="0043091E">
        <w:rPr>
          <w:rFonts w:ascii="Arial" w:hAnsi="Arial" w:cs="Arial"/>
          <w:sz w:val="24"/>
          <w:szCs w:val="24"/>
          <w:lang w:val="ru-RU"/>
        </w:rPr>
        <w:t xml:space="preserve">показу </w:t>
      </w:r>
      <w:r w:rsidR="003D394B" w:rsidRPr="00B07A17">
        <w:rPr>
          <w:rFonts w:ascii="Arial" w:hAnsi="Arial" w:cs="Arial"/>
          <w:sz w:val="24"/>
          <w:szCs w:val="24"/>
          <w:lang w:val="ru-RU"/>
        </w:rPr>
        <w:t>ролик</w:t>
      </w:r>
      <w:r w:rsidR="0043091E">
        <w:rPr>
          <w:rFonts w:ascii="Arial" w:hAnsi="Arial" w:cs="Arial"/>
          <w:sz w:val="24"/>
          <w:szCs w:val="24"/>
          <w:lang w:val="ru-RU"/>
        </w:rPr>
        <w:t>ов</w:t>
      </w:r>
      <w:r w:rsidR="003D394B" w:rsidRPr="00B07A17">
        <w:rPr>
          <w:rFonts w:ascii="Arial" w:hAnsi="Arial" w:cs="Arial"/>
          <w:sz w:val="24"/>
          <w:szCs w:val="24"/>
          <w:lang w:val="ru-RU"/>
        </w:rPr>
        <w:t>,</w:t>
      </w:r>
      <w:r w:rsidR="007D0A42">
        <w:rPr>
          <w:rFonts w:ascii="Arial" w:hAnsi="Arial" w:cs="Arial"/>
          <w:sz w:val="24"/>
          <w:szCs w:val="24"/>
          <w:lang w:val="ru-RU"/>
        </w:rPr>
        <w:t xml:space="preserve"> особое значение придало кампании</w:t>
      </w:r>
      <w:r w:rsidR="003D394B" w:rsidRPr="00B07A17">
        <w:rPr>
          <w:rFonts w:ascii="Arial" w:hAnsi="Arial" w:cs="Arial"/>
          <w:sz w:val="24"/>
          <w:szCs w:val="24"/>
          <w:lang w:val="ru-RU"/>
        </w:rPr>
        <w:t xml:space="preserve"> </w:t>
      </w:r>
      <w:r w:rsidR="003C2BAB" w:rsidRPr="00B07A17">
        <w:rPr>
          <w:rFonts w:ascii="Arial" w:hAnsi="Arial" w:cs="Arial"/>
          <w:sz w:val="24"/>
          <w:szCs w:val="24"/>
          <w:lang w:val="ru-RU"/>
        </w:rPr>
        <w:t>участие</w:t>
      </w:r>
      <w:r w:rsidR="002B627F" w:rsidRPr="00B07A17">
        <w:rPr>
          <w:rFonts w:ascii="Arial" w:hAnsi="Arial" w:cs="Arial"/>
          <w:sz w:val="24"/>
          <w:szCs w:val="24"/>
          <w:lang w:val="ru-RU"/>
        </w:rPr>
        <w:t xml:space="preserve"> популярного исполнителя - Али </w:t>
      </w:r>
      <w:proofErr w:type="spellStart"/>
      <w:r w:rsidR="002B627F" w:rsidRPr="00B07A17">
        <w:rPr>
          <w:rFonts w:ascii="Arial" w:hAnsi="Arial" w:cs="Arial"/>
          <w:sz w:val="24"/>
          <w:szCs w:val="24"/>
          <w:lang w:val="ru-RU"/>
        </w:rPr>
        <w:t>Акапова</w:t>
      </w:r>
      <w:proofErr w:type="spellEnd"/>
      <w:r w:rsidR="002B627F" w:rsidRPr="00B07A17">
        <w:rPr>
          <w:rFonts w:ascii="Arial" w:hAnsi="Arial" w:cs="Arial"/>
          <w:sz w:val="24"/>
          <w:szCs w:val="24"/>
          <w:lang w:val="ru-RU"/>
        </w:rPr>
        <w:t xml:space="preserve"> и олимпийского чемпиона по боксу, с</w:t>
      </w:r>
      <w:r w:rsidR="002B627F" w:rsidRPr="00B07A17">
        <w:rPr>
          <w:rFonts w:ascii="Arial" w:hAnsi="Arial" w:cs="Arial"/>
          <w:sz w:val="24"/>
          <w:szCs w:val="24"/>
          <w:shd w:val="clear" w:color="auto" w:fill="FFFFFF"/>
          <w:lang w:val="ru-RU"/>
        </w:rPr>
        <w:t>пециального посланника</w:t>
      </w:r>
      <w:r w:rsidR="002B627F" w:rsidRPr="00B07A17">
        <w:rPr>
          <w:rFonts w:ascii="Arial" w:hAnsi="Arial" w:cs="Arial"/>
          <w:sz w:val="24"/>
          <w:szCs w:val="24"/>
          <w:shd w:val="clear" w:color="auto" w:fill="FFFFFF"/>
        </w:rPr>
        <w:t> </w:t>
      </w:r>
      <w:r w:rsidR="002B627F" w:rsidRPr="00B07A17">
        <w:rPr>
          <w:rStyle w:val="af4"/>
          <w:rFonts w:ascii="Arial" w:hAnsi="Arial" w:cs="Arial"/>
          <w:bCs/>
          <w:i w:val="0"/>
          <w:iCs w:val="0"/>
          <w:sz w:val="24"/>
          <w:szCs w:val="24"/>
          <w:shd w:val="clear" w:color="auto" w:fill="FFFFFF"/>
          <w:lang w:val="ru-RU"/>
        </w:rPr>
        <w:t>ЮНЕЙДС</w:t>
      </w:r>
      <w:r w:rsidR="002B627F" w:rsidRPr="00B07A17">
        <w:rPr>
          <w:rFonts w:ascii="Arial" w:hAnsi="Arial" w:cs="Arial"/>
          <w:sz w:val="24"/>
          <w:szCs w:val="24"/>
          <w:shd w:val="clear" w:color="auto" w:fill="FFFFFF"/>
        </w:rPr>
        <w:t> </w:t>
      </w:r>
      <w:r w:rsidR="002B627F" w:rsidRPr="00B07A17">
        <w:rPr>
          <w:rFonts w:ascii="Arial" w:hAnsi="Arial" w:cs="Arial"/>
          <w:sz w:val="24"/>
          <w:szCs w:val="24"/>
          <w:shd w:val="clear" w:color="auto" w:fill="FFFFFF"/>
          <w:lang w:val="ru-RU"/>
        </w:rPr>
        <w:t xml:space="preserve">в Казахстане "Спорт против СПИДа", </w:t>
      </w:r>
      <w:proofErr w:type="spellStart"/>
      <w:r w:rsidR="002B627F" w:rsidRPr="00B07A17">
        <w:rPr>
          <w:rFonts w:ascii="Arial" w:hAnsi="Arial" w:cs="Arial"/>
          <w:sz w:val="24"/>
          <w:szCs w:val="24"/>
          <w:shd w:val="clear" w:color="auto" w:fill="FFFFFF"/>
          <w:lang w:val="ru-RU"/>
        </w:rPr>
        <w:t>Бахтияра</w:t>
      </w:r>
      <w:proofErr w:type="spellEnd"/>
      <w:r w:rsidR="002B627F" w:rsidRPr="00B07A17">
        <w:rPr>
          <w:rFonts w:ascii="Arial" w:hAnsi="Arial" w:cs="Arial"/>
          <w:sz w:val="24"/>
          <w:szCs w:val="24"/>
          <w:shd w:val="clear" w:color="auto" w:fill="FFFFFF"/>
          <w:lang w:val="ru-RU"/>
        </w:rPr>
        <w:t xml:space="preserve"> </w:t>
      </w:r>
      <w:proofErr w:type="spellStart"/>
      <w:r w:rsidR="002B627F" w:rsidRPr="00B07A17">
        <w:rPr>
          <w:rFonts w:ascii="Arial" w:hAnsi="Arial" w:cs="Arial"/>
          <w:sz w:val="24"/>
          <w:szCs w:val="24"/>
          <w:shd w:val="clear" w:color="auto" w:fill="FFFFFF"/>
          <w:lang w:val="ru-RU"/>
        </w:rPr>
        <w:t>Артаева</w:t>
      </w:r>
      <w:proofErr w:type="spellEnd"/>
      <w:r w:rsidR="003C2BAB" w:rsidRPr="00B07A17">
        <w:rPr>
          <w:rFonts w:ascii="Arial" w:hAnsi="Arial" w:cs="Arial"/>
          <w:sz w:val="24"/>
          <w:szCs w:val="24"/>
          <w:shd w:val="clear" w:color="auto" w:fill="FFFFFF"/>
          <w:lang w:val="ru-RU"/>
        </w:rPr>
        <w:t xml:space="preserve">, </w:t>
      </w:r>
      <w:r w:rsidR="00CB5B97">
        <w:rPr>
          <w:rFonts w:ascii="Arial" w:hAnsi="Arial" w:cs="Arial"/>
          <w:sz w:val="24"/>
          <w:szCs w:val="24"/>
          <w:shd w:val="clear" w:color="auto" w:fill="FFFFFF"/>
          <w:lang w:val="ru-RU"/>
        </w:rPr>
        <w:t xml:space="preserve">был применен </w:t>
      </w:r>
      <w:r w:rsidR="003C2BAB" w:rsidRPr="00B07A17">
        <w:rPr>
          <w:rFonts w:ascii="Arial" w:hAnsi="Arial" w:cs="Arial"/>
          <w:sz w:val="24"/>
          <w:szCs w:val="24"/>
          <w:shd w:val="clear" w:color="auto" w:fill="FFFFFF"/>
          <w:lang w:val="ru-RU"/>
        </w:rPr>
        <w:t xml:space="preserve">инновационный подход </w:t>
      </w:r>
      <w:r w:rsidR="004F6DE8" w:rsidRPr="00B07A17">
        <w:rPr>
          <w:rFonts w:ascii="Arial" w:hAnsi="Arial" w:cs="Arial"/>
          <w:sz w:val="24"/>
          <w:szCs w:val="24"/>
          <w:shd w:val="clear" w:color="auto" w:fill="FFFFFF"/>
          <w:lang w:val="ru-RU"/>
        </w:rPr>
        <w:t xml:space="preserve">с приглашением </w:t>
      </w:r>
      <w:proofErr w:type="spellStart"/>
      <w:r w:rsidR="004F6DE8" w:rsidRPr="00B07A17">
        <w:rPr>
          <w:rFonts w:ascii="Arial" w:hAnsi="Arial" w:cs="Arial"/>
          <w:sz w:val="24"/>
          <w:szCs w:val="24"/>
          <w:shd w:val="clear" w:color="auto" w:fill="FFFFFF"/>
          <w:lang w:val="ru-RU"/>
        </w:rPr>
        <w:t>вайнеров</w:t>
      </w:r>
      <w:proofErr w:type="spellEnd"/>
      <w:r w:rsidR="004F6DE8" w:rsidRPr="00B07A17">
        <w:rPr>
          <w:rFonts w:ascii="Arial" w:hAnsi="Arial" w:cs="Arial"/>
          <w:sz w:val="24"/>
          <w:szCs w:val="24"/>
          <w:shd w:val="clear" w:color="auto" w:fill="FFFFFF"/>
          <w:lang w:val="ru-RU"/>
        </w:rPr>
        <w:t>/</w:t>
      </w:r>
      <w:proofErr w:type="spellStart"/>
      <w:r w:rsidR="004F6DE8" w:rsidRPr="00B07A17">
        <w:rPr>
          <w:rFonts w:ascii="Arial" w:hAnsi="Arial" w:cs="Arial"/>
          <w:sz w:val="24"/>
          <w:szCs w:val="24"/>
          <w:shd w:val="clear" w:color="auto" w:fill="FFFFFF"/>
          <w:lang w:val="ru-RU"/>
        </w:rPr>
        <w:t>блогеров</w:t>
      </w:r>
      <w:proofErr w:type="spellEnd"/>
      <w:r w:rsidR="004F6DE8" w:rsidRPr="00B07A17">
        <w:rPr>
          <w:rFonts w:ascii="Arial" w:hAnsi="Arial" w:cs="Arial"/>
          <w:sz w:val="24"/>
          <w:szCs w:val="24"/>
          <w:shd w:val="clear" w:color="auto" w:fill="FFFFFF"/>
          <w:lang w:val="ru-RU"/>
        </w:rPr>
        <w:t xml:space="preserve"> и </w:t>
      </w:r>
      <w:r w:rsidR="000D3CEA" w:rsidRPr="00B07A17">
        <w:rPr>
          <w:rFonts w:ascii="Arial" w:hAnsi="Arial" w:cs="Arial"/>
          <w:sz w:val="24"/>
          <w:szCs w:val="24"/>
          <w:lang w:val="ru-RU"/>
        </w:rPr>
        <w:t>активно</w:t>
      </w:r>
      <w:r w:rsidR="004F6DE8" w:rsidRPr="00B07A17">
        <w:rPr>
          <w:rFonts w:ascii="Arial" w:hAnsi="Arial" w:cs="Arial"/>
          <w:sz w:val="24"/>
          <w:szCs w:val="24"/>
          <w:lang w:val="ru-RU"/>
        </w:rPr>
        <w:t>е</w:t>
      </w:r>
      <w:r w:rsidR="000D3CEA" w:rsidRPr="00B07A17">
        <w:rPr>
          <w:rFonts w:ascii="Arial" w:hAnsi="Arial" w:cs="Arial"/>
          <w:sz w:val="24"/>
          <w:szCs w:val="24"/>
          <w:lang w:val="ru-RU"/>
        </w:rPr>
        <w:t xml:space="preserve"> </w:t>
      </w:r>
      <w:r w:rsidR="002071CB" w:rsidRPr="00B07A17">
        <w:rPr>
          <w:rFonts w:ascii="Arial" w:hAnsi="Arial" w:cs="Arial"/>
          <w:sz w:val="24"/>
          <w:szCs w:val="24"/>
          <w:lang w:val="ru-RU"/>
        </w:rPr>
        <w:t>использова</w:t>
      </w:r>
      <w:r w:rsidR="000D3CEA" w:rsidRPr="00B07A17">
        <w:rPr>
          <w:rFonts w:ascii="Arial" w:hAnsi="Arial" w:cs="Arial"/>
          <w:sz w:val="24"/>
          <w:szCs w:val="24"/>
          <w:lang w:val="ru-RU"/>
        </w:rPr>
        <w:t>лись</w:t>
      </w:r>
      <w:r w:rsidR="002071CB" w:rsidRPr="00B07A17">
        <w:rPr>
          <w:rFonts w:ascii="Arial" w:hAnsi="Arial" w:cs="Arial"/>
          <w:sz w:val="24"/>
          <w:szCs w:val="24"/>
          <w:lang w:val="ru-RU"/>
        </w:rPr>
        <w:t xml:space="preserve"> </w:t>
      </w:r>
      <w:r w:rsidR="003D394B" w:rsidRPr="00B07A17">
        <w:rPr>
          <w:rFonts w:ascii="Arial" w:hAnsi="Arial" w:cs="Arial"/>
          <w:sz w:val="24"/>
          <w:szCs w:val="24"/>
          <w:lang w:val="ru-RU"/>
        </w:rPr>
        <w:t>социальны</w:t>
      </w:r>
      <w:r w:rsidR="00CB5B97">
        <w:rPr>
          <w:rFonts w:ascii="Arial" w:hAnsi="Arial" w:cs="Arial"/>
          <w:sz w:val="24"/>
          <w:szCs w:val="24"/>
          <w:lang w:val="ru-RU"/>
        </w:rPr>
        <w:t>х</w:t>
      </w:r>
      <w:r w:rsidR="003D394B" w:rsidRPr="00B07A17">
        <w:rPr>
          <w:rFonts w:ascii="Arial" w:hAnsi="Arial" w:cs="Arial"/>
          <w:sz w:val="24"/>
          <w:szCs w:val="24"/>
          <w:lang w:val="ru-RU"/>
        </w:rPr>
        <w:t xml:space="preserve"> сет</w:t>
      </w:r>
      <w:r w:rsidR="00CB5B97">
        <w:rPr>
          <w:rFonts w:ascii="Arial" w:hAnsi="Arial" w:cs="Arial"/>
          <w:sz w:val="24"/>
          <w:szCs w:val="24"/>
          <w:lang w:val="ru-RU"/>
        </w:rPr>
        <w:t>ей</w:t>
      </w:r>
      <w:r w:rsidR="002B627F" w:rsidRPr="00B07A17">
        <w:rPr>
          <w:rFonts w:ascii="Arial" w:hAnsi="Arial" w:cs="Arial"/>
          <w:sz w:val="24"/>
          <w:szCs w:val="24"/>
          <w:lang w:val="ru-RU"/>
        </w:rPr>
        <w:t xml:space="preserve"> (</w:t>
      </w:r>
      <w:proofErr w:type="spellStart"/>
      <w:r w:rsidR="002B627F" w:rsidRPr="00B07A17">
        <w:rPr>
          <w:rFonts w:ascii="Arial" w:hAnsi="Arial" w:cs="Arial"/>
          <w:sz w:val="24"/>
          <w:szCs w:val="24"/>
          <w:lang w:val="ru-RU"/>
        </w:rPr>
        <w:t>Фейсбук</w:t>
      </w:r>
      <w:proofErr w:type="spellEnd"/>
      <w:r w:rsidR="002B627F" w:rsidRPr="00B07A17">
        <w:rPr>
          <w:rFonts w:ascii="Arial" w:hAnsi="Arial" w:cs="Arial"/>
          <w:sz w:val="24"/>
          <w:szCs w:val="24"/>
          <w:lang w:val="ru-RU"/>
        </w:rPr>
        <w:t xml:space="preserve">, </w:t>
      </w:r>
      <w:proofErr w:type="spellStart"/>
      <w:r w:rsidR="002B627F" w:rsidRPr="00B07A17">
        <w:rPr>
          <w:rFonts w:ascii="Arial" w:hAnsi="Arial" w:cs="Arial"/>
          <w:sz w:val="24"/>
          <w:szCs w:val="24"/>
          <w:lang w:val="ru-RU"/>
        </w:rPr>
        <w:t>Инстаграм</w:t>
      </w:r>
      <w:proofErr w:type="spellEnd"/>
      <w:r w:rsidR="002B627F" w:rsidRPr="00B07A17">
        <w:rPr>
          <w:rFonts w:ascii="Arial" w:hAnsi="Arial" w:cs="Arial"/>
          <w:sz w:val="24"/>
          <w:szCs w:val="24"/>
          <w:lang w:val="ru-RU"/>
        </w:rPr>
        <w:t>,</w:t>
      </w:r>
      <w:r w:rsidR="004F6DE8" w:rsidRPr="00B07A17">
        <w:rPr>
          <w:rFonts w:ascii="Arial" w:hAnsi="Arial" w:cs="Arial"/>
          <w:sz w:val="24"/>
          <w:szCs w:val="24"/>
          <w:lang w:val="ru-RU"/>
        </w:rPr>
        <w:t xml:space="preserve"> </w:t>
      </w:r>
      <w:proofErr w:type="spellStart"/>
      <w:r w:rsidR="004F6DE8" w:rsidRPr="00B07A17">
        <w:rPr>
          <w:rFonts w:ascii="Arial" w:hAnsi="Arial" w:cs="Arial"/>
          <w:sz w:val="24"/>
          <w:szCs w:val="24"/>
          <w:lang w:val="ru-RU"/>
        </w:rPr>
        <w:t>Ютубе</w:t>
      </w:r>
      <w:proofErr w:type="spellEnd"/>
      <w:r w:rsidR="004F6DE8" w:rsidRPr="00B07A17">
        <w:rPr>
          <w:rFonts w:ascii="Arial" w:hAnsi="Arial" w:cs="Arial"/>
          <w:sz w:val="24"/>
          <w:szCs w:val="24"/>
          <w:lang w:val="ru-RU"/>
        </w:rPr>
        <w:t>,</w:t>
      </w:r>
      <w:r w:rsidR="002B627F" w:rsidRPr="00B07A17">
        <w:rPr>
          <w:rFonts w:ascii="Arial" w:hAnsi="Arial" w:cs="Arial"/>
          <w:sz w:val="24"/>
          <w:szCs w:val="24"/>
          <w:lang w:val="ru-RU"/>
        </w:rPr>
        <w:t xml:space="preserve"> </w:t>
      </w:r>
      <w:proofErr w:type="spellStart"/>
      <w:r w:rsidR="002B627F" w:rsidRPr="00B07A17">
        <w:rPr>
          <w:rFonts w:ascii="Arial" w:hAnsi="Arial" w:cs="Arial"/>
          <w:sz w:val="24"/>
          <w:szCs w:val="24"/>
          <w:lang w:val="ru-RU"/>
        </w:rPr>
        <w:t>Твитер</w:t>
      </w:r>
      <w:proofErr w:type="spellEnd"/>
      <w:r w:rsidR="002B627F" w:rsidRPr="00B07A17">
        <w:rPr>
          <w:rFonts w:ascii="Arial" w:hAnsi="Arial" w:cs="Arial"/>
          <w:sz w:val="24"/>
          <w:szCs w:val="24"/>
          <w:lang w:val="ru-RU"/>
        </w:rPr>
        <w:t>)</w:t>
      </w:r>
      <w:r w:rsidR="00CB5B97">
        <w:rPr>
          <w:rFonts w:ascii="Arial" w:hAnsi="Arial" w:cs="Arial"/>
          <w:sz w:val="24"/>
          <w:szCs w:val="24"/>
          <w:lang w:val="ru-RU"/>
        </w:rPr>
        <w:t xml:space="preserve">. </w:t>
      </w:r>
      <w:r w:rsidR="00CB5B97" w:rsidRPr="00E72E26">
        <w:rPr>
          <w:rFonts w:ascii="Arial" w:hAnsi="Arial" w:cs="Arial"/>
          <w:sz w:val="24"/>
          <w:szCs w:val="24"/>
          <w:lang w:val="ru-RU"/>
        </w:rPr>
        <w:t>Было подсчитан</w:t>
      </w:r>
      <w:r w:rsidR="005A4AAC">
        <w:rPr>
          <w:rFonts w:ascii="Arial" w:hAnsi="Arial" w:cs="Arial"/>
          <w:sz w:val="24"/>
          <w:szCs w:val="24"/>
          <w:lang w:val="ru-RU"/>
        </w:rPr>
        <w:t>о</w:t>
      </w:r>
      <w:r w:rsidR="00CB5B97" w:rsidRPr="00E72E26">
        <w:rPr>
          <w:rFonts w:ascii="Arial" w:hAnsi="Arial" w:cs="Arial"/>
          <w:sz w:val="24"/>
          <w:szCs w:val="24"/>
          <w:lang w:val="ru-RU"/>
        </w:rPr>
        <w:t xml:space="preserve">, </w:t>
      </w:r>
      <w:r w:rsidR="00E72E26" w:rsidRPr="00E72E26">
        <w:rPr>
          <w:rFonts w:ascii="Arial" w:hAnsi="Arial" w:cs="Arial"/>
          <w:sz w:val="24"/>
          <w:szCs w:val="24"/>
          <w:lang w:val="ru-RU"/>
        </w:rPr>
        <w:t xml:space="preserve">что </w:t>
      </w:r>
      <w:r w:rsidR="005A4AAC">
        <w:rPr>
          <w:rFonts w:ascii="Arial" w:hAnsi="Arial" w:cs="Arial"/>
          <w:sz w:val="24"/>
          <w:szCs w:val="24"/>
          <w:lang w:val="ru-RU"/>
        </w:rPr>
        <w:t>инф</w:t>
      </w:r>
      <w:r w:rsidR="00A82BA8">
        <w:rPr>
          <w:rFonts w:ascii="Arial" w:hAnsi="Arial" w:cs="Arial"/>
          <w:sz w:val="24"/>
          <w:szCs w:val="24"/>
          <w:lang w:val="ru-RU"/>
        </w:rPr>
        <w:t>о</w:t>
      </w:r>
      <w:r w:rsidR="005A4AAC">
        <w:rPr>
          <w:rFonts w:ascii="Arial" w:hAnsi="Arial" w:cs="Arial"/>
          <w:sz w:val="24"/>
          <w:szCs w:val="24"/>
          <w:lang w:val="ru-RU"/>
        </w:rPr>
        <w:t>р</w:t>
      </w:r>
      <w:r w:rsidR="00A82BA8">
        <w:rPr>
          <w:rFonts w:ascii="Arial" w:hAnsi="Arial" w:cs="Arial"/>
          <w:sz w:val="24"/>
          <w:szCs w:val="24"/>
          <w:lang w:val="ru-RU"/>
        </w:rPr>
        <w:t>мация</w:t>
      </w:r>
      <w:r w:rsidR="00EC367F" w:rsidRPr="00E72E26">
        <w:rPr>
          <w:rFonts w:ascii="Arial" w:hAnsi="Arial" w:cs="Arial"/>
          <w:sz w:val="24"/>
          <w:szCs w:val="24"/>
          <w:shd w:val="clear" w:color="auto" w:fill="FFFFFF"/>
          <w:lang w:val="ru-RU"/>
        </w:rPr>
        <w:t xml:space="preserve"> в инстаграме привлекла</w:t>
      </w:r>
      <w:r w:rsidR="00EC367F" w:rsidRPr="00E72E26">
        <w:rPr>
          <w:rFonts w:ascii="Arial" w:hAnsi="Arial" w:cs="Arial"/>
          <w:sz w:val="24"/>
          <w:szCs w:val="24"/>
          <w:shd w:val="clear" w:color="auto" w:fill="FFFFFF"/>
        </w:rPr>
        <w:t> </w:t>
      </w:r>
      <w:r w:rsidR="00EC367F" w:rsidRPr="00E72E26">
        <w:rPr>
          <w:rFonts w:ascii="Arial" w:hAnsi="Arial" w:cs="Arial"/>
          <w:sz w:val="24"/>
          <w:szCs w:val="24"/>
          <w:shd w:val="clear" w:color="auto" w:fill="FFFFFF"/>
          <w:lang w:val="ru-RU"/>
        </w:rPr>
        <w:t>117 тысяч активных участников</w:t>
      </w:r>
      <w:r w:rsidR="00E72E26" w:rsidRPr="00E72E26">
        <w:rPr>
          <w:rFonts w:ascii="Arial" w:hAnsi="Arial" w:cs="Arial"/>
          <w:sz w:val="24"/>
          <w:szCs w:val="24"/>
          <w:shd w:val="clear" w:color="auto" w:fill="FFFFFF"/>
          <w:lang w:val="ru-RU"/>
        </w:rPr>
        <w:t>, в целом с</w:t>
      </w:r>
      <w:r w:rsidR="00EC367F" w:rsidRPr="00E72E26">
        <w:rPr>
          <w:rFonts w:ascii="Arial" w:hAnsi="Arial" w:cs="Arial"/>
          <w:sz w:val="24"/>
          <w:szCs w:val="24"/>
          <w:shd w:val="clear" w:color="auto" w:fill="FFFFFF"/>
          <w:lang w:val="ru-RU"/>
        </w:rPr>
        <w:t>уммарный охват составил более 4 миллионов человек</w:t>
      </w:r>
      <w:r w:rsidR="00E72E26">
        <w:rPr>
          <w:rFonts w:ascii="Arial" w:hAnsi="Arial" w:cs="Arial"/>
          <w:sz w:val="24"/>
          <w:szCs w:val="24"/>
          <w:shd w:val="clear" w:color="auto" w:fill="FFFFFF"/>
          <w:lang w:val="ru-RU"/>
        </w:rPr>
        <w:t xml:space="preserve"> участвующих в </w:t>
      </w:r>
      <w:r w:rsidR="00A82BA8">
        <w:rPr>
          <w:rFonts w:ascii="Arial" w:hAnsi="Arial" w:cs="Arial"/>
          <w:sz w:val="24"/>
          <w:szCs w:val="24"/>
          <w:shd w:val="clear" w:color="auto" w:fill="FFFFFF"/>
          <w:lang w:val="ru-RU"/>
        </w:rPr>
        <w:t>кампании по тестированию на ВИЧ инфекцию «Узнай свой Статус»</w:t>
      </w:r>
      <w:r w:rsidR="00EC367F" w:rsidRPr="00E72E26">
        <w:rPr>
          <w:rFonts w:ascii="Arial" w:hAnsi="Arial" w:cs="Arial"/>
          <w:sz w:val="24"/>
          <w:szCs w:val="24"/>
          <w:shd w:val="clear" w:color="auto" w:fill="FFFFFF"/>
          <w:lang w:val="ru-RU"/>
        </w:rPr>
        <w:t>.</w:t>
      </w:r>
    </w:p>
    <w:p w:rsidR="00CA7B4E" w:rsidRPr="00CA7B4E" w:rsidRDefault="00CA7B4E" w:rsidP="003D394B">
      <w:pPr>
        <w:pStyle w:val="a5"/>
        <w:ind w:firstLine="720"/>
        <w:jc w:val="both"/>
        <w:rPr>
          <w:rFonts w:ascii="Arial" w:hAnsi="Arial" w:cs="Arial"/>
          <w:sz w:val="24"/>
          <w:szCs w:val="24"/>
          <w:shd w:val="clear" w:color="auto" w:fill="FFFFFF"/>
          <w:lang w:val="ru-RU"/>
        </w:rPr>
      </w:pPr>
      <w:r w:rsidRPr="00CA7B4E">
        <w:rPr>
          <w:rFonts w:ascii="Arial" w:hAnsi="Arial" w:cs="Arial"/>
          <w:sz w:val="24"/>
          <w:szCs w:val="24"/>
          <w:shd w:val="clear" w:color="auto" w:fill="FFFFFF"/>
          <w:lang w:val="ru-RU"/>
        </w:rPr>
        <w:t xml:space="preserve">По завершению кампании Республиканский Центр СПИД и Казахстанский Союз </w:t>
      </w:r>
      <w:proofErr w:type="gramStart"/>
      <w:r w:rsidRPr="00CA7B4E">
        <w:rPr>
          <w:rFonts w:ascii="Arial" w:hAnsi="Arial" w:cs="Arial"/>
          <w:sz w:val="24"/>
          <w:szCs w:val="24"/>
          <w:shd w:val="clear" w:color="auto" w:fill="FFFFFF"/>
          <w:lang w:val="ru-RU"/>
        </w:rPr>
        <w:t>людей, живущих с ВИЧ подвели</w:t>
      </w:r>
      <w:proofErr w:type="gramEnd"/>
      <w:r w:rsidRPr="00CA7B4E">
        <w:rPr>
          <w:rFonts w:ascii="Arial" w:hAnsi="Arial" w:cs="Arial"/>
          <w:sz w:val="24"/>
          <w:szCs w:val="24"/>
          <w:shd w:val="clear" w:color="auto" w:fill="FFFFFF"/>
          <w:lang w:val="ru-RU"/>
        </w:rPr>
        <w:t xml:space="preserve"> итоги и наградили самых активных участников – лидеров общественного мнения</w:t>
      </w:r>
      <w:r w:rsidR="006E427F">
        <w:rPr>
          <w:rFonts w:ascii="Arial" w:hAnsi="Arial" w:cs="Arial"/>
          <w:sz w:val="24"/>
          <w:szCs w:val="24"/>
          <w:shd w:val="clear" w:color="auto" w:fill="FFFFFF"/>
          <w:lang w:val="ru-RU"/>
        </w:rPr>
        <w:t xml:space="preserve">, </w:t>
      </w:r>
      <w:proofErr w:type="spellStart"/>
      <w:r w:rsidR="006E427F">
        <w:rPr>
          <w:rFonts w:ascii="Arial" w:hAnsi="Arial" w:cs="Arial"/>
          <w:sz w:val="24"/>
          <w:szCs w:val="24"/>
          <w:shd w:val="clear" w:color="auto" w:fill="FFFFFF"/>
          <w:lang w:val="ru-RU"/>
        </w:rPr>
        <w:t>блогеров</w:t>
      </w:r>
      <w:proofErr w:type="spellEnd"/>
      <w:r w:rsidR="006E427F">
        <w:rPr>
          <w:rFonts w:ascii="Arial" w:hAnsi="Arial" w:cs="Arial"/>
          <w:sz w:val="24"/>
          <w:szCs w:val="24"/>
          <w:shd w:val="clear" w:color="auto" w:fill="FFFFFF"/>
          <w:lang w:val="ru-RU"/>
        </w:rPr>
        <w:t xml:space="preserve"> и </w:t>
      </w:r>
      <w:proofErr w:type="spellStart"/>
      <w:r w:rsidR="006E427F">
        <w:rPr>
          <w:rFonts w:ascii="Arial" w:hAnsi="Arial" w:cs="Arial"/>
          <w:sz w:val="24"/>
          <w:szCs w:val="24"/>
          <w:shd w:val="clear" w:color="auto" w:fill="FFFFFF"/>
          <w:lang w:val="ru-RU"/>
        </w:rPr>
        <w:t>вайнеров</w:t>
      </w:r>
      <w:proofErr w:type="spellEnd"/>
      <w:r w:rsidR="006E427F">
        <w:rPr>
          <w:rFonts w:ascii="Arial" w:hAnsi="Arial" w:cs="Arial"/>
          <w:sz w:val="24"/>
          <w:szCs w:val="24"/>
          <w:shd w:val="clear" w:color="auto" w:fill="FFFFFF"/>
          <w:lang w:val="ru-RU"/>
        </w:rPr>
        <w:t xml:space="preserve"> (см. фото 1</w:t>
      </w:r>
      <w:r w:rsidRPr="00CA7B4E">
        <w:rPr>
          <w:rFonts w:ascii="Arial" w:hAnsi="Arial" w:cs="Arial"/>
          <w:sz w:val="24"/>
          <w:szCs w:val="24"/>
          <w:shd w:val="clear" w:color="auto" w:fill="FFFFFF"/>
          <w:lang w:val="ru-RU"/>
        </w:rPr>
        <w:t>.</w:t>
      </w:r>
      <w:r w:rsidR="0033114A">
        <w:rPr>
          <w:rFonts w:ascii="Arial" w:hAnsi="Arial" w:cs="Arial"/>
          <w:sz w:val="24"/>
          <w:szCs w:val="24"/>
          <w:shd w:val="clear" w:color="auto" w:fill="FFFFFF"/>
          <w:lang w:val="ru-RU"/>
        </w:rPr>
        <w:t>)</w:t>
      </w:r>
    </w:p>
    <w:p w:rsidR="0033114A" w:rsidRDefault="0033114A" w:rsidP="003D394B">
      <w:pPr>
        <w:pStyle w:val="a5"/>
        <w:ind w:firstLine="720"/>
        <w:jc w:val="both"/>
        <w:rPr>
          <w:rFonts w:ascii="Arial" w:hAnsi="Arial" w:cs="Arial"/>
          <w:sz w:val="24"/>
          <w:szCs w:val="24"/>
          <w:shd w:val="clear" w:color="auto" w:fill="FFFFFF"/>
          <w:lang w:val="ru-RU"/>
        </w:rPr>
      </w:pPr>
    </w:p>
    <w:p w:rsidR="007A48D1" w:rsidRPr="0033114A" w:rsidRDefault="00CA7B4E" w:rsidP="003D394B">
      <w:pPr>
        <w:pStyle w:val="a5"/>
        <w:ind w:firstLine="720"/>
        <w:jc w:val="both"/>
        <w:rPr>
          <w:rFonts w:ascii="Arial" w:hAnsi="Arial" w:cs="Arial"/>
          <w:b/>
          <w:shd w:val="clear" w:color="auto" w:fill="FFFFFF"/>
          <w:lang w:val="ru-RU"/>
        </w:rPr>
      </w:pPr>
      <w:r w:rsidRPr="0033114A">
        <w:rPr>
          <w:rFonts w:ascii="Arial" w:hAnsi="Arial" w:cs="Arial"/>
          <w:b/>
          <w:shd w:val="clear" w:color="auto" w:fill="FFFFFF"/>
          <w:lang w:val="ru-RU"/>
        </w:rPr>
        <w:t xml:space="preserve">Фото 1. </w:t>
      </w:r>
    </w:p>
    <w:p w:rsidR="00494469" w:rsidRDefault="00494469" w:rsidP="003D394B">
      <w:pPr>
        <w:pStyle w:val="a5"/>
        <w:ind w:firstLine="720"/>
        <w:jc w:val="both"/>
        <w:rPr>
          <w:rFonts w:ascii="Arial" w:hAnsi="Arial" w:cs="Arial"/>
          <w:sz w:val="24"/>
          <w:szCs w:val="24"/>
          <w:shd w:val="clear" w:color="auto" w:fill="FFFFFF"/>
          <w:lang w:val="ru-RU"/>
        </w:rPr>
      </w:pPr>
    </w:p>
    <w:p w:rsidR="00494469" w:rsidRDefault="00494469" w:rsidP="003D394B">
      <w:pPr>
        <w:pStyle w:val="a5"/>
        <w:ind w:firstLine="720"/>
        <w:jc w:val="both"/>
        <w:rPr>
          <w:rFonts w:ascii="Arial" w:hAnsi="Arial" w:cs="Arial"/>
          <w:sz w:val="24"/>
          <w:szCs w:val="24"/>
          <w:shd w:val="clear" w:color="auto" w:fill="FFFFFF"/>
          <w:lang w:val="ru-RU"/>
        </w:rPr>
      </w:pPr>
      <w:r>
        <w:rPr>
          <w:noProof/>
          <w:lang w:val="ru-RU" w:eastAsia="ru-RU"/>
        </w:rPr>
        <w:drawing>
          <wp:inline distT="0" distB="0" distL="0" distR="0" wp14:anchorId="540D6948" wp14:editId="1B8A6C71">
            <wp:extent cx="4382525" cy="2914650"/>
            <wp:effectExtent l="0" t="0" r="0" b="0"/>
            <wp:docPr id="6" name="Picture 6" descr="http://mv.ecuo.org/wp-content/uploads/sites/4/2018/12/DSC_08___73-1024x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v.ecuo.org/wp-content/uploads/sites/4/2018/12/DSC_08___73-1024x6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6325" cy="2923828"/>
                    </a:xfrm>
                    <a:prstGeom prst="rect">
                      <a:avLst/>
                    </a:prstGeom>
                    <a:noFill/>
                    <a:ln>
                      <a:noFill/>
                    </a:ln>
                  </pic:spPr>
                </pic:pic>
              </a:graphicData>
            </a:graphic>
          </wp:inline>
        </w:drawing>
      </w:r>
    </w:p>
    <w:p w:rsidR="007A48D1" w:rsidRDefault="007A48D1" w:rsidP="003D394B">
      <w:pPr>
        <w:pStyle w:val="a5"/>
        <w:ind w:firstLine="720"/>
        <w:jc w:val="both"/>
        <w:rPr>
          <w:rFonts w:ascii="Arial" w:hAnsi="Arial" w:cs="Arial"/>
          <w:sz w:val="24"/>
          <w:szCs w:val="24"/>
          <w:shd w:val="clear" w:color="auto" w:fill="FFFFFF"/>
          <w:lang w:val="ru-RU"/>
        </w:rPr>
      </w:pPr>
    </w:p>
    <w:p w:rsidR="00542AC6" w:rsidRDefault="004A0353" w:rsidP="00286C0A">
      <w:pPr>
        <w:pStyle w:val="a5"/>
        <w:ind w:firstLine="720"/>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Таким образом,</w:t>
      </w:r>
      <w:r w:rsidR="00F45A65">
        <w:rPr>
          <w:rFonts w:ascii="Arial" w:hAnsi="Arial" w:cs="Arial"/>
          <w:sz w:val="24"/>
          <w:szCs w:val="24"/>
          <w:shd w:val="clear" w:color="auto" w:fill="FFFFFF"/>
          <w:lang w:val="ru-RU"/>
        </w:rPr>
        <w:t xml:space="preserve"> </w:t>
      </w:r>
      <w:r w:rsidR="00542AC6">
        <w:rPr>
          <w:rFonts w:ascii="Arial" w:hAnsi="Arial" w:cs="Arial"/>
          <w:sz w:val="24"/>
          <w:szCs w:val="24"/>
          <w:shd w:val="clear" w:color="auto" w:fill="FFFFFF"/>
          <w:lang w:val="ru-RU"/>
        </w:rPr>
        <w:t>кампани</w:t>
      </w:r>
      <w:r w:rsidR="00F45A65">
        <w:rPr>
          <w:rFonts w:ascii="Arial" w:hAnsi="Arial" w:cs="Arial"/>
          <w:sz w:val="24"/>
          <w:szCs w:val="24"/>
          <w:shd w:val="clear" w:color="auto" w:fill="FFFFFF"/>
          <w:lang w:val="ru-RU"/>
        </w:rPr>
        <w:t xml:space="preserve">я «Узнай свой статус» </w:t>
      </w:r>
      <w:r w:rsidR="00542AC6">
        <w:rPr>
          <w:rFonts w:ascii="Arial" w:hAnsi="Arial" w:cs="Arial"/>
          <w:sz w:val="24"/>
          <w:szCs w:val="24"/>
          <w:shd w:val="clear" w:color="auto" w:fill="FFFFFF"/>
          <w:lang w:val="ru-RU"/>
        </w:rPr>
        <w:t xml:space="preserve"> и сотрудничество Республиканского </w:t>
      </w:r>
      <w:r w:rsidR="00502DB9">
        <w:rPr>
          <w:rFonts w:ascii="Arial" w:hAnsi="Arial" w:cs="Arial"/>
          <w:sz w:val="24"/>
          <w:szCs w:val="24"/>
          <w:shd w:val="clear" w:color="auto" w:fill="FFFFFF"/>
          <w:lang w:val="ru-RU"/>
        </w:rPr>
        <w:t>центра</w:t>
      </w:r>
      <w:r w:rsidR="00542AC6">
        <w:rPr>
          <w:rFonts w:ascii="Arial" w:hAnsi="Arial" w:cs="Arial"/>
          <w:sz w:val="24"/>
          <w:szCs w:val="24"/>
          <w:shd w:val="clear" w:color="auto" w:fill="FFFFFF"/>
          <w:lang w:val="ru-RU"/>
        </w:rPr>
        <w:t xml:space="preserve"> СПИД с</w:t>
      </w:r>
      <w:r w:rsidR="00286C0A">
        <w:rPr>
          <w:rFonts w:ascii="Arial" w:hAnsi="Arial" w:cs="Arial"/>
          <w:sz w:val="24"/>
          <w:szCs w:val="24"/>
          <w:shd w:val="clear" w:color="auto" w:fill="FFFFFF"/>
          <w:lang w:val="ru-RU"/>
        </w:rPr>
        <w:t>о СПИД сервисными</w:t>
      </w:r>
      <w:r w:rsidR="00542AC6">
        <w:rPr>
          <w:rFonts w:ascii="Arial" w:hAnsi="Arial" w:cs="Arial"/>
          <w:sz w:val="24"/>
          <w:szCs w:val="24"/>
          <w:shd w:val="clear" w:color="auto" w:fill="FFFFFF"/>
          <w:lang w:val="ru-RU"/>
        </w:rPr>
        <w:t xml:space="preserve"> </w:t>
      </w:r>
      <w:r w:rsidR="00670130">
        <w:rPr>
          <w:rFonts w:ascii="Arial" w:hAnsi="Arial" w:cs="Arial"/>
          <w:sz w:val="24"/>
          <w:szCs w:val="24"/>
          <w:shd w:val="clear" w:color="auto" w:fill="FFFFFF"/>
          <w:lang w:val="ru-RU"/>
        </w:rPr>
        <w:t>неправительственными и международными организация</w:t>
      </w:r>
      <w:r w:rsidR="004D2787">
        <w:rPr>
          <w:rFonts w:ascii="Arial" w:hAnsi="Arial" w:cs="Arial"/>
          <w:sz w:val="24"/>
          <w:szCs w:val="24"/>
          <w:shd w:val="clear" w:color="auto" w:fill="FFFFFF"/>
          <w:lang w:val="ru-RU"/>
        </w:rPr>
        <w:t>ми</w:t>
      </w:r>
      <w:r w:rsidR="00670130">
        <w:rPr>
          <w:rFonts w:ascii="Arial" w:hAnsi="Arial" w:cs="Arial"/>
          <w:sz w:val="24"/>
          <w:szCs w:val="24"/>
          <w:shd w:val="clear" w:color="auto" w:fill="FFFFFF"/>
          <w:lang w:val="ru-RU"/>
        </w:rPr>
        <w:t xml:space="preserve"> привели к увеличению числа людей, про</w:t>
      </w:r>
      <w:r w:rsidR="00B57F58">
        <w:rPr>
          <w:rFonts w:ascii="Arial" w:hAnsi="Arial" w:cs="Arial"/>
          <w:sz w:val="24"/>
          <w:szCs w:val="24"/>
          <w:shd w:val="clear" w:color="auto" w:fill="FFFFFF"/>
          <w:lang w:val="ru-RU"/>
        </w:rPr>
        <w:t xml:space="preserve">тестированных на ВИЧ и </w:t>
      </w:r>
      <w:r w:rsidR="00670130">
        <w:rPr>
          <w:rFonts w:ascii="Arial" w:hAnsi="Arial" w:cs="Arial"/>
          <w:sz w:val="24"/>
          <w:szCs w:val="24"/>
          <w:shd w:val="clear" w:color="auto" w:fill="FFFFFF"/>
          <w:lang w:val="ru-RU"/>
        </w:rPr>
        <w:t xml:space="preserve">знающих свой статус. </w:t>
      </w:r>
    </w:p>
    <w:p w:rsidR="00F139B4" w:rsidRDefault="00B57F58" w:rsidP="003D394B">
      <w:pPr>
        <w:pStyle w:val="a5"/>
        <w:ind w:firstLine="720"/>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Так, согласно д</w:t>
      </w:r>
      <w:r w:rsidR="00F139B4">
        <w:rPr>
          <w:rFonts w:ascii="Arial" w:hAnsi="Arial" w:cs="Arial"/>
          <w:sz w:val="24"/>
          <w:szCs w:val="24"/>
          <w:shd w:val="clear" w:color="auto" w:fill="FFFFFF"/>
          <w:lang w:val="ru-RU"/>
        </w:rPr>
        <w:t>оклад</w:t>
      </w:r>
      <w:r>
        <w:rPr>
          <w:rFonts w:ascii="Arial" w:hAnsi="Arial" w:cs="Arial"/>
          <w:sz w:val="24"/>
          <w:szCs w:val="24"/>
          <w:shd w:val="clear" w:color="auto" w:fill="FFFFFF"/>
          <w:lang w:val="ru-RU"/>
        </w:rPr>
        <w:t>у</w:t>
      </w:r>
      <w:r w:rsidR="00F139B4">
        <w:rPr>
          <w:rFonts w:ascii="Arial" w:hAnsi="Arial" w:cs="Arial"/>
          <w:sz w:val="24"/>
          <w:szCs w:val="24"/>
          <w:shd w:val="clear" w:color="auto" w:fill="FFFFFF"/>
          <w:lang w:val="ru-RU"/>
        </w:rPr>
        <w:t xml:space="preserve"> Европейского бюро СДС</w:t>
      </w:r>
      <w:r w:rsidR="00435FA0">
        <w:rPr>
          <w:rStyle w:val="afff1"/>
          <w:rFonts w:ascii="Arial" w:hAnsi="Arial" w:cs="Arial"/>
          <w:sz w:val="24"/>
          <w:szCs w:val="24"/>
          <w:shd w:val="clear" w:color="auto" w:fill="FFFFFF"/>
          <w:lang w:val="ru-RU"/>
        </w:rPr>
        <w:footnoteReference w:id="2"/>
      </w:r>
      <w:r w:rsidR="00F139B4">
        <w:rPr>
          <w:rFonts w:ascii="Arial" w:hAnsi="Arial" w:cs="Arial"/>
          <w:sz w:val="24"/>
          <w:szCs w:val="24"/>
          <w:shd w:val="clear" w:color="auto" w:fill="FFFFFF"/>
          <w:lang w:val="ru-RU"/>
        </w:rPr>
        <w:t xml:space="preserve"> (</w:t>
      </w:r>
      <w:r w:rsidR="00435FA0">
        <w:rPr>
          <w:rFonts w:ascii="Arial" w:hAnsi="Arial" w:cs="Arial"/>
          <w:sz w:val="24"/>
          <w:szCs w:val="24"/>
          <w:shd w:val="clear" w:color="auto" w:fill="FFFFFF"/>
          <w:lang w:val="ru-RU"/>
        </w:rPr>
        <w:t>2017</w:t>
      </w:r>
      <w:r w:rsidR="00E079CA">
        <w:rPr>
          <w:rFonts w:ascii="Arial" w:hAnsi="Arial" w:cs="Arial"/>
          <w:sz w:val="24"/>
          <w:szCs w:val="24"/>
          <w:shd w:val="clear" w:color="auto" w:fill="FFFFFF"/>
          <w:lang w:val="ru-RU"/>
        </w:rPr>
        <w:t xml:space="preserve"> г.</w:t>
      </w:r>
      <w:r w:rsidR="00435FA0">
        <w:rPr>
          <w:rFonts w:ascii="Arial" w:hAnsi="Arial" w:cs="Arial"/>
          <w:sz w:val="24"/>
          <w:szCs w:val="24"/>
          <w:shd w:val="clear" w:color="auto" w:fill="FFFFFF"/>
          <w:lang w:val="ru-RU"/>
        </w:rPr>
        <w:t xml:space="preserve">) при проведении </w:t>
      </w:r>
      <w:r w:rsidR="00D80A96">
        <w:rPr>
          <w:rFonts w:ascii="Arial" w:hAnsi="Arial" w:cs="Arial"/>
          <w:sz w:val="24"/>
          <w:szCs w:val="24"/>
          <w:shd w:val="clear" w:color="auto" w:fill="FFFFFF"/>
          <w:lang w:val="ru-RU"/>
        </w:rPr>
        <w:t xml:space="preserve">анализа по прогрессу в достижении первых 90 на примере </w:t>
      </w:r>
      <w:r w:rsidR="00C410C5">
        <w:rPr>
          <w:rFonts w:ascii="Arial" w:hAnsi="Arial" w:cs="Arial"/>
          <w:sz w:val="24"/>
          <w:szCs w:val="24"/>
          <w:shd w:val="clear" w:color="auto" w:fill="FFFFFF"/>
          <w:lang w:val="ru-RU"/>
        </w:rPr>
        <w:t xml:space="preserve">36 стран </w:t>
      </w:r>
      <w:proofErr w:type="spellStart"/>
      <w:r w:rsidR="00C410C5">
        <w:rPr>
          <w:rFonts w:ascii="Arial" w:hAnsi="Arial" w:cs="Arial"/>
          <w:sz w:val="24"/>
          <w:szCs w:val="24"/>
          <w:shd w:val="clear" w:color="auto" w:fill="FFFFFF"/>
          <w:lang w:val="ru-RU"/>
        </w:rPr>
        <w:t>ЕвроСоюза</w:t>
      </w:r>
      <w:proofErr w:type="spellEnd"/>
      <w:r w:rsidR="00C410C5">
        <w:rPr>
          <w:rFonts w:ascii="Arial" w:hAnsi="Arial" w:cs="Arial"/>
          <w:sz w:val="24"/>
          <w:szCs w:val="24"/>
          <w:shd w:val="clear" w:color="auto" w:fill="FFFFFF"/>
          <w:lang w:val="ru-RU"/>
        </w:rPr>
        <w:t xml:space="preserve"> и стран, включенных в европейское экономическое пространство показал, что </w:t>
      </w:r>
      <w:r w:rsidR="009D19FD">
        <w:rPr>
          <w:rFonts w:ascii="Arial" w:hAnsi="Arial" w:cs="Arial"/>
          <w:sz w:val="24"/>
          <w:szCs w:val="24"/>
          <w:shd w:val="clear" w:color="auto" w:fill="FFFFFF"/>
          <w:lang w:val="ru-RU"/>
        </w:rPr>
        <w:t xml:space="preserve">Казахстан (3-й голубой столбик справа на рисунке №2) опережает все страны Центральной Азии, </w:t>
      </w:r>
      <w:r w:rsidR="00D43621">
        <w:rPr>
          <w:rFonts w:ascii="Arial" w:hAnsi="Arial" w:cs="Arial"/>
          <w:sz w:val="24"/>
          <w:szCs w:val="24"/>
          <w:shd w:val="clear" w:color="auto" w:fill="FFFFFF"/>
          <w:lang w:val="ru-RU"/>
        </w:rPr>
        <w:t>и такие страны как: Израиль, Португалия</w:t>
      </w:r>
      <w:r w:rsidR="00894373">
        <w:rPr>
          <w:rFonts w:ascii="Arial" w:hAnsi="Arial" w:cs="Arial"/>
          <w:sz w:val="24"/>
          <w:szCs w:val="24"/>
          <w:shd w:val="clear" w:color="auto" w:fill="FFFFFF"/>
          <w:lang w:val="ru-RU"/>
        </w:rPr>
        <w:t>, Литва и другие в достижении цели по тестированию на ВИЧ инфекцию.</w:t>
      </w:r>
    </w:p>
    <w:p w:rsidR="00894373" w:rsidRDefault="00894373" w:rsidP="003D394B">
      <w:pPr>
        <w:pStyle w:val="a5"/>
        <w:ind w:firstLine="720"/>
        <w:jc w:val="both"/>
        <w:rPr>
          <w:rFonts w:ascii="Arial" w:hAnsi="Arial" w:cs="Arial"/>
          <w:sz w:val="24"/>
          <w:szCs w:val="24"/>
          <w:shd w:val="clear" w:color="auto" w:fill="FFFFFF"/>
          <w:lang w:val="ru-RU"/>
        </w:rPr>
      </w:pPr>
    </w:p>
    <w:p w:rsidR="00894373" w:rsidRPr="004B5C5C" w:rsidRDefault="00894373" w:rsidP="00A947D1">
      <w:pPr>
        <w:pStyle w:val="a5"/>
        <w:rPr>
          <w:rFonts w:ascii="Arial" w:hAnsi="Arial" w:cs="Arial"/>
          <w:b/>
          <w:shd w:val="clear" w:color="auto" w:fill="FFFFFF"/>
          <w:lang w:val="ru-RU"/>
        </w:rPr>
      </w:pPr>
      <w:r w:rsidRPr="00A947D1">
        <w:rPr>
          <w:rFonts w:ascii="Arial" w:hAnsi="Arial" w:cs="Arial"/>
          <w:b/>
          <w:shd w:val="clear" w:color="auto" w:fill="FFFFFF"/>
          <w:lang w:val="ru-RU"/>
        </w:rPr>
        <w:t xml:space="preserve">Рисунок №2 </w:t>
      </w:r>
      <w:r w:rsidR="004B5C5C" w:rsidRPr="004B5C5C">
        <w:rPr>
          <w:rFonts w:ascii="Arial" w:hAnsi="Arial" w:cs="Arial"/>
          <w:b/>
          <w:shd w:val="clear" w:color="auto" w:fill="FFFFFF"/>
          <w:lang w:val="ru-RU"/>
        </w:rPr>
        <w:t xml:space="preserve">Прогресс в достижении первых 90 на примере стран </w:t>
      </w:r>
      <w:proofErr w:type="spellStart"/>
      <w:r w:rsidR="004B5C5C" w:rsidRPr="004B5C5C">
        <w:rPr>
          <w:rFonts w:ascii="Arial" w:hAnsi="Arial" w:cs="Arial"/>
          <w:b/>
          <w:shd w:val="clear" w:color="auto" w:fill="FFFFFF"/>
          <w:lang w:val="ru-RU"/>
        </w:rPr>
        <w:t>ЕвроСоюза</w:t>
      </w:r>
      <w:proofErr w:type="spellEnd"/>
      <w:r w:rsidR="004B5C5C" w:rsidRPr="004B5C5C">
        <w:rPr>
          <w:rFonts w:ascii="Arial" w:hAnsi="Arial" w:cs="Arial"/>
          <w:b/>
          <w:shd w:val="clear" w:color="auto" w:fill="FFFFFF"/>
          <w:lang w:val="ru-RU"/>
        </w:rPr>
        <w:t xml:space="preserve"> и Европейского Экономического пространства (количество стран=36)</w:t>
      </w:r>
    </w:p>
    <w:p w:rsidR="00773454" w:rsidRDefault="001E40D3" w:rsidP="00C50ED5">
      <w:pPr>
        <w:pStyle w:val="a5"/>
        <w:jc w:val="both"/>
        <w:rPr>
          <w:rFonts w:ascii="Arial" w:hAnsi="Arial" w:cs="Arial"/>
          <w:sz w:val="24"/>
          <w:szCs w:val="24"/>
          <w:lang w:val="ru-RU"/>
        </w:rPr>
      </w:pPr>
      <w:r>
        <w:rPr>
          <w:noProof/>
          <w:lang w:val="ru-RU" w:eastAsia="ru-RU"/>
        </w:rPr>
        <w:drawing>
          <wp:inline distT="0" distB="0" distL="0" distR="0" wp14:anchorId="133C2BEF" wp14:editId="5BFDB42B">
            <wp:extent cx="5276215" cy="28790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6215" cy="2879090"/>
                    </a:xfrm>
                    <a:prstGeom prst="rect">
                      <a:avLst/>
                    </a:prstGeom>
                  </pic:spPr>
                </pic:pic>
              </a:graphicData>
            </a:graphic>
          </wp:inline>
        </w:drawing>
      </w:r>
    </w:p>
    <w:p w:rsidR="00773454" w:rsidRDefault="00773454" w:rsidP="009677DE">
      <w:pPr>
        <w:pStyle w:val="a5"/>
        <w:ind w:firstLine="709"/>
        <w:jc w:val="both"/>
        <w:rPr>
          <w:rFonts w:ascii="Arial" w:hAnsi="Arial" w:cs="Arial"/>
          <w:sz w:val="24"/>
          <w:szCs w:val="24"/>
          <w:lang w:val="ru-RU"/>
        </w:rPr>
      </w:pPr>
    </w:p>
    <w:p w:rsidR="00CE6A4C" w:rsidRPr="002367DE" w:rsidRDefault="002367DE" w:rsidP="00CE6A4C">
      <w:pPr>
        <w:pStyle w:val="a5"/>
        <w:ind w:firstLine="709"/>
        <w:jc w:val="both"/>
        <w:rPr>
          <w:rFonts w:ascii="Arial" w:hAnsi="Arial" w:cs="Arial"/>
          <w:sz w:val="24"/>
          <w:szCs w:val="24"/>
          <w:lang w:val="ru-RU"/>
        </w:rPr>
      </w:pPr>
      <w:r>
        <w:rPr>
          <w:rFonts w:ascii="Arial" w:hAnsi="Arial" w:cs="Arial"/>
          <w:sz w:val="24"/>
          <w:szCs w:val="24"/>
          <w:lang w:val="ru-RU"/>
        </w:rPr>
        <w:t>Положительной тенденцией за 2019 год являются следующие моменты:</w:t>
      </w:r>
    </w:p>
    <w:p w:rsidR="00CE6A4C" w:rsidRPr="00CE6A4C" w:rsidRDefault="00CE6A4C" w:rsidP="00CE6A4C">
      <w:pPr>
        <w:pStyle w:val="a5"/>
        <w:ind w:firstLine="709"/>
        <w:jc w:val="both"/>
        <w:rPr>
          <w:rFonts w:ascii="Arial" w:hAnsi="Arial" w:cs="Arial"/>
          <w:sz w:val="24"/>
          <w:szCs w:val="24"/>
          <w:lang w:val="ru-RU"/>
        </w:rPr>
      </w:pPr>
      <w:r w:rsidRPr="00CE6A4C">
        <w:rPr>
          <w:rFonts w:ascii="Arial" w:hAnsi="Arial" w:cs="Arial"/>
          <w:sz w:val="24"/>
          <w:szCs w:val="24"/>
          <w:lang w:val="ru-RU"/>
        </w:rPr>
        <w:t xml:space="preserve">1. Распространенность ВИЧ-инфекции в возрастной группе 15-49 лет </w:t>
      </w:r>
      <w:r w:rsidR="009861FC">
        <w:rPr>
          <w:rFonts w:ascii="Arial" w:hAnsi="Arial" w:cs="Arial"/>
          <w:sz w:val="24"/>
          <w:szCs w:val="24"/>
          <w:lang w:val="ru-RU"/>
        </w:rPr>
        <w:t>составляет -</w:t>
      </w:r>
      <w:r w:rsidRPr="00CE6A4C">
        <w:rPr>
          <w:rFonts w:ascii="Arial" w:hAnsi="Arial" w:cs="Arial"/>
          <w:sz w:val="24"/>
          <w:szCs w:val="24"/>
          <w:lang w:val="ru-RU"/>
        </w:rPr>
        <w:t xml:space="preserve"> 0,2%</w:t>
      </w:r>
      <w:r w:rsidR="009861FC">
        <w:rPr>
          <w:rFonts w:ascii="Arial" w:hAnsi="Arial" w:cs="Arial"/>
          <w:sz w:val="24"/>
          <w:szCs w:val="24"/>
          <w:lang w:val="ru-RU"/>
        </w:rPr>
        <w:t>, что находиться</w:t>
      </w:r>
      <w:r w:rsidRPr="00CE6A4C">
        <w:rPr>
          <w:rFonts w:ascii="Arial" w:hAnsi="Arial" w:cs="Arial"/>
          <w:sz w:val="24"/>
          <w:szCs w:val="24"/>
          <w:lang w:val="ru-RU"/>
        </w:rPr>
        <w:t xml:space="preserve"> в пределах параметров, </w:t>
      </w:r>
      <w:r w:rsidR="009861FC" w:rsidRPr="00CE6A4C">
        <w:rPr>
          <w:rFonts w:ascii="Arial" w:hAnsi="Arial" w:cs="Arial"/>
          <w:sz w:val="24"/>
          <w:szCs w:val="24"/>
          <w:lang w:val="ru-RU"/>
        </w:rPr>
        <w:t>определенных Государственной</w:t>
      </w:r>
      <w:r w:rsidRPr="00CE6A4C">
        <w:rPr>
          <w:rFonts w:ascii="Arial" w:hAnsi="Arial" w:cs="Arial"/>
          <w:sz w:val="24"/>
          <w:szCs w:val="24"/>
          <w:lang w:val="ru-RU"/>
        </w:rPr>
        <w:t xml:space="preserve"> программой «Денсаулық» (0,2-0,6)   и ниже прогноза на 2017 год -  0,31. По регионам также </w:t>
      </w:r>
      <w:r w:rsidRPr="00CE6A4C">
        <w:rPr>
          <w:rFonts w:ascii="Arial" w:hAnsi="Arial" w:cs="Arial"/>
          <w:b/>
          <w:bCs/>
          <w:sz w:val="24"/>
          <w:szCs w:val="24"/>
          <w:lang w:val="ru-RU"/>
        </w:rPr>
        <w:t>не наблюдается превышение прогнозного уровня</w:t>
      </w:r>
      <w:r w:rsidR="00760E18">
        <w:rPr>
          <w:rFonts w:ascii="Arial" w:hAnsi="Arial" w:cs="Arial"/>
          <w:b/>
          <w:bCs/>
          <w:sz w:val="24"/>
          <w:szCs w:val="24"/>
          <w:lang w:val="ru-RU"/>
        </w:rPr>
        <w:t>;</w:t>
      </w:r>
      <w:r w:rsidRPr="00CE6A4C">
        <w:rPr>
          <w:rFonts w:ascii="Arial" w:hAnsi="Arial" w:cs="Arial"/>
          <w:b/>
          <w:bCs/>
          <w:sz w:val="24"/>
          <w:szCs w:val="24"/>
          <w:lang w:val="ru-RU"/>
        </w:rPr>
        <w:t xml:space="preserve"> </w:t>
      </w:r>
    </w:p>
    <w:p w:rsidR="00CE6A4C" w:rsidRPr="00CE6A4C" w:rsidRDefault="00CE6A4C" w:rsidP="00CE6A4C">
      <w:pPr>
        <w:pStyle w:val="a5"/>
        <w:ind w:firstLine="709"/>
        <w:jc w:val="both"/>
        <w:rPr>
          <w:rFonts w:ascii="Arial" w:hAnsi="Arial" w:cs="Arial"/>
          <w:sz w:val="24"/>
          <w:szCs w:val="24"/>
          <w:lang w:val="ru-RU"/>
        </w:rPr>
      </w:pPr>
      <w:r w:rsidRPr="00CE6A4C">
        <w:rPr>
          <w:rFonts w:ascii="Arial" w:hAnsi="Arial" w:cs="Arial"/>
          <w:sz w:val="24"/>
          <w:szCs w:val="24"/>
          <w:lang w:val="ru-RU"/>
        </w:rPr>
        <w:t xml:space="preserve">2. </w:t>
      </w:r>
      <w:r w:rsidRPr="00CE6A4C">
        <w:rPr>
          <w:rFonts w:ascii="Arial" w:hAnsi="Arial" w:cs="Arial"/>
          <w:b/>
          <w:bCs/>
          <w:sz w:val="24"/>
          <w:szCs w:val="24"/>
          <w:lang w:val="ru-RU"/>
        </w:rPr>
        <w:t>В стране ежегодно увеличиваются объемы тестирования</w:t>
      </w:r>
      <w:r w:rsidRPr="00CE6A4C">
        <w:rPr>
          <w:rFonts w:ascii="Arial" w:hAnsi="Arial" w:cs="Arial"/>
          <w:sz w:val="24"/>
          <w:szCs w:val="24"/>
          <w:lang w:val="ru-RU"/>
        </w:rPr>
        <w:t xml:space="preserve">, в 2018 году рост составил -1,6%  (2017г. - 4,3%), проведено среди граждан РК  ≈ 3 млн. тестов. По сравнению с 2008 годом объем </w:t>
      </w:r>
      <w:r w:rsidR="00760E18" w:rsidRPr="00CE6A4C">
        <w:rPr>
          <w:rFonts w:ascii="Arial" w:hAnsi="Arial" w:cs="Arial"/>
          <w:sz w:val="24"/>
          <w:szCs w:val="24"/>
          <w:lang w:val="ru-RU"/>
        </w:rPr>
        <w:t>протестированных увеличился</w:t>
      </w:r>
      <w:r w:rsidRPr="00CE6A4C">
        <w:rPr>
          <w:rFonts w:ascii="Arial" w:hAnsi="Arial" w:cs="Arial"/>
          <w:sz w:val="24"/>
          <w:szCs w:val="24"/>
          <w:lang w:val="ru-RU"/>
        </w:rPr>
        <w:t xml:space="preserve"> в 1,4 раза</w:t>
      </w:r>
      <w:r w:rsidR="00760E18">
        <w:rPr>
          <w:rFonts w:ascii="Arial" w:hAnsi="Arial" w:cs="Arial"/>
          <w:sz w:val="24"/>
          <w:szCs w:val="24"/>
          <w:lang w:val="ru-RU"/>
        </w:rPr>
        <w:t>;</w:t>
      </w:r>
    </w:p>
    <w:p w:rsidR="00CE6A4C" w:rsidRPr="00CE6A4C" w:rsidRDefault="00CE6A4C" w:rsidP="00CE6A4C">
      <w:pPr>
        <w:pStyle w:val="a5"/>
        <w:ind w:firstLine="709"/>
        <w:jc w:val="both"/>
        <w:rPr>
          <w:rFonts w:ascii="Arial" w:hAnsi="Arial" w:cs="Arial"/>
          <w:sz w:val="24"/>
          <w:szCs w:val="24"/>
          <w:lang w:val="ru-RU"/>
        </w:rPr>
      </w:pPr>
      <w:r w:rsidRPr="00CE6A4C">
        <w:rPr>
          <w:rFonts w:ascii="Arial" w:hAnsi="Arial" w:cs="Arial"/>
          <w:sz w:val="24"/>
          <w:szCs w:val="24"/>
          <w:lang w:val="ru-RU"/>
        </w:rPr>
        <w:t>3</w:t>
      </w:r>
      <w:r w:rsidRPr="00CE6A4C">
        <w:rPr>
          <w:rFonts w:ascii="Arial" w:hAnsi="Arial" w:cs="Arial"/>
          <w:b/>
          <w:bCs/>
          <w:sz w:val="24"/>
          <w:szCs w:val="24"/>
          <w:lang w:val="ru-RU"/>
        </w:rPr>
        <w:t>. Во всех областях превышен охват тестированием 10% населения</w:t>
      </w:r>
      <w:r w:rsidRPr="00CE6A4C">
        <w:rPr>
          <w:rFonts w:ascii="Arial" w:hAnsi="Arial" w:cs="Arial"/>
          <w:sz w:val="24"/>
          <w:szCs w:val="24"/>
          <w:lang w:val="ru-RU"/>
        </w:rPr>
        <w:t>, фактически протестировано 13,9% против 13,5%  - в 2017 году</w:t>
      </w:r>
      <w:r w:rsidR="00760E18">
        <w:rPr>
          <w:rFonts w:ascii="Arial" w:hAnsi="Arial" w:cs="Arial"/>
          <w:sz w:val="24"/>
          <w:szCs w:val="24"/>
          <w:lang w:val="ru-RU"/>
        </w:rPr>
        <w:t>;</w:t>
      </w:r>
    </w:p>
    <w:p w:rsidR="00CE6A4C" w:rsidRPr="00CE6A4C" w:rsidRDefault="00CE6A4C" w:rsidP="00CE6A4C">
      <w:pPr>
        <w:pStyle w:val="a5"/>
        <w:ind w:firstLine="709"/>
        <w:jc w:val="both"/>
        <w:rPr>
          <w:rFonts w:ascii="Arial" w:hAnsi="Arial" w:cs="Arial"/>
          <w:sz w:val="24"/>
          <w:szCs w:val="24"/>
          <w:lang w:val="ru-RU"/>
        </w:rPr>
      </w:pPr>
      <w:r w:rsidRPr="00CE6A4C">
        <w:rPr>
          <w:rFonts w:ascii="Arial" w:hAnsi="Arial" w:cs="Arial"/>
          <w:sz w:val="24"/>
          <w:szCs w:val="24"/>
          <w:lang w:val="ru-RU"/>
        </w:rPr>
        <w:lastRenderedPageBreak/>
        <w:t xml:space="preserve">4. </w:t>
      </w:r>
      <w:r w:rsidRPr="00CE6A4C">
        <w:rPr>
          <w:rFonts w:ascii="Arial" w:hAnsi="Arial" w:cs="Arial"/>
          <w:b/>
          <w:bCs/>
          <w:sz w:val="24"/>
          <w:szCs w:val="24"/>
          <w:lang w:val="ru-RU"/>
        </w:rPr>
        <w:t xml:space="preserve">В контексте достижения первых из  90 – 90 - 90, рассчитано, что 84% ЛЖВ знают свой ВИЧ-статус. </w:t>
      </w:r>
    </w:p>
    <w:p w:rsidR="00CE6A4C" w:rsidRDefault="00CE6A4C" w:rsidP="009677DE">
      <w:pPr>
        <w:pStyle w:val="a5"/>
        <w:ind w:firstLine="709"/>
        <w:jc w:val="both"/>
        <w:rPr>
          <w:rFonts w:ascii="Arial" w:hAnsi="Arial" w:cs="Arial"/>
          <w:sz w:val="24"/>
          <w:szCs w:val="24"/>
          <w:lang w:val="ru-RU"/>
        </w:rPr>
      </w:pPr>
    </w:p>
    <w:p w:rsidR="00773454" w:rsidRPr="00E44FA6" w:rsidRDefault="00D647A3" w:rsidP="009677DE">
      <w:pPr>
        <w:pStyle w:val="a5"/>
        <w:ind w:firstLine="709"/>
        <w:jc w:val="both"/>
        <w:rPr>
          <w:rFonts w:ascii="Arial" w:hAnsi="Arial" w:cs="Arial"/>
          <w:sz w:val="24"/>
          <w:szCs w:val="24"/>
          <w:lang w:val="ru-RU"/>
        </w:rPr>
      </w:pPr>
      <w:r>
        <w:rPr>
          <w:rFonts w:ascii="Arial" w:hAnsi="Arial" w:cs="Arial"/>
          <w:sz w:val="24"/>
          <w:szCs w:val="24"/>
          <w:lang w:val="ru-RU"/>
        </w:rPr>
        <w:t>В целом, на</w:t>
      </w:r>
      <w:r w:rsidR="00546E07" w:rsidRPr="00E44FA6">
        <w:rPr>
          <w:rFonts w:ascii="Arial" w:hAnsi="Arial" w:cs="Arial"/>
          <w:sz w:val="24"/>
          <w:szCs w:val="24"/>
          <w:lang w:val="ru-RU"/>
        </w:rPr>
        <w:t xml:space="preserve"> сегодняшний день в Казахстане внедрены </w:t>
      </w:r>
      <w:r w:rsidR="00E44FA6">
        <w:rPr>
          <w:rFonts w:ascii="Arial" w:hAnsi="Arial" w:cs="Arial"/>
          <w:sz w:val="24"/>
          <w:szCs w:val="24"/>
          <w:lang w:val="ru-RU"/>
        </w:rPr>
        <w:t xml:space="preserve">большинство рекомендаций </w:t>
      </w:r>
      <w:r w:rsidR="00546E07" w:rsidRPr="00E44FA6">
        <w:rPr>
          <w:rFonts w:ascii="Arial" w:hAnsi="Arial" w:cs="Arial"/>
          <w:sz w:val="24"/>
          <w:szCs w:val="24"/>
          <w:lang w:val="ru-RU"/>
        </w:rPr>
        <w:t xml:space="preserve">Всемирной организации здравоохранения </w:t>
      </w:r>
      <w:r w:rsidR="00E44FA6">
        <w:rPr>
          <w:rFonts w:ascii="Arial" w:hAnsi="Arial" w:cs="Arial"/>
          <w:sz w:val="24"/>
          <w:szCs w:val="24"/>
          <w:lang w:val="ru-RU"/>
        </w:rPr>
        <w:t xml:space="preserve">по профилактическим программа по ВИЧ, в частности </w:t>
      </w:r>
      <w:r w:rsidR="00546E07" w:rsidRPr="00E44FA6">
        <w:rPr>
          <w:rFonts w:ascii="Arial" w:hAnsi="Arial" w:cs="Arial"/>
          <w:sz w:val="24"/>
          <w:szCs w:val="24"/>
          <w:lang w:val="ru-RU"/>
        </w:rPr>
        <w:t xml:space="preserve">тестирование и консультирование, информационно-образовательная работа, доступ к презервативам, доступ к  иглам и шприцам, профилактика с  участием неправительственных организаций, постконтактная профилактика, применение принципа «равный-равному» в аутрич-работе, профилактика передачи ВИЧ от матери ребенку, антиретровирусная терапия   для </w:t>
      </w:r>
      <w:proofErr w:type="spellStart"/>
      <w:r w:rsidR="00546E07" w:rsidRPr="00E44FA6">
        <w:rPr>
          <w:rFonts w:ascii="Arial" w:hAnsi="Arial" w:cs="Arial"/>
          <w:sz w:val="24"/>
          <w:szCs w:val="24"/>
          <w:lang w:val="ru-RU"/>
        </w:rPr>
        <w:t>серодискордантных</w:t>
      </w:r>
      <w:proofErr w:type="spellEnd"/>
      <w:r w:rsidR="00546E07" w:rsidRPr="00E44FA6">
        <w:rPr>
          <w:rFonts w:ascii="Arial" w:hAnsi="Arial" w:cs="Arial"/>
          <w:sz w:val="24"/>
          <w:szCs w:val="24"/>
          <w:lang w:val="ru-RU"/>
        </w:rPr>
        <w:t xml:space="preserve"> пар). Республиканским центром СПИД проводится ежеквартальный мониторинг проводимых в стране профилактических программ среди ключевых групп населения (ЛУИН, РС, МСМ) в пунктах доверия (ПД), дружественных кабинетах (ДК), неправительственных организациях (НПО). Инструментами для мониторинга и оценки являются электронные онлайн системы е-МиО </w:t>
      </w:r>
      <w:r w:rsidR="001702E5" w:rsidRPr="00E44FA6">
        <w:rPr>
          <w:rFonts w:ascii="Arial" w:hAnsi="Arial" w:cs="Arial"/>
          <w:sz w:val="24"/>
          <w:szCs w:val="24"/>
          <w:lang w:val="ru-RU"/>
        </w:rPr>
        <w:t>и Национальная</w:t>
      </w:r>
      <w:r w:rsidR="00546E07" w:rsidRPr="00E44FA6">
        <w:rPr>
          <w:rFonts w:ascii="Arial" w:hAnsi="Arial" w:cs="Arial"/>
          <w:sz w:val="24"/>
          <w:szCs w:val="24"/>
          <w:lang w:val="ru-RU"/>
        </w:rPr>
        <w:t xml:space="preserve"> база учета клиентов профпрограмм.</w:t>
      </w:r>
    </w:p>
    <w:p w:rsidR="00546E07" w:rsidRPr="00E44FA6" w:rsidRDefault="00546E07" w:rsidP="009677DE">
      <w:pPr>
        <w:pStyle w:val="a5"/>
        <w:ind w:firstLine="709"/>
        <w:jc w:val="both"/>
        <w:rPr>
          <w:rFonts w:ascii="Arial" w:hAnsi="Arial" w:cs="Arial"/>
          <w:sz w:val="24"/>
          <w:szCs w:val="24"/>
          <w:lang w:val="ru-RU"/>
        </w:rPr>
      </w:pPr>
    </w:p>
    <w:p w:rsidR="00546E07" w:rsidRPr="00A7796B" w:rsidRDefault="001F3BDA" w:rsidP="00A7796B">
      <w:pPr>
        <w:pStyle w:val="a5"/>
        <w:jc w:val="center"/>
        <w:rPr>
          <w:rFonts w:ascii="Arial" w:hAnsi="Arial" w:cs="Arial"/>
          <w:b/>
          <w:color w:val="002060"/>
          <w:sz w:val="24"/>
          <w:szCs w:val="24"/>
          <w:lang w:val="ru-RU"/>
        </w:rPr>
      </w:pPr>
      <w:r w:rsidRPr="00A7796B">
        <w:rPr>
          <w:rFonts w:ascii="Arial" w:hAnsi="Arial" w:cs="Arial"/>
          <w:b/>
          <w:bCs/>
          <w:color w:val="002060"/>
          <w:sz w:val="24"/>
          <w:szCs w:val="24"/>
          <w:shd w:val="clear" w:color="auto" w:fill="FFFFFF"/>
          <w:lang w:val="ru-RU"/>
        </w:rPr>
        <w:t>ОБЯЗАТЕЛЬСТВО 2: искоренить новые случаи инфицирования ВИЧ среди детей к 2020 году с обеспечением доступа для 1,6 миллионов детей к лечению от ВИЧ к 2018 году</w:t>
      </w:r>
    </w:p>
    <w:p w:rsidR="001702E5" w:rsidRDefault="001702E5" w:rsidP="002C4A68">
      <w:pPr>
        <w:pStyle w:val="a5"/>
        <w:ind w:firstLine="567"/>
        <w:jc w:val="both"/>
        <w:rPr>
          <w:rFonts w:ascii="Arial" w:hAnsi="Arial" w:cs="Arial"/>
          <w:sz w:val="24"/>
          <w:szCs w:val="24"/>
          <w:lang w:val="ru-RU"/>
        </w:rPr>
      </w:pPr>
    </w:p>
    <w:p w:rsidR="00A7796B" w:rsidRPr="002C30D1" w:rsidRDefault="00A7796B" w:rsidP="00A7796B">
      <w:pPr>
        <w:spacing w:after="0" w:line="240" w:lineRule="auto"/>
        <w:ind w:firstLine="709"/>
        <w:jc w:val="both"/>
        <w:rPr>
          <w:rFonts w:ascii="Arial" w:hAnsi="Arial" w:cs="Arial"/>
          <w:sz w:val="24"/>
          <w:szCs w:val="24"/>
          <w:lang w:val="ru-RU"/>
        </w:rPr>
      </w:pPr>
      <w:r w:rsidRPr="002C30D1">
        <w:rPr>
          <w:rFonts w:ascii="Arial" w:hAnsi="Arial" w:cs="Arial"/>
          <w:sz w:val="24"/>
          <w:szCs w:val="24"/>
          <w:lang w:val="ru-RU"/>
        </w:rPr>
        <w:t xml:space="preserve">Охрана здоровья матери и ребенка является одной из приоритетных задач государства. Реализация этих прав была осуществлена в рамках программы «Саламатты Казахстан» и продолжается в рамках новой программы «Денсаулық». Благодаря внедрению современных технологий в акушерстве и педиатрии достигнута динамика снижения материнской и младенческой смертности. </w:t>
      </w:r>
    </w:p>
    <w:p w:rsidR="00A7796B" w:rsidRPr="002C30D1" w:rsidRDefault="00A7796B" w:rsidP="00A7796B">
      <w:pPr>
        <w:spacing w:after="0" w:line="240" w:lineRule="auto"/>
        <w:ind w:firstLine="709"/>
        <w:jc w:val="both"/>
        <w:rPr>
          <w:rFonts w:ascii="Arial" w:hAnsi="Arial" w:cs="Arial"/>
          <w:sz w:val="24"/>
          <w:szCs w:val="24"/>
          <w:shd w:val="clear" w:color="auto" w:fill="FFFFFF"/>
          <w:lang w:val="ru-RU"/>
        </w:rPr>
      </w:pPr>
      <w:r w:rsidRPr="002C30D1">
        <w:rPr>
          <w:rFonts w:ascii="Arial" w:hAnsi="Arial" w:cs="Arial"/>
          <w:sz w:val="24"/>
          <w:szCs w:val="24"/>
          <w:shd w:val="clear" w:color="auto" w:fill="FFFFFF"/>
          <w:lang w:val="ru-RU"/>
        </w:rPr>
        <w:t>В рамках реализации Государственной программы принимаются системные меры по снижению материнской и младенческой смертности.</w:t>
      </w:r>
    </w:p>
    <w:p w:rsidR="00A7796B" w:rsidRPr="002C30D1" w:rsidRDefault="00A7796B" w:rsidP="00A7796B">
      <w:pPr>
        <w:spacing w:after="0" w:line="240" w:lineRule="auto"/>
        <w:ind w:firstLine="709"/>
        <w:jc w:val="both"/>
        <w:rPr>
          <w:rFonts w:ascii="Arial" w:hAnsi="Arial" w:cs="Arial"/>
          <w:sz w:val="24"/>
          <w:szCs w:val="24"/>
          <w:shd w:val="clear" w:color="auto" w:fill="FFFFFF"/>
          <w:lang w:val="ru-RU"/>
        </w:rPr>
      </w:pPr>
      <w:r w:rsidRPr="002C30D1">
        <w:rPr>
          <w:rFonts w:ascii="Arial" w:hAnsi="Arial" w:cs="Arial"/>
          <w:sz w:val="24"/>
          <w:szCs w:val="24"/>
          <w:shd w:val="clear" w:color="auto" w:fill="FFFFFF"/>
          <w:lang w:val="ru-RU"/>
        </w:rPr>
        <w:t>Утверждена Дорожная карта по повышению эффективности работы и внедрению интегрированной модели службы родовспоможения и детства. В каждом регионе совместно с областными акиматами разработаны и утверждены аналогичные дорожные карты.</w:t>
      </w:r>
    </w:p>
    <w:p w:rsidR="00A7796B" w:rsidRPr="002C30D1" w:rsidRDefault="00A7796B" w:rsidP="00A7796B">
      <w:pPr>
        <w:spacing w:after="0" w:line="240" w:lineRule="auto"/>
        <w:ind w:firstLine="709"/>
        <w:jc w:val="both"/>
        <w:rPr>
          <w:rFonts w:ascii="Arial" w:hAnsi="Arial" w:cs="Arial"/>
          <w:sz w:val="24"/>
          <w:szCs w:val="24"/>
          <w:shd w:val="clear" w:color="auto" w:fill="FFFFFF"/>
          <w:lang w:val="ru-RU"/>
        </w:rPr>
      </w:pPr>
      <w:r w:rsidRPr="002C30D1">
        <w:rPr>
          <w:rFonts w:ascii="Arial" w:hAnsi="Arial" w:cs="Arial"/>
          <w:sz w:val="24"/>
          <w:szCs w:val="24"/>
          <w:shd w:val="clear" w:color="auto" w:fill="FFFFFF"/>
          <w:lang w:val="ru-RU"/>
        </w:rPr>
        <w:t>Кроме того, акиматами регионов утверждены оперативные планы по снижению материнской и младенческой смертности на 2018 год.</w:t>
      </w:r>
    </w:p>
    <w:p w:rsidR="00A7796B" w:rsidRPr="002C30D1" w:rsidRDefault="00A7796B" w:rsidP="00A7796B">
      <w:pPr>
        <w:spacing w:after="0" w:line="240" w:lineRule="auto"/>
        <w:ind w:firstLine="709"/>
        <w:jc w:val="both"/>
        <w:rPr>
          <w:rFonts w:ascii="Arial" w:hAnsi="Arial" w:cs="Arial"/>
          <w:sz w:val="24"/>
          <w:szCs w:val="24"/>
          <w:shd w:val="clear" w:color="auto" w:fill="FFFFFF"/>
          <w:lang w:val="ru-RU"/>
        </w:rPr>
      </w:pPr>
      <w:r w:rsidRPr="002C30D1">
        <w:rPr>
          <w:rFonts w:ascii="Arial" w:hAnsi="Arial" w:cs="Arial"/>
          <w:sz w:val="24"/>
          <w:szCs w:val="24"/>
          <w:shd w:val="clear" w:color="auto" w:fill="FFFFFF"/>
          <w:lang w:val="ru-RU"/>
        </w:rPr>
        <w:t>Осуществляется конфиденциальный аудит материнской смертности, внедряется конфиденциальный аудит перинатальной смертности, критических состояний в акушерстве для принятия своевременных управленческих решений.</w:t>
      </w:r>
    </w:p>
    <w:p w:rsidR="00A7796B" w:rsidRPr="002C30D1" w:rsidRDefault="00A7796B" w:rsidP="00A7796B">
      <w:pPr>
        <w:spacing w:after="0" w:line="240" w:lineRule="auto"/>
        <w:ind w:firstLine="709"/>
        <w:jc w:val="both"/>
        <w:rPr>
          <w:rFonts w:ascii="Arial" w:hAnsi="Arial" w:cs="Arial"/>
          <w:sz w:val="24"/>
          <w:szCs w:val="24"/>
          <w:shd w:val="clear" w:color="auto" w:fill="FFFFFF"/>
          <w:lang w:val="ru-RU"/>
        </w:rPr>
      </w:pPr>
      <w:r w:rsidRPr="002C30D1">
        <w:rPr>
          <w:rFonts w:ascii="Arial" w:hAnsi="Arial" w:cs="Arial"/>
          <w:sz w:val="24"/>
          <w:szCs w:val="24"/>
          <w:shd w:val="clear" w:color="auto" w:fill="FFFFFF"/>
          <w:lang w:val="ru-RU"/>
        </w:rPr>
        <w:t xml:space="preserve">Организован ежедневный мониторинг всеми уровнями медицинских организаций службы «маршрута» каждой беременной женщины в зависимости от группы риска. </w:t>
      </w:r>
    </w:p>
    <w:p w:rsidR="00A7796B" w:rsidRPr="002C30D1" w:rsidRDefault="00A7796B" w:rsidP="00A7796B">
      <w:pPr>
        <w:spacing w:after="0" w:line="240" w:lineRule="auto"/>
        <w:ind w:firstLine="709"/>
        <w:jc w:val="both"/>
        <w:rPr>
          <w:rFonts w:ascii="Arial" w:hAnsi="Arial" w:cs="Arial"/>
          <w:sz w:val="24"/>
          <w:szCs w:val="24"/>
          <w:shd w:val="clear" w:color="auto" w:fill="FFFFFF"/>
          <w:lang w:val="ru-RU"/>
        </w:rPr>
      </w:pPr>
      <w:r w:rsidRPr="002C30D1">
        <w:rPr>
          <w:rFonts w:ascii="Arial" w:hAnsi="Arial" w:cs="Arial"/>
          <w:sz w:val="24"/>
          <w:szCs w:val="24"/>
          <w:shd w:val="clear" w:color="auto" w:fill="FFFFFF"/>
          <w:lang w:val="ru-RU"/>
        </w:rPr>
        <w:t>Регулярно проводятся заседания Республиканского штаба по принятию неотложных мер по снижению материнской и младенческой смертности с разбором каждого случая материнской смертности и случаев младенческой смертности.</w:t>
      </w:r>
    </w:p>
    <w:p w:rsidR="00B10CC0" w:rsidRPr="002C30D1" w:rsidRDefault="00B10CC0" w:rsidP="00B10CC0">
      <w:pPr>
        <w:spacing w:after="0" w:line="240" w:lineRule="auto"/>
        <w:ind w:firstLine="709"/>
        <w:jc w:val="both"/>
        <w:rPr>
          <w:rFonts w:ascii="Arial" w:hAnsi="Arial" w:cs="Arial"/>
          <w:sz w:val="24"/>
          <w:szCs w:val="24"/>
          <w:lang w:val="ru-RU"/>
        </w:rPr>
      </w:pPr>
      <w:r w:rsidRPr="002C30D1">
        <w:rPr>
          <w:rFonts w:ascii="Arial" w:hAnsi="Arial" w:cs="Arial"/>
          <w:sz w:val="24"/>
          <w:szCs w:val="24"/>
          <w:lang w:val="ru-RU"/>
        </w:rPr>
        <w:t xml:space="preserve">В Казахстане медицинская помощь женщинам в течение беременности, родов и послеродовом периодах оказывается бесплатно и включает обеспечение соответствующим уходом и питанием, в том числе кормящую мать ребенка до одного года жизни, на весь период </w:t>
      </w:r>
      <w:r w:rsidRPr="002C30D1">
        <w:rPr>
          <w:rFonts w:ascii="Arial" w:hAnsi="Arial" w:cs="Arial"/>
          <w:sz w:val="24"/>
          <w:szCs w:val="24"/>
          <w:lang w:val="ru-RU"/>
        </w:rPr>
        <w:lastRenderedPageBreak/>
        <w:t xml:space="preserve">пребывания в медицинской организации по уходу за ребенком. Кроме того, действует национальная скрининговая программа, направленная на раннее выявление заболеваний с полным охватом целевых групп населения, в рамках которой предусмотрено совершенствование диагностики врожденных и наследственных заболеваний плода и новорожденного. </w:t>
      </w:r>
    </w:p>
    <w:p w:rsidR="00B10CC0" w:rsidRPr="002C30D1" w:rsidRDefault="00B10CC0" w:rsidP="00B10CC0">
      <w:pPr>
        <w:spacing w:after="0" w:line="240" w:lineRule="auto"/>
        <w:ind w:firstLine="709"/>
        <w:jc w:val="both"/>
        <w:rPr>
          <w:rFonts w:ascii="Arial" w:hAnsi="Arial" w:cs="Arial"/>
          <w:sz w:val="24"/>
          <w:szCs w:val="24"/>
          <w:lang w:val="ru-RU"/>
        </w:rPr>
      </w:pPr>
      <w:r w:rsidRPr="002C30D1">
        <w:rPr>
          <w:rFonts w:ascii="Arial" w:hAnsi="Arial" w:cs="Arial"/>
          <w:sz w:val="24"/>
          <w:szCs w:val="24"/>
          <w:lang w:val="ru-RU"/>
        </w:rPr>
        <w:t xml:space="preserve">Внедрены эффективные перинатальные технологии, рекомендованные Всемирной организацией здравоохранения (далее – ВОЗ) (безопасное ведение родов, </w:t>
      </w:r>
      <w:proofErr w:type="spellStart"/>
      <w:r w:rsidRPr="002C30D1">
        <w:rPr>
          <w:rFonts w:ascii="Arial" w:hAnsi="Arial" w:cs="Arial"/>
          <w:sz w:val="24"/>
          <w:szCs w:val="24"/>
          <w:lang w:val="ru-RU"/>
        </w:rPr>
        <w:t>демедикализация</w:t>
      </w:r>
      <w:proofErr w:type="spellEnd"/>
      <w:r w:rsidRPr="002C30D1">
        <w:rPr>
          <w:rFonts w:ascii="Arial" w:hAnsi="Arial" w:cs="Arial"/>
          <w:sz w:val="24"/>
          <w:szCs w:val="24"/>
          <w:lang w:val="ru-RU"/>
        </w:rPr>
        <w:t xml:space="preserve"> родов, партнерские роды, своевременная и качественная первичная реанимация новорожденного, соблюдение тепловой цепочки и т.п.), которые являются экономичными, доступными и эффективными технологиями. Создан регистр беременных женщин, позволяющий вести учет каждой беременной с момента постановки на учет и до исхода беременности. Внедряются современные критерии оценки и аудита, рекомендованные ВОЗ. Получили свое развитие телемедицина, передвижные медицинские комплексы и санитарная авиация для обеспечения доступности медицинской помощи в отдаленных регионах страны. </w:t>
      </w:r>
    </w:p>
    <w:p w:rsidR="00956D16" w:rsidRPr="00823FBD" w:rsidRDefault="00956D16" w:rsidP="00956D16">
      <w:pPr>
        <w:spacing w:after="0" w:line="240" w:lineRule="auto"/>
        <w:ind w:firstLine="709"/>
        <w:jc w:val="both"/>
        <w:rPr>
          <w:rFonts w:ascii="Arial" w:hAnsi="Arial" w:cs="Arial"/>
          <w:sz w:val="24"/>
          <w:szCs w:val="24"/>
          <w:lang w:val="ru-RU"/>
        </w:rPr>
      </w:pPr>
      <w:r w:rsidRPr="00823FBD">
        <w:rPr>
          <w:rFonts w:ascii="Arial" w:hAnsi="Arial" w:cs="Arial"/>
          <w:sz w:val="24"/>
          <w:szCs w:val="24"/>
          <w:lang w:val="ru-RU"/>
        </w:rPr>
        <w:t xml:space="preserve">Казахстан достиг определенных успехов в профилактике передачи ВИЧ от матери ребенку. </w:t>
      </w:r>
      <w:r w:rsidR="00A64F52" w:rsidRPr="00823FBD">
        <w:rPr>
          <w:rFonts w:ascii="Arial" w:hAnsi="Arial" w:cs="Arial"/>
          <w:sz w:val="24"/>
          <w:szCs w:val="24"/>
          <w:lang w:val="ru-RU"/>
        </w:rPr>
        <w:t>По итогам 2018 года общий охват ВИЧ-положительных беременных женщин профилактическим лечением составил 98,6%,</w:t>
      </w:r>
    </w:p>
    <w:p w:rsidR="00956D16" w:rsidRPr="00823FBD" w:rsidRDefault="00956D16" w:rsidP="00956D16">
      <w:pPr>
        <w:spacing w:after="0" w:line="240" w:lineRule="auto"/>
        <w:ind w:firstLine="709"/>
        <w:jc w:val="both"/>
        <w:rPr>
          <w:rFonts w:ascii="Arial" w:hAnsi="Arial" w:cs="Arial"/>
          <w:sz w:val="24"/>
          <w:szCs w:val="24"/>
          <w:lang w:val="ru-RU"/>
        </w:rPr>
      </w:pPr>
      <w:r w:rsidRPr="00823FBD">
        <w:rPr>
          <w:rFonts w:ascii="Arial" w:hAnsi="Arial" w:cs="Arial"/>
          <w:sz w:val="24"/>
          <w:szCs w:val="24"/>
          <w:lang w:val="ru-RU"/>
        </w:rPr>
        <w:t xml:space="preserve">Наблюдается значительное снижение уровня перинатальной трансмиссии в 5 раз за </w:t>
      </w:r>
      <w:r w:rsidR="00A64F52" w:rsidRPr="00823FBD">
        <w:rPr>
          <w:rFonts w:ascii="Arial" w:hAnsi="Arial" w:cs="Arial"/>
          <w:sz w:val="24"/>
          <w:szCs w:val="24"/>
          <w:lang w:val="ru-RU"/>
        </w:rPr>
        <w:t xml:space="preserve">последние </w:t>
      </w:r>
      <w:r w:rsidRPr="00823FBD">
        <w:rPr>
          <w:rFonts w:ascii="Arial" w:hAnsi="Arial" w:cs="Arial"/>
          <w:sz w:val="24"/>
          <w:szCs w:val="24"/>
          <w:lang w:val="ru-RU"/>
        </w:rPr>
        <w:t xml:space="preserve">10 лет (с 7,4% до 2,7%). Все дети, рожденные от ВИЧ-инфицированных матерей, обеспечиваются бесплатными адаптированными молочными смесями для кормления до 1 года. </w:t>
      </w:r>
    </w:p>
    <w:p w:rsidR="00F938B0" w:rsidRPr="00823FBD" w:rsidRDefault="0070348D" w:rsidP="00F938B0">
      <w:pPr>
        <w:pStyle w:val="a5"/>
        <w:ind w:firstLine="709"/>
        <w:jc w:val="both"/>
        <w:rPr>
          <w:rFonts w:ascii="Arial" w:hAnsi="Arial" w:cs="Arial"/>
          <w:sz w:val="24"/>
          <w:szCs w:val="24"/>
          <w:lang w:val="ru-RU"/>
        </w:rPr>
      </w:pPr>
      <w:r w:rsidRPr="00823FBD">
        <w:rPr>
          <w:rFonts w:ascii="Arial" w:hAnsi="Arial" w:cs="Arial"/>
          <w:spacing w:val="2"/>
          <w:sz w:val="24"/>
          <w:szCs w:val="24"/>
          <w:lang w:val="ru-RU"/>
        </w:rPr>
        <w:t xml:space="preserve">С 2004 года в стране действует комплексный набор служб по ППМР, который постоянно обновляется. </w:t>
      </w:r>
      <w:r w:rsidR="00F938B0" w:rsidRPr="00823FBD">
        <w:rPr>
          <w:rFonts w:ascii="Arial" w:hAnsi="Arial" w:cs="Arial"/>
          <w:sz w:val="24"/>
          <w:szCs w:val="24"/>
          <w:lang w:val="ru-RU"/>
        </w:rPr>
        <w:t>Охват профилактическим лечением детей, рожденных от ВИЧ-инфицированных, матерей составил 99,7%. Один ребенок не охвачен профилактическим лечением в г. Алматы из-за отказа матери.</w:t>
      </w:r>
    </w:p>
    <w:p w:rsidR="0070348D" w:rsidRPr="0070348D" w:rsidRDefault="0070348D" w:rsidP="0070348D">
      <w:pPr>
        <w:pStyle w:val="affa"/>
        <w:tabs>
          <w:tab w:val="left" w:pos="709"/>
        </w:tabs>
        <w:spacing w:before="0" w:beforeAutospacing="0" w:after="0" w:afterAutospacing="0" w:line="285" w:lineRule="atLeast"/>
        <w:ind w:firstLine="709"/>
        <w:jc w:val="both"/>
        <w:textAlignment w:val="baseline"/>
        <w:rPr>
          <w:rFonts w:ascii="Arial" w:hAnsi="Arial" w:cs="Arial"/>
          <w:color w:val="000000"/>
          <w:spacing w:val="2"/>
        </w:rPr>
      </w:pPr>
      <w:r w:rsidRPr="0070348D">
        <w:rPr>
          <w:rFonts w:ascii="Arial" w:hAnsi="Arial" w:cs="Arial"/>
          <w:color w:val="000000"/>
          <w:spacing w:val="2"/>
        </w:rPr>
        <w:t xml:space="preserve">В стране активно реализуется Стратегия профилактики передачи ВИЧ от матери ребенку </w:t>
      </w:r>
      <w:proofErr w:type="gramStart"/>
      <w:r w:rsidRPr="0070348D">
        <w:rPr>
          <w:rFonts w:ascii="Arial" w:hAnsi="Arial" w:cs="Arial"/>
          <w:color w:val="000000"/>
          <w:spacing w:val="2"/>
        </w:rPr>
        <w:t xml:space="preserve">( </w:t>
      </w:r>
      <w:proofErr w:type="gramEnd"/>
      <w:r w:rsidRPr="0070348D">
        <w:rPr>
          <w:rFonts w:ascii="Arial" w:hAnsi="Arial" w:cs="Arial"/>
          <w:color w:val="000000"/>
          <w:spacing w:val="2"/>
        </w:rPr>
        <w:t>ППМР) основанная на рекомендациях ВОЗ.</w:t>
      </w:r>
    </w:p>
    <w:p w:rsidR="0070348D" w:rsidRPr="0070348D" w:rsidRDefault="0070348D" w:rsidP="0070348D">
      <w:pPr>
        <w:pStyle w:val="affa"/>
        <w:tabs>
          <w:tab w:val="left" w:pos="709"/>
        </w:tabs>
        <w:spacing w:before="0" w:beforeAutospacing="0" w:after="0" w:afterAutospacing="0" w:line="285" w:lineRule="atLeast"/>
        <w:ind w:firstLine="709"/>
        <w:jc w:val="both"/>
        <w:textAlignment w:val="baseline"/>
        <w:rPr>
          <w:rFonts w:ascii="Arial" w:hAnsi="Arial" w:cs="Arial"/>
          <w:color w:val="000000"/>
          <w:spacing w:val="2"/>
        </w:rPr>
      </w:pPr>
      <w:r w:rsidRPr="0070348D">
        <w:rPr>
          <w:rFonts w:ascii="Arial" w:hAnsi="Arial" w:cs="Arial"/>
          <w:color w:val="000000"/>
          <w:spacing w:val="2"/>
        </w:rPr>
        <w:t>Национальные приоритеты ППМР:</w:t>
      </w:r>
    </w:p>
    <w:p w:rsidR="0070348D" w:rsidRPr="0070348D" w:rsidRDefault="0070348D" w:rsidP="0070348D">
      <w:pPr>
        <w:pStyle w:val="affa"/>
        <w:numPr>
          <w:ilvl w:val="0"/>
          <w:numId w:val="19"/>
        </w:numPr>
        <w:spacing w:before="0" w:beforeAutospacing="0" w:after="0" w:afterAutospacing="0" w:line="285" w:lineRule="atLeast"/>
        <w:ind w:left="-142" w:firstLine="502"/>
        <w:jc w:val="both"/>
        <w:textAlignment w:val="baseline"/>
        <w:rPr>
          <w:rFonts w:ascii="Arial" w:hAnsi="Arial" w:cs="Arial"/>
          <w:color w:val="000000"/>
          <w:spacing w:val="2"/>
        </w:rPr>
      </w:pPr>
      <w:r w:rsidRPr="0070348D">
        <w:rPr>
          <w:rFonts w:ascii="Arial" w:hAnsi="Arial" w:cs="Arial"/>
          <w:color w:val="000000"/>
          <w:spacing w:val="2"/>
        </w:rPr>
        <w:t>Первичный ППМР в предоставлении услуг консультирования по вопросам ВИЧ для всех женщин, посещающих медицинское учреждение;</w:t>
      </w:r>
    </w:p>
    <w:p w:rsidR="0070348D" w:rsidRPr="0070348D" w:rsidRDefault="0070348D" w:rsidP="0070348D">
      <w:pPr>
        <w:pStyle w:val="affa"/>
        <w:numPr>
          <w:ilvl w:val="0"/>
          <w:numId w:val="19"/>
        </w:numPr>
        <w:tabs>
          <w:tab w:val="left" w:pos="709"/>
        </w:tabs>
        <w:spacing w:before="0" w:beforeAutospacing="0" w:after="0" w:afterAutospacing="0" w:line="285" w:lineRule="atLeast"/>
        <w:jc w:val="both"/>
        <w:textAlignment w:val="baseline"/>
        <w:rPr>
          <w:rFonts w:ascii="Arial" w:hAnsi="Arial" w:cs="Arial"/>
          <w:color w:val="000000"/>
          <w:spacing w:val="2"/>
        </w:rPr>
      </w:pPr>
      <w:r w:rsidRPr="0070348D">
        <w:rPr>
          <w:rFonts w:ascii="Arial" w:hAnsi="Arial" w:cs="Arial"/>
          <w:color w:val="000000"/>
          <w:spacing w:val="2"/>
        </w:rPr>
        <w:t>Охват всех беременных женщин дородовым наблюдением;</w:t>
      </w:r>
    </w:p>
    <w:p w:rsidR="0070348D" w:rsidRPr="0070348D" w:rsidRDefault="0070348D" w:rsidP="0070348D">
      <w:pPr>
        <w:pStyle w:val="affa"/>
        <w:numPr>
          <w:ilvl w:val="0"/>
          <w:numId w:val="19"/>
        </w:numPr>
        <w:tabs>
          <w:tab w:val="left" w:pos="426"/>
        </w:tabs>
        <w:spacing w:before="0" w:beforeAutospacing="0" w:after="0" w:afterAutospacing="0" w:line="285" w:lineRule="atLeast"/>
        <w:ind w:left="-142" w:firstLine="502"/>
        <w:jc w:val="both"/>
        <w:textAlignment w:val="baseline"/>
        <w:rPr>
          <w:rFonts w:ascii="Arial" w:hAnsi="Arial" w:cs="Arial"/>
          <w:color w:val="000000"/>
          <w:spacing w:val="2"/>
        </w:rPr>
      </w:pPr>
      <w:r w:rsidRPr="0070348D">
        <w:rPr>
          <w:rFonts w:ascii="Arial" w:hAnsi="Arial" w:cs="Arial"/>
          <w:color w:val="000000"/>
          <w:spacing w:val="2"/>
        </w:rPr>
        <w:t>Добровольное тестирование и консультирование, и тестирование на ВИЧ для беременных женщин;</w:t>
      </w:r>
    </w:p>
    <w:p w:rsidR="0070348D" w:rsidRPr="0070348D" w:rsidRDefault="0070348D" w:rsidP="0070348D">
      <w:pPr>
        <w:pStyle w:val="affa"/>
        <w:numPr>
          <w:ilvl w:val="0"/>
          <w:numId w:val="19"/>
        </w:numPr>
        <w:tabs>
          <w:tab w:val="left" w:pos="426"/>
        </w:tabs>
        <w:spacing w:before="0" w:beforeAutospacing="0" w:after="0" w:afterAutospacing="0" w:line="285" w:lineRule="atLeast"/>
        <w:ind w:left="-142" w:firstLine="502"/>
        <w:jc w:val="both"/>
        <w:textAlignment w:val="baseline"/>
        <w:rPr>
          <w:rFonts w:ascii="Arial" w:hAnsi="Arial" w:cs="Arial"/>
          <w:color w:val="000000"/>
          <w:spacing w:val="2"/>
        </w:rPr>
      </w:pPr>
      <w:r w:rsidRPr="0070348D">
        <w:rPr>
          <w:rFonts w:ascii="Arial" w:hAnsi="Arial" w:cs="Arial"/>
          <w:color w:val="000000"/>
          <w:spacing w:val="2"/>
        </w:rPr>
        <w:t>Предоставление услуг по ППМР всем ВИЧ-инфицированным беременным женщинам и новорожденным;</w:t>
      </w:r>
    </w:p>
    <w:p w:rsidR="0070348D" w:rsidRPr="0070348D" w:rsidRDefault="0070348D" w:rsidP="0070348D">
      <w:pPr>
        <w:pStyle w:val="affa"/>
        <w:numPr>
          <w:ilvl w:val="0"/>
          <w:numId w:val="19"/>
        </w:numPr>
        <w:tabs>
          <w:tab w:val="left" w:pos="426"/>
        </w:tabs>
        <w:spacing w:before="0" w:beforeAutospacing="0" w:after="0" w:afterAutospacing="0" w:line="285" w:lineRule="atLeast"/>
        <w:ind w:left="-142" w:firstLine="502"/>
        <w:jc w:val="both"/>
        <w:textAlignment w:val="baseline"/>
        <w:rPr>
          <w:rFonts w:ascii="Arial" w:hAnsi="Arial" w:cs="Arial"/>
          <w:color w:val="000000"/>
          <w:spacing w:val="2"/>
        </w:rPr>
      </w:pPr>
      <w:r w:rsidRPr="0070348D">
        <w:rPr>
          <w:rFonts w:ascii="Arial" w:hAnsi="Arial" w:cs="Arial"/>
          <w:color w:val="000000"/>
          <w:spacing w:val="2"/>
        </w:rPr>
        <w:t>Бесплатное предоставление заменителей грудного молока всем детям, родившимся у ВИЧ-инфицированных матерей, до одного года; (Страна перешла на вариант B +);</w:t>
      </w:r>
    </w:p>
    <w:p w:rsidR="0070348D" w:rsidRPr="0070348D" w:rsidRDefault="0070348D" w:rsidP="0070348D">
      <w:pPr>
        <w:pStyle w:val="affa"/>
        <w:numPr>
          <w:ilvl w:val="0"/>
          <w:numId w:val="19"/>
        </w:numPr>
        <w:tabs>
          <w:tab w:val="left" w:pos="426"/>
        </w:tabs>
        <w:spacing w:before="0" w:beforeAutospacing="0" w:after="0" w:afterAutospacing="0" w:line="285" w:lineRule="atLeast"/>
        <w:ind w:left="-142" w:firstLine="502"/>
        <w:jc w:val="both"/>
        <w:textAlignment w:val="baseline"/>
        <w:rPr>
          <w:rFonts w:ascii="Arial" w:hAnsi="Arial" w:cs="Arial"/>
          <w:color w:val="000000"/>
          <w:spacing w:val="2"/>
        </w:rPr>
      </w:pPr>
      <w:r w:rsidRPr="0070348D">
        <w:rPr>
          <w:rFonts w:ascii="Arial" w:hAnsi="Arial" w:cs="Arial"/>
          <w:color w:val="000000"/>
          <w:spacing w:val="2"/>
        </w:rPr>
        <w:t>Обеспечение высокоактивной АРВ-терапии и лабораторных исследований для всех ВИЧ-инфицированных женщин;</w:t>
      </w:r>
    </w:p>
    <w:p w:rsidR="0070348D" w:rsidRPr="0070348D" w:rsidRDefault="0070348D" w:rsidP="0070348D">
      <w:pPr>
        <w:pStyle w:val="affa"/>
        <w:numPr>
          <w:ilvl w:val="0"/>
          <w:numId w:val="19"/>
        </w:numPr>
        <w:tabs>
          <w:tab w:val="left" w:pos="426"/>
        </w:tabs>
        <w:spacing w:before="0" w:beforeAutospacing="0" w:after="0" w:afterAutospacing="0" w:line="285" w:lineRule="atLeast"/>
        <w:ind w:left="-142" w:firstLine="502"/>
        <w:jc w:val="both"/>
        <w:textAlignment w:val="baseline"/>
        <w:rPr>
          <w:rFonts w:ascii="Arial" w:hAnsi="Arial" w:cs="Arial"/>
          <w:color w:val="000000"/>
          <w:spacing w:val="2"/>
        </w:rPr>
      </w:pPr>
      <w:r w:rsidRPr="0070348D">
        <w:rPr>
          <w:rFonts w:ascii="Arial" w:hAnsi="Arial" w:cs="Arial"/>
          <w:color w:val="000000"/>
          <w:spacing w:val="2"/>
        </w:rPr>
        <w:t>Психологическая поддержка ВИЧ-инфицированным женщинам и их детям.</w:t>
      </w:r>
    </w:p>
    <w:p w:rsidR="0070348D" w:rsidRPr="00823FBD" w:rsidRDefault="0070348D" w:rsidP="0070348D">
      <w:pPr>
        <w:pStyle w:val="Default"/>
        <w:ind w:firstLine="360"/>
        <w:jc w:val="both"/>
        <w:rPr>
          <w:rFonts w:ascii="Arial" w:hAnsi="Arial" w:cs="Arial"/>
          <w:color w:val="auto"/>
          <w:lang w:val="ru-RU"/>
        </w:rPr>
      </w:pPr>
      <w:r w:rsidRPr="0070348D">
        <w:rPr>
          <w:rFonts w:ascii="Arial" w:hAnsi="Arial" w:cs="Arial"/>
          <w:lang w:val="ru-RU"/>
        </w:rPr>
        <w:t xml:space="preserve">В республике существует возможность подбора схемы профилактической терапии в зависимости от индивидуального состояния </w:t>
      </w:r>
      <w:r w:rsidRPr="0070348D">
        <w:rPr>
          <w:rFonts w:ascii="Arial" w:hAnsi="Arial" w:cs="Arial"/>
          <w:lang w:val="ru-RU"/>
        </w:rPr>
        <w:lastRenderedPageBreak/>
        <w:t xml:space="preserve">женщины.  В силу доступности профилактического лечения в стране увеличивается уровень рождаемости среди ВИЧ-инфицированных женщин, за последние 5 лет в 1,5 раза уменьшилось количество абортов среди женщин, живущих с ВИЧ. Это стало возможным благодаря совместной  работе службы СПИД и </w:t>
      </w:r>
      <w:r w:rsidRPr="0070348D">
        <w:rPr>
          <w:rFonts w:ascii="Arial" w:hAnsi="Arial" w:cs="Arial"/>
          <w:color w:val="auto"/>
          <w:lang w:val="ru-RU"/>
        </w:rPr>
        <w:t xml:space="preserve">служб родовспоможения, материнства и детства. </w:t>
      </w:r>
      <w:r w:rsidR="00225343" w:rsidRPr="00823FBD">
        <w:rPr>
          <w:rFonts w:ascii="Arial" w:hAnsi="Arial" w:cs="Arial"/>
          <w:color w:val="auto"/>
          <w:lang w:val="ru-RU"/>
        </w:rPr>
        <w:t xml:space="preserve">В 2019 году планируется пересмотр руководства по профилактике передачи ВИЧ от матери ребенку для </w:t>
      </w:r>
      <w:r w:rsidR="00C63ACD" w:rsidRPr="00823FBD">
        <w:rPr>
          <w:rFonts w:ascii="Arial" w:hAnsi="Arial" w:cs="Arial"/>
          <w:color w:val="auto"/>
          <w:lang w:val="ru-RU"/>
        </w:rPr>
        <w:t>соответствия</w:t>
      </w:r>
      <w:r w:rsidR="00225343" w:rsidRPr="00823FBD">
        <w:rPr>
          <w:rFonts w:ascii="Arial" w:hAnsi="Arial" w:cs="Arial"/>
          <w:color w:val="auto"/>
          <w:lang w:val="ru-RU"/>
        </w:rPr>
        <w:t xml:space="preserve"> национальной политики по ППМР </w:t>
      </w:r>
      <w:r w:rsidR="00C63ACD" w:rsidRPr="00823FBD">
        <w:rPr>
          <w:rFonts w:ascii="Arial" w:hAnsi="Arial" w:cs="Arial"/>
          <w:color w:val="auto"/>
          <w:lang w:val="ru-RU"/>
        </w:rPr>
        <w:t>международным рекомендациям и стандартам</w:t>
      </w:r>
      <w:r w:rsidR="00D22989" w:rsidRPr="00823FBD">
        <w:rPr>
          <w:rFonts w:ascii="Arial" w:hAnsi="Arial" w:cs="Arial"/>
          <w:color w:val="auto"/>
          <w:lang w:val="ru-RU"/>
        </w:rPr>
        <w:t xml:space="preserve">. </w:t>
      </w:r>
    </w:p>
    <w:p w:rsidR="00D22989" w:rsidRPr="0070348D" w:rsidRDefault="00D22989" w:rsidP="0070348D">
      <w:pPr>
        <w:pStyle w:val="Default"/>
        <w:ind w:firstLine="360"/>
        <w:jc w:val="both"/>
        <w:rPr>
          <w:rFonts w:ascii="Arial" w:hAnsi="Arial" w:cs="Arial"/>
          <w:lang w:val="ru-RU"/>
        </w:rPr>
      </w:pPr>
      <w:r>
        <w:rPr>
          <w:rFonts w:ascii="Arial" w:hAnsi="Arial" w:cs="Arial"/>
          <w:color w:val="auto"/>
          <w:lang w:val="ru-RU"/>
        </w:rPr>
        <w:t xml:space="preserve">Также, для закрепления положительных результатов </w:t>
      </w:r>
      <w:r w:rsidR="00A04478">
        <w:rPr>
          <w:rFonts w:ascii="Arial" w:hAnsi="Arial" w:cs="Arial"/>
          <w:color w:val="auto"/>
          <w:lang w:val="ru-RU"/>
        </w:rPr>
        <w:t>в оказании профилактических программ</w:t>
      </w:r>
      <w:r w:rsidR="00FB7E91">
        <w:rPr>
          <w:rFonts w:ascii="Arial" w:hAnsi="Arial" w:cs="Arial"/>
          <w:color w:val="auto"/>
          <w:lang w:val="ru-RU"/>
        </w:rPr>
        <w:t xml:space="preserve"> по предотвращению </w:t>
      </w:r>
      <w:r w:rsidR="00D3668C">
        <w:rPr>
          <w:rFonts w:ascii="Arial" w:hAnsi="Arial" w:cs="Arial"/>
          <w:color w:val="auto"/>
          <w:lang w:val="ru-RU"/>
        </w:rPr>
        <w:t>передачи ВИЧ от матери ребенку, Республика Казахстан предоставила отчет для валидации и получения сертификат</w:t>
      </w:r>
      <w:r w:rsidR="00CC4FE5">
        <w:rPr>
          <w:rFonts w:ascii="Arial" w:hAnsi="Arial" w:cs="Arial"/>
          <w:color w:val="auto"/>
          <w:lang w:val="ru-RU"/>
        </w:rPr>
        <w:t>а</w:t>
      </w:r>
      <w:r w:rsidR="00D3668C">
        <w:rPr>
          <w:rFonts w:ascii="Arial" w:hAnsi="Arial" w:cs="Arial"/>
          <w:color w:val="auto"/>
          <w:lang w:val="ru-RU"/>
        </w:rPr>
        <w:t xml:space="preserve"> ВОЗ по элиминации передачи ВИЧ</w:t>
      </w:r>
      <w:r w:rsidR="00CC4FE5">
        <w:rPr>
          <w:rFonts w:ascii="Arial" w:hAnsi="Arial" w:cs="Arial"/>
          <w:color w:val="auto"/>
          <w:lang w:val="ru-RU"/>
        </w:rPr>
        <w:t xml:space="preserve"> инфекции</w:t>
      </w:r>
      <w:r w:rsidR="00182962">
        <w:rPr>
          <w:rFonts w:ascii="Arial" w:hAnsi="Arial" w:cs="Arial"/>
          <w:color w:val="auto"/>
          <w:lang w:val="ru-RU"/>
        </w:rPr>
        <w:t xml:space="preserve"> </w:t>
      </w:r>
      <w:r w:rsidR="00AA6488">
        <w:rPr>
          <w:rFonts w:ascii="Arial" w:hAnsi="Arial" w:cs="Arial"/>
          <w:color w:val="auto"/>
          <w:lang w:val="ru-RU"/>
        </w:rPr>
        <w:t xml:space="preserve">в </w:t>
      </w:r>
      <w:r w:rsidR="00182962">
        <w:rPr>
          <w:rFonts w:ascii="Arial" w:hAnsi="Arial" w:cs="Arial"/>
          <w:color w:val="auto"/>
          <w:lang w:val="ru-RU"/>
        </w:rPr>
        <w:t>2019 год</w:t>
      </w:r>
      <w:r w:rsidR="00AA6488">
        <w:rPr>
          <w:rFonts w:ascii="Arial" w:hAnsi="Arial" w:cs="Arial"/>
          <w:color w:val="auto"/>
          <w:lang w:val="ru-RU"/>
        </w:rPr>
        <w:t>у</w:t>
      </w:r>
      <w:r w:rsidR="00182962">
        <w:rPr>
          <w:rFonts w:ascii="Arial" w:hAnsi="Arial" w:cs="Arial"/>
          <w:color w:val="auto"/>
          <w:lang w:val="ru-RU"/>
        </w:rPr>
        <w:t xml:space="preserve">. </w:t>
      </w:r>
      <w:r w:rsidR="00D3668C">
        <w:rPr>
          <w:rFonts w:ascii="Arial" w:hAnsi="Arial" w:cs="Arial"/>
          <w:color w:val="auto"/>
          <w:lang w:val="ru-RU"/>
        </w:rPr>
        <w:t xml:space="preserve"> </w:t>
      </w:r>
      <w:r w:rsidR="00A04478">
        <w:rPr>
          <w:rFonts w:ascii="Arial" w:hAnsi="Arial" w:cs="Arial"/>
          <w:color w:val="auto"/>
          <w:lang w:val="ru-RU"/>
        </w:rPr>
        <w:t xml:space="preserve"> </w:t>
      </w:r>
    </w:p>
    <w:p w:rsidR="00B10CC0" w:rsidRDefault="00B10CC0" w:rsidP="00A7796B">
      <w:pPr>
        <w:spacing w:after="0" w:line="240" w:lineRule="auto"/>
        <w:ind w:firstLine="709"/>
        <w:jc w:val="both"/>
        <w:rPr>
          <w:rFonts w:ascii="Arial" w:hAnsi="Arial" w:cs="Arial"/>
          <w:sz w:val="24"/>
          <w:szCs w:val="24"/>
          <w:shd w:val="clear" w:color="auto" w:fill="FFFFFF"/>
          <w:lang w:val="ru-RU"/>
        </w:rPr>
      </w:pPr>
    </w:p>
    <w:p w:rsidR="00516A84" w:rsidRDefault="00516A84" w:rsidP="00BF2CF0">
      <w:pPr>
        <w:spacing w:after="0" w:line="240" w:lineRule="auto"/>
        <w:ind w:firstLine="709"/>
        <w:jc w:val="center"/>
        <w:rPr>
          <w:rFonts w:ascii="Arial" w:hAnsi="Arial" w:cs="Arial"/>
          <w:sz w:val="24"/>
          <w:szCs w:val="24"/>
          <w:shd w:val="clear" w:color="auto" w:fill="FFFFFF"/>
          <w:lang w:val="ru-RU"/>
        </w:rPr>
      </w:pPr>
    </w:p>
    <w:p w:rsidR="00516A84" w:rsidRPr="00BF2CF0" w:rsidRDefault="00BF2CF0" w:rsidP="00BF2CF0">
      <w:pPr>
        <w:spacing w:after="0" w:line="240" w:lineRule="auto"/>
        <w:ind w:left="360"/>
        <w:jc w:val="center"/>
        <w:rPr>
          <w:rFonts w:ascii="Arial" w:hAnsi="Arial" w:cs="Arial"/>
          <w:b/>
          <w:sz w:val="24"/>
          <w:szCs w:val="24"/>
          <w:shd w:val="clear" w:color="auto" w:fill="FFFFFF"/>
          <w:lang w:val="ru-RU"/>
        </w:rPr>
      </w:pPr>
      <w:r w:rsidRPr="00BF2CF0">
        <w:rPr>
          <w:rFonts w:ascii="Arial" w:hAnsi="Arial" w:cs="Arial"/>
          <w:b/>
          <w:bCs/>
          <w:color w:val="002060"/>
          <w:sz w:val="24"/>
          <w:szCs w:val="24"/>
          <w:shd w:val="clear" w:color="auto" w:fill="FFFFFF"/>
          <w:lang w:val="ru-RU"/>
        </w:rPr>
        <w:t>ОБЯЗАТЕЛЬСТВО</w:t>
      </w:r>
      <w:r>
        <w:rPr>
          <w:rFonts w:ascii="Arial" w:hAnsi="Arial" w:cs="Arial"/>
          <w:b/>
          <w:bCs/>
          <w:color w:val="002060"/>
          <w:sz w:val="24"/>
          <w:szCs w:val="24"/>
          <w:shd w:val="clear" w:color="auto" w:fill="FFFFFF"/>
          <w:lang w:val="ru-RU"/>
        </w:rPr>
        <w:t xml:space="preserve"> 3 </w:t>
      </w:r>
      <w:r w:rsidRPr="00BF2CF0">
        <w:rPr>
          <w:rFonts w:ascii="Arial" w:hAnsi="Arial" w:cs="Arial"/>
          <w:b/>
          <w:bCs/>
          <w:color w:val="002060"/>
          <w:sz w:val="24"/>
          <w:szCs w:val="24"/>
          <w:shd w:val="clear" w:color="auto" w:fill="FFFFFF"/>
          <w:lang w:val="ru-RU"/>
        </w:rPr>
        <w:t>: Обеспечить доступ к комбинированной профилактике, включая доконтактную профилактику, добровольное медицинское мужское обрезание, снижение вреда и пропаганду использования презервативов, для, как минимум, 90% людей, особенно молодых женщин и девочек-подростков в странах с высоким уровнем распространенности и ключевых групп населения — геев и других мужчин, имеющих половые связи с мужчинами, трансгендеров, работников секс-бизнеса и их клиентов, лиц, употребляющих инъекционные наркотики и заключенных</w:t>
      </w:r>
    </w:p>
    <w:p w:rsidR="00A10986" w:rsidRDefault="00A10986" w:rsidP="00A7796B">
      <w:pPr>
        <w:spacing w:after="0" w:line="240" w:lineRule="auto"/>
        <w:ind w:firstLine="709"/>
        <w:jc w:val="both"/>
        <w:rPr>
          <w:rFonts w:ascii="Arial" w:hAnsi="Arial" w:cs="Arial"/>
          <w:shd w:val="clear" w:color="auto" w:fill="FFFFFF"/>
          <w:lang w:val="ru-RU"/>
        </w:rPr>
      </w:pPr>
    </w:p>
    <w:p w:rsidR="00516A84" w:rsidRPr="00E967C7" w:rsidRDefault="00D64F30" w:rsidP="00A7796B">
      <w:pPr>
        <w:spacing w:after="0" w:line="240" w:lineRule="auto"/>
        <w:ind w:firstLine="709"/>
        <w:jc w:val="both"/>
        <w:rPr>
          <w:rFonts w:ascii="Arial" w:hAnsi="Arial" w:cs="Arial"/>
          <w:sz w:val="24"/>
          <w:szCs w:val="24"/>
          <w:shd w:val="clear" w:color="auto" w:fill="FFFFFF"/>
          <w:lang w:val="ru-RU"/>
        </w:rPr>
      </w:pPr>
      <w:r w:rsidRPr="00E967C7">
        <w:rPr>
          <w:rFonts w:ascii="Arial" w:hAnsi="Arial" w:cs="Arial"/>
          <w:sz w:val="24"/>
          <w:szCs w:val="24"/>
          <w:shd w:val="clear" w:color="auto" w:fill="FFFFFF"/>
          <w:lang w:val="ru-RU"/>
        </w:rPr>
        <w:t>На сегодняшний день ряд профилактических методов</w:t>
      </w:r>
      <w:r w:rsidR="00AD394D" w:rsidRPr="00E967C7">
        <w:rPr>
          <w:rFonts w:ascii="Arial" w:hAnsi="Arial" w:cs="Arial"/>
          <w:sz w:val="24"/>
          <w:szCs w:val="24"/>
          <w:shd w:val="clear" w:color="auto" w:fill="FFFFFF"/>
          <w:lang w:val="ru-RU"/>
        </w:rPr>
        <w:t xml:space="preserve"> доказали свою высокую эффективность в плане защиты от ВИЧ-инфекции или снижения риска заражения. Среди них</w:t>
      </w:r>
      <w:r w:rsidR="00AD394D" w:rsidRPr="00E967C7">
        <w:rPr>
          <w:rFonts w:ascii="Arial" w:hAnsi="Arial" w:cs="Arial"/>
          <w:sz w:val="24"/>
          <w:szCs w:val="24"/>
          <w:shd w:val="clear" w:color="auto" w:fill="FFFFFF"/>
        </w:rPr>
        <w:t> </w:t>
      </w:r>
      <w:r w:rsidR="00AD394D" w:rsidRPr="00E967C7">
        <w:rPr>
          <w:rFonts w:ascii="Arial" w:hAnsi="Arial" w:cs="Arial"/>
          <w:sz w:val="24"/>
          <w:szCs w:val="24"/>
          <w:shd w:val="clear" w:color="auto" w:fill="FFFFFF"/>
          <w:lang w:val="ru-RU"/>
        </w:rPr>
        <w:t xml:space="preserve">— </w:t>
      </w:r>
      <w:r w:rsidR="00A10986" w:rsidRPr="00E967C7">
        <w:rPr>
          <w:rFonts w:ascii="Arial" w:hAnsi="Arial" w:cs="Arial"/>
          <w:sz w:val="24"/>
          <w:szCs w:val="24"/>
          <w:shd w:val="clear" w:color="auto" w:fill="FFFFFF"/>
          <w:lang w:val="ru-RU"/>
        </w:rPr>
        <w:t xml:space="preserve">использование </w:t>
      </w:r>
      <w:r w:rsidR="00AD394D" w:rsidRPr="00E967C7">
        <w:rPr>
          <w:rFonts w:ascii="Arial" w:hAnsi="Arial" w:cs="Arial"/>
          <w:sz w:val="24"/>
          <w:szCs w:val="24"/>
          <w:shd w:val="clear" w:color="auto" w:fill="FFFFFF"/>
          <w:lang w:val="ru-RU"/>
        </w:rPr>
        <w:t>мужски</w:t>
      </w:r>
      <w:r w:rsidR="00A10986" w:rsidRPr="00E967C7">
        <w:rPr>
          <w:rFonts w:ascii="Arial" w:hAnsi="Arial" w:cs="Arial"/>
          <w:sz w:val="24"/>
          <w:szCs w:val="24"/>
          <w:shd w:val="clear" w:color="auto" w:fill="FFFFFF"/>
          <w:lang w:val="ru-RU"/>
        </w:rPr>
        <w:t>х</w:t>
      </w:r>
      <w:r w:rsidR="00AD394D" w:rsidRPr="00E967C7">
        <w:rPr>
          <w:rFonts w:ascii="Arial" w:hAnsi="Arial" w:cs="Arial"/>
          <w:sz w:val="24"/>
          <w:szCs w:val="24"/>
          <w:shd w:val="clear" w:color="auto" w:fill="FFFFFF"/>
          <w:lang w:val="ru-RU"/>
        </w:rPr>
        <w:t xml:space="preserve"> и женски</w:t>
      </w:r>
      <w:r w:rsidR="00A10986" w:rsidRPr="00E967C7">
        <w:rPr>
          <w:rFonts w:ascii="Arial" w:hAnsi="Arial" w:cs="Arial"/>
          <w:sz w:val="24"/>
          <w:szCs w:val="24"/>
          <w:shd w:val="clear" w:color="auto" w:fill="FFFFFF"/>
          <w:lang w:val="ru-RU"/>
        </w:rPr>
        <w:t>х</w:t>
      </w:r>
      <w:r w:rsidR="00AD394D" w:rsidRPr="00E967C7">
        <w:rPr>
          <w:rFonts w:ascii="Arial" w:hAnsi="Arial" w:cs="Arial"/>
          <w:sz w:val="24"/>
          <w:szCs w:val="24"/>
          <w:shd w:val="clear" w:color="auto" w:fill="FFFFFF"/>
          <w:lang w:val="ru-RU"/>
        </w:rPr>
        <w:t xml:space="preserve"> презерватив</w:t>
      </w:r>
      <w:r w:rsidR="00A10986" w:rsidRPr="00E967C7">
        <w:rPr>
          <w:rFonts w:ascii="Arial" w:hAnsi="Arial" w:cs="Arial"/>
          <w:sz w:val="24"/>
          <w:szCs w:val="24"/>
          <w:shd w:val="clear" w:color="auto" w:fill="FFFFFF"/>
          <w:lang w:val="ru-RU"/>
        </w:rPr>
        <w:t>ов</w:t>
      </w:r>
      <w:r w:rsidR="00AD394D" w:rsidRPr="00E967C7">
        <w:rPr>
          <w:rFonts w:ascii="Arial" w:hAnsi="Arial" w:cs="Arial"/>
          <w:sz w:val="24"/>
          <w:szCs w:val="24"/>
          <w:shd w:val="clear" w:color="auto" w:fill="FFFFFF"/>
          <w:lang w:val="ru-RU"/>
        </w:rPr>
        <w:t>, прием антиретровирусных препаратов в качестве доконтактной профилактики (ДКП), сокращение количества половых партнеров, использование чистых игл и шприцев</w:t>
      </w:r>
      <w:r w:rsidR="001C36BD" w:rsidRPr="00E967C7">
        <w:rPr>
          <w:rFonts w:ascii="Arial" w:hAnsi="Arial" w:cs="Arial"/>
          <w:sz w:val="24"/>
          <w:szCs w:val="24"/>
          <w:shd w:val="clear" w:color="auto" w:fill="FFFFFF"/>
          <w:lang w:val="ru-RU"/>
        </w:rPr>
        <w:t xml:space="preserve"> при употреблении наркотических средств</w:t>
      </w:r>
      <w:r w:rsidR="00AD394D" w:rsidRPr="00E967C7">
        <w:rPr>
          <w:rFonts w:ascii="Arial" w:hAnsi="Arial" w:cs="Arial"/>
          <w:sz w:val="24"/>
          <w:szCs w:val="24"/>
          <w:shd w:val="clear" w:color="auto" w:fill="FFFFFF"/>
          <w:lang w:val="ru-RU"/>
        </w:rPr>
        <w:t xml:space="preserve">, опиоидная заместительная терапия (например, </w:t>
      </w:r>
      <w:proofErr w:type="spellStart"/>
      <w:r w:rsidR="00AD394D" w:rsidRPr="00E967C7">
        <w:rPr>
          <w:rFonts w:ascii="Arial" w:hAnsi="Arial" w:cs="Arial"/>
          <w:sz w:val="24"/>
          <w:szCs w:val="24"/>
          <w:shd w:val="clear" w:color="auto" w:fill="FFFFFF"/>
          <w:lang w:val="ru-RU"/>
        </w:rPr>
        <w:t>метадоновая</w:t>
      </w:r>
      <w:proofErr w:type="spellEnd"/>
      <w:r w:rsidR="00AD394D" w:rsidRPr="00E967C7">
        <w:rPr>
          <w:rFonts w:ascii="Arial" w:hAnsi="Arial" w:cs="Arial"/>
          <w:sz w:val="24"/>
          <w:szCs w:val="24"/>
          <w:shd w:val="clear" w:color="auto" w:fill="FFFFFF"/>
          <w:lang w:val="ru-RU"/>
        </w:rPr>
        <w:t>) и лечение ВИЧ-инфицированных людей для снижения вирусной нагрузки и предотвращения дальнейшего распространения вируса.</w:t>
      </w:r>
    </w:p>
    <w:p w:rsidR="00AD394D" w:rsidRPr="003B39E9" w:rsidRDefault="00902EB9" w:rsidP="003B39E9">
      <w:pPr>
        <w:spacing w:after="0" w:line="240" w:lineRule="auto"/>
        <w:ind w:firstLine="567"/>
        <w:jc w:val="both"/>
        <w:rPr>
          <w:rFonts w:ascii="Arial" w:hAnsi="Arial" w:cs="Arial"/>
          <w:sz w:val="24"/>
          <w:szCs w:val="24"/>
          <w:lang w:val="ru-RU"/>
        </w:rPr>
      </w:pPr>
      <w:r w:rsidRPr="003B39E9">
        <w:rPr>
          <w:rFonts w:ascii="Arial" w:hAnsi="Arial" w:cs="Arial"/>
          <w:sz w:val="24"/>
          <w:szCs w:val="24"/>
          <w:lang w:val="ru-RU"/>
        </w:rPr>
        <w:t xml:space="preserve">ЮНЭЙДС, в Марте 2019 года, в </w:t>
      </w:r>
      <w:r w:rsidR="003B39E9" w:rsidRPr="003B39E9">
        <w:rPr>
          <w:rFonts w:ascii="Arial" w:hAnsi="Arial" w:cs="Arial"/>
          <w:sz w:val="24"/>
          <w:szCs w:val="24"/>
          <w:shd w:val="clear" w:color="auto" w:fill="FFFFFF"/>
          <w:lang w:val="ru-RU"/>
        </w:rPr>
        <w:t xml:space="preserve">преддверии проведения Комиссии по наркотическим средствам, </w:t>
      </w:r>
      <w:r w:rsidR="0063530A">
        <w:rPr>
          <w:rFonts w:ascii="Arial" w:hAnsi="Arial" w:cs="Arial"/>
          <w:sz w:val="24"/>
          <w:szCs w:val="24"/>
          <w:shd w:val="clear" w:color="auto" w:fill="FFFFFF"/>
          <w:lang w:val="ru-RU"/>
        </w:rPr>
        <w:t>начинающейся</w:t>
      </w:r>
      <w:r w:rsidR="003B39E9" w:rsidRPr="003B39E9">
        <w:rPr>
          <w:rFonts w:ascii="Arial" w:hAnsi="Arial" w:cs="Arial"/>
          <w:sz w:val="24"/>
          <w:szCs w:val="24"/>
          <w:shd w:val="clear" w:color="auto" w:fill="FFFFFF"/>
          <w:lang w:val="ru-RU"/>
        </w:rPr>
        <w:t xml:space="preserve"> 14 марта 2019 года в Вене (Австрия), призывает </w:t>
      </w:r>
      <w:r w:rsidR="006C1856">
        <w:rPr>
          <w:rFonts w:ascii="Arial" w:hAnsi="Arial" w:cs="Arial"/>
          <w:sz w:val="24"/>
          <w:szCs w:val="24"/>
          <w:shd w:val="clear" w:color="auto" w:fill="FFFFFF"/>
          <w:lang w:val="ru-RU"/>
        </w:rPr>
        <w:t xml:space="preserve">все </w:t>
      </w:r>
      <w:r w:rsidR="003B39E9" w:rsidRPr="003B39E9">
        <w:rPr>
          <w:rFonts w:ascii="Arial" w:hAnsi="Arial" w:cs="Arial"/>
          <w:sz w:val="24"/>
          <w:szCs w:val="24"/>
          <w:shd w:val="clear" w:color="auto" w:fill="FFFFFF"/>
          <w:lang w:val="ru-RU"/>
        </w:rPr>
        <w:t xml:space="preserve">страны пересмотреть свою политику в отношении </w:t>
      </w:r>
      <w:r w:rsidR="006C1856">
        <w:rPr>
          <w:rFonts w:ascii="Arial" w:hAnsi="Arial" w:cs="Arial"/>
          <w:sz w:val="24"/>
          <w:szCs w:val="24"/>
          <w:shd w:val="clear" w:color="auto" w:fill="FFFFFF"/>
          <w:lang w:val="ru-RU"/>
        </w:rPr>
        <w:t xml:space="preserve">людей, употребляющих </w:t>
      </w:r>
      <w:r w:rsidR="005620D1">
        <w:rPr>
          <w:rFonts w:ascii="Arial" w:hAnsi="Arial" w:cs="Arial"/>
          <w:sz w:val="24"/>
          <w:szCs w:val="24"/>
          <w:shd w:val="clear" w:color="auto" w:fill="FFFFFF"/>
          <w:lang w:val="ru-RU"/>
        </w:rPr>
        <w:t xml:space="preserve">наркотики </w:t>
      </w:r>
      <w:r w:rsidR="005620D1" w:rsidRPr="003B39E9">
        <w:rPr>
          <w:rFonts w:ascii="Arial" w:hAnsi="Arial" w:cs="Arial"/>
          <w:sz w:val="24"/>
          <w:szCs w:val="24"/>
          <w:shd w:val="clear" w:color="auto" w:fill="FFFFFF"/>
          <w:lang w:val="ru-RU"/>
        </w:rPr>
        <w:t>и</w:t>
      </w:r>
      <w:r w:rsidR="003B39E9" w:rsidRPr="003B39E9">
        <w:rPr>
          <w:rFonts w:ascii="Arial" w:hAnsi="Arial" w:cs="Arial"/>
          <w:sz w:val="24"/>
          <w:szCs w:val="24"/>
          <w:shd w:val="clear" w:color="auto" w:fill="FFFFFF"/>
          <w:lang w:val="ru-RU"/>
        </w:rPr>
        <w:t xml:space="preserve"> с</w:t>
      </w:r>
      <w:r w:rsidR="006C1856">
        <w:rPr>
          <w:rFonts w:ascii="Arial" w:hAnsi="Arial" w:cs="Arial"/>
          <w:sz w:val="24"/>
          <w:szCs w:val="24"/>
          <w:shd w:val="clear" w:color="auto" w:fill="FFFFFF"/>
          <w:lang w:val="ru-RU"/>
        </w:rPr>
        <w:t>оотносить</w:t>
      </w:r>
      <w:r w:rsidR="003B39E9" w:rsidRPr="003B39E9">
        <w:rPr>
          <w:rFonts w:ascii="Arial" w:hAnsi="Arial" w:cs="Arial"/>
          <w:sz w:val="24"/>
          <w:szCs w:val="24"/>
          <w:shd w:val="clear" w:color="auto" w:fill="FFFFFF"/>
          <w:lang w:val="ru-RU"/>
        </w:rPr>
        <w:t xml:space="preserve"> права человека с охраной общественного здоровья.</w:t>
      </w:r>
      <w:r w:rsidRPr="003B39E9">
        <w:rPr>
          <w:rFonts w:ascii="Arial" w:hAnsi="Arial" w:cs="Arial"/>
          <w:sz w:val="24"/>
          <w:szCs w:val="24"/>
          <w:lang w:val="ru-RU"/>
        </w:rPr>
        <w:t xml:space="preserve"> </w:t>
      </w:r>
      <w:r w:rsidR="001C36BD" w:rsidRPr="003B39E9">
        <w:rPr>
          <w:rFonts w:ascii="Arial" w:hAnsi="Arial" w:cs="Arial"/>
          <w:sz w:val="24"/>
          <w:szCs w:val="24"/>
          <w:lang w:val="ru-RU"/>
        </w:rPr>
        <w:t xml:space="preserve"> </w:t>
      </w:r>
    </w:p>
    <w:p w:rsidR="00902EB9" w:rsidRPr="003B39E9" w:rsidRDefault="000F26FC" w:rsidP="000F26FC">
      <w:pPr>
        <w:pStyle w:val="selectionshareable"/>
        <w:shd w:val="clear" w:color="auto" w:fill="FFFFFF"/>
        <w:spacing w:before="0" w:beforeAutospacing="0" w:after="0" w:afterAutospacing="0"/>
        <w:ind w:firstLine="330"/>
        <w:jc w:val="both"/>
        <w:rPr>
          <w:rFonts w:ascii="Arial" w:hAnsi="Arial" w:cs="Arial"/>
          <w:lang w:val="ru-RU"/>
        </w:rPr>
      </w:pPr>
      <w:r>
        <w:rPr>
          <w:rFonts w:ascii="Arial" w:hAnsi="Arial" w:cs="Arial"/>
          <w:lang w:val="ru-RU"/>
        </w:rPr>
        <w:t xml:space="preserve">Таким образом, </w:t>
      </w:r>
      <w:r w:rsidR="00902EB9" w:rsidRPr="003B39E9">
        <w:rPr>
          <w:rFonts w:ascii="Arial" w:hAnsi="Arial" w:cs="Arial"/>
          <w:lang w:val="ru-RU"/>
        </w:rPr>
        <w:t>ЮНЭЙДС приводит ряд рекомендаций для стран, включая следующие:</w:t>
      </w:r>
    </w:p>
    <w:p w:rsidR="00902EB9" w:rsidRPr="003B39E9" w:rsidRDefault="00902EB9" w:rsidP="003B39E9">
      <w:pPr>
        <w:pStyle w:val="selectionshareable"/>
        <w:numPr>
          <w:ilvl w:val="0"/>
          <w:numId w:val="21"/>
        </w:numPr>
        <w:shd w:val="clear" w:color="auto" w:fill="FFFFFF"/>
        <w:spacing w:before="0" w:beforeAutospacing="0" w:after="0" w:afterAutospacing="0"/>
        <w:ind w:left="330"/>
        <w:rPr>
          <w:rFonts w:ascii="Arial" w:hAnsi="Arial" w:cs="Arial"/>
          <w:lang w:val="ru-RU"/>
        </w:rPr>
      </w:pPr>
      <w:r w:rsidRPr="003B39E9">
        <w:rPr>
          <w:rFonts w:ascii="Arial" w:hAnsi="Arial" w:cs="Arial"/>
          <w:lang w:val="ru-RU"/>
        </w:rPr>
        <w:t>Полная реализация комплексных услуг по снижению вреда, профилактике и лечению ВИЧ, включая программы обеспечения шприцами и иглами, заместительной опиоидной терапии, контроля передозировки с помощью налоксона и предоставления безопасных помещений для употребления</w:t>
      </w:r>
      <w:r w:rsidR="00096CA6">
        <w:rPr>
          <w:rFonts w:ascii="Arial" w:hAnsi="Arial" w:cs="Arial"/>
          <w:lang w:val="ru-RU"/>
        </w:rPr>
        <w:t>;</w:t>
      </w:r>
    </w:p>
    <w:p w:rsidR="00902EB9" w:rsidRPr="003B39E9" w:rsidRDefault="00902EB9" w:rsidP="003B39E9">
      <w:pPr>
        <w:pStyle w:val="selectionshareable"/>
        <w:numPr>
          <w:ilvl w:val="0"/>
          <w:numId w:val="21"/>
        </w:numPr>
        <w:shd w:val="clear" w:color="auto" w:fill="FFFFFF"/>
        <w:spacing w:before="0" w:beforeAutospacing="0" w:after="0" w:afterAutospacing="0"/>
        <w:ind w:left="330"/>
        <w:rPr>
          <w:rFonts w:ascii="Arial" w:hAnsi="Arial" w:cs="Arial"/>
          <w:lang w:val="ru-RU"/>
        </w:rPr>
      </w:pPr>
      <w:r w:rsidRPr="003B39E9">
        <w:rPr>
          <w:rFonts w:ascii="Arial" w:hAnsi="Arial" w:cs="Arial"/>
          <w:lang w:val="ru-RU"/>
        </w:rPr>
        <w:t xml:space="preserve">Обеспечение для всех людей, употребляющих наркотики, доступа к услугам профилактики, тестирования и жизненно необходимого </w:t>
      </w:r>
      <w:r w:rsidRPr="003B39E9">
        <w:rPr>
          <w:rFonts w:ascii="Arial" w:hAnsi="Arial" w:cs="Arial"/>
          <w:lang w:val="ru-RU"/>
        </w:rPr>
        <w:lastRenderedPageBreak/>
        <w:t>лечения в сфере ВИЧ, туберкулеза, вирусного гепатита и инфекций, передающихся половым путем.</w:t>
      </w:r>
    </w:p>
    <w:p w:rsidR="00902EB9" w:rsidRPr="003B39E9" w:rsidRDefault="00902EB9" w:rsidP="003B39E9">
      <w:pPr>
        <w:pStyle w:val="selectionshareable"/>
        <w:numPr>
          <w:ilvl w:val="0"/>
          <w:numId w:val="21"/>
        </w:numPr>
        <w:shd w:val="clear" w:color="auto" w:fill="FFFFFF"/>
        <w:spacing w:before="0" w:beforeAutospacing="0" w:after="0" w:afterAutospacing="0"/>
        <w:ind w:left="330"/>
        <w:rPr>
          <w:rFonts w:ascii="Arial" w:hAnsi="Arial" w:cs="Arial"/>
          <w:lang w:val="ru-RU"/>
        </w:rPr>
      </w:pPr>
      <w:r w:rsidRPr="003B39E9">
        <w:rPr>
          <w:rFonts w:ascii="Arial" w:hAnsi="Arial" w:cs="Arial"/>
          <w:lang w:val="ru-RU"/>
        </w:rPr>
        <w:t>Декриминализация употребления наркотиков и их хранения для личного пользования.</w:t>
      </w:r>
    </w:p>
    <w:p w:rsidR="00902EB9" w:rsidRPr="003B39E9" w:rsidRDefault="00902EB9" w:rsidP="003B39E9">
      <w:pPr>
        <w:pStyle w:val="selectionshareable"/>
        <w:numPr>
          <w:ilvl w:val="0"/>
          <w:numId w:val="21"/>
        </w:numPr>
        <w:shd w:val="clear" w:color="auto" w:fill="FFFFFF"/>
        <w:spacing w:before="0" w:beforeAutospacing="0" w:after="0" w:afterAutospacing="0"/>
        <w:ind w:left="330"/>
        <w:rPr>
          <w:rFonts w:ascii="Arial" w:hAnsi="Arial" w:cs="Arial"/>
          <w:lang w:val="ru-RU"/>
        </w:rPr>
      </w:pPr>
      <w:r w:rsidRPr="003B39E9">
        <w:rPr>
          <w:rFonts w:ascii="Arial" w:hAnsi="Arial" w:cs="Arial"/>
          <w:lang w:val="ru-RU"/>
        </w:rPr>
        <w:t>Реализация мер, направленных на устранение остракизма и дискриминации в отношении людей, принимающих наркотики.</w:t>
      </w:r>
    </w:p>
    <w:p w:rsidR="00902EB9" w:rsidRPr="003B39E9" w:rsidRDefault="00902EB9" w:rsidP="003B39E9">
      <w:pPr>
        <w:pStyle w:val="selectionshareable"/>
        <w:numPr>
          <w:ilvl w:val="0"/>
          <w:numId w:val="21"/>
        </w:numPr>
        <w:shd w:val="clear" w:color="auto" w:fill="FFFFFF"/>
        <w:spacing w:before="0" w:beforeAutospacing="0" w:after="0" w:afterAutospacing="0"/>
        <w:ind w:left="330"/>
        <w:rPr>
          <w:rFonts w:ascii="Arial" w:hAnsi="Arial" w:cs="Arial"/>
          <w:lang w:val="ru-RU"/>
        </w:rPr>
      </w:pPr>
      <w:r w:rsidRPr="003B39E9">
        <w:rPr>
          <w:rFonts w:ascii="Arial" w:hAnsi="Arial" w:cs="Arial"/>
          <w:lang w:val="ru-RU"/>
        </w:rPr>
        <w:t>Поддержка полного вовлечения в данный вопрос гражданского общества в качестве источника информации, а также среды для мобилизации ресурсов, просветительской деятельности и предоставления лечения в рамках сообщества, особенно в странах, где репрессивная политика является нормой.</w:t>
      </w:r>
    </w:p>
    <w:p w:rsidR="00902EB9" w:rsidRPr="003B39E9" w:rsidRDefault="00902EB9" w:rsidP="003B39E9">
      <w:pPr>
        <w:pStyle w:val="selectionshareable"/>
        <w:numPr>
          <w:ilvl w:val="0"/>
          <w:numId w:val="21"/>
        </w:numPr>
        <w:shd w:val="clear" w:color="auto" w:fill="FFFFFF"/>
        <w:spacing w:before="0" w:beforeAutospacing="0" w:after="0" w:afterAutospacing="0"/>
        <w:ind w:left="330"/>
        <w:rPr>
          <w:rFonts w:ascii="Arial" w:hAnsi="Arial" w:cs="Arial"/>
        </w:rPr>
      </w:pPr>
      <w:r w:rsidRPr="003B39E9">
        <w:rPr>
          <w:rFonts w:ascii="Arial" w:hAnsi="Arial" w:cs="Arial"/>
          <w:lang w:val="ru-RU"/>
        </w:rPr>
        <w:t xml:space="preserve">Инвестирование в программы защиты прав человека и услуги по охране здоровья, включая комплекс услуг по снижению вреда, профилактике и лечению </w:t>
      </w:r>
      <w:r w:rsidRPr="003B39E9">
        <w:rPr>
          <w:rFonts w:ascii="Arial" w:hAnsi="Arial" w:cs="Arial"/>
        </w:rPr>
        <w:t>ВИЧ, деятельность сообществ и социальные инициативы.</w:t>
      </w:r>
    </w:p>
    <w:p w:rsidR="00776D29" w:rsidRDefault="00776D29" w:rsidP="00776D29">
      <w:pPr>
        <w:pStyle w:val="a5"/>
        <w:jc w:val="both"/>
        <w:rPr>
          <w:rFonts w:ascii="Arial" w:hAnsi="Arial" w:cs="Arial"/>
          <w:sz w:val="24"/>
          <w:szCs w:val="24"/>
          <w:lang w:val="ru-RU"/>
        </w:rPr>
      </w:pPr>
    </w:p>
    <w:p w:rsidR="00EC0CFD" w:rsidRDefault="00776D29" w:rsidP="00AB3BBD">
      <w:pPr>
        <w:spacing w:after="0" w:line="240" w:lineRule="auto"/>
        <w:ind w:firstLine="562"/>
        <w:jc w:val="both"/>
        <w:rPr>
          <w:rFonts w:ascii="Arial" w:hAnsi="Arial" w:cs="Arial"/>
          <w:sz w:val="24"/>
          <w:szCs w:val="24"/>
          <w:lang w:val="ru-RU"/>
        </w:rPr>
      </w:pPr>
      <w:r w:rsidRPr="00AB3BBD">
        <w:rPr>
          <w:rFonts w:ascii="Arial" w:hAnsi="Arial" w:cs="Arial"/>
          <w:sz w:val="24"/>
          <w:szCs w:val="24"/>
          <w:lang w:val="ru-RU"/>
        </w:rPr>
        <w:t xml:space="preserve">В Республике Казахстан, многие из перечисленных рекомендаций уже являются функционирующими, в частности </w:t>
      </w:r>
      <w:r w:rsidR="00C44217" w:rsidRPr="00AB3BBD">
        <w:rPr>
          <w:rFonts w:ascii="Arial" w:hAnsi="Arial" w:cs="Arial"/>
          <w:sz w:val="24"/>
          <w:szCs w:val="24"/>
          <w:lang w:val="ru-RU"/>
        </w:rPr>
        <w:t xml:space="preserve">вопросы по </w:t>
      </w:r>
      <w:r w:rsidRPr="00AB3BBD">
        <w:rPr>
          <w:rFonts w:ascii="Arial" w:hAnsi="Arial" w:cs="Arial"/>
          <w:sz w:val="24"/>
          <w:szCs w:val="24"/>
          <w:lang w:val="ru-RU"/>
        </w:rPr>
        <w:t>реализаци</w:t>
      </w:r>
      <w:r w:rsidR="00C44217" w:rsidRPr="00AB3BBD">
        <w:rPr>
          <w:rFonts w:ascii="Arial" w:hAnsi="Arial" w:cs="Arial"/>
          <w:sz w:val="24"/>
          <w:szCs w:val="24"/>
          <w:lang w:val="ru-RU"/>
        </w:rPr>
        <w:t>и</w:t>
      </w:r>
      <w:r w:rsidRPr="00AB3BBD">
        <w:rPr>
          <w:rFonts w:ascii="Arial" w:hAnsi="Arial" w:cs="Arial"/>
          <w:sz w:val="24"/>
          <w:szCs w:val="24"/>
          <w:lang w:val="ru-RU"/>
        </w:rPr>
        <w:t xml:space="preserve"> комплексных услуг по снижению вреда, профилактике и лечению ВИЧ, включая программы обеспечения шприцами и иглами для людей, употребляющих инъекционные в</w:t>
      </w:r>
      <w:r w:rsidR="002D2FCE" w:rsidRPr="00AB3BBD">
        <w:rPr>
          <w:rFonts w:ascii="Arial" w:hAnsi="Arial" w:cs="Arial"/>
          <w:sz w:val="24"/>
          <w:szCs w:val="24"/>
          <w:lang w:val="ru-RU"/>
        </w:rPr>
        <w:t>ключены</w:t>
      </w:r>
      <w:r w:rsidR="00C44217" w:rsidRPr="00AB3BBD">
        <w:rPr>
          <w:rFonts w:ascii="Arial" w:hAnsi="Arial" w:cs="Arial"/>
          <w:sz w:val="24"/>
          <w:szCs w:val="24"/>
          <w:lang w:val="ru-RU"/>
        </w:rPr>
        <w:t xml:space="preserve"> в дорожную карту</w:t>
      </w:r>
      <w:r w:rsidR="002D2FCE" w:rsidRPr="00AB3BBD">
        <w:rPr>
          <w:rFonts w:ascii="Arial" w:hAnsi="Arial" w:cs="Arial"/>
          <w:sz w:val="24"/>
          <w:szCs w:val="24"/>
          <w:lang w:val="ru-RU"/>
        </w:rPr>
        <w:t xml:space="preserve"> по профилактики ВИЧ инфекции и утверждены МЗ РК (2018 г.). </w:t>
      </w:r>
      <w:r w:rsidR="002F5DA4" w:rsidRPr="00AB3BBD">
        <w:rPr>
          <w:rFonts w:ascii="Arial" w:hAnsi="Arial" w:cs="Arial"/>
          <w:sz w:val="24"/>
          <w:szCs w:val="24"/>
          <w:lang w:val="ru-RU"/>
        </w:rPr>
        <w:t xml:space="preserve">Вопрос контроля передозировки с помощью налоксона контроля передозировки с помощью налоксона и особенно вопрос по предоставлению заместительной опиоидной терапии (метадоном) является критическим в стране. </w:t>
      </w:r>
    </w:p>
    <w:p w:rsidR="00CD746E" w:rsidRDefault="004A0FE2" w:rsidP="00AB3BBD">
      <w:pPr>
        <w:spacing w:after="0" w:line="240" w:lineRule="auto"/>
        <w:ind w:firstLine="562"/>
        <w:jc w:val="both"/>
        <w:rPr>
          <w:rFonts w:ascii="Arial" w:hAnsi="Arial" w:cs="Arial"/>
          <w:sz w:val="24"/>
          <w:szCs w:val="24"/>
          <w:lang w:val="ru-RU"/>
        </w:rPr>
      </w:pPr>
      <w:r w:rsidRPr="00AB3BBD">
        <w:rPr>
          <w:rFonts w:ascii="Arial" w:hAnsi="Arial" w:cs="Arial"/>
          <w:sz w:val="24"/>
          <w:szCs w:val="24"/>
          <w:lang w:val="ru-RU"/>
        </w:rPr>
        <w:t xml:space="preserve">На сегодняшний день, </w:t>
      </w:r>
      <w:r w:rsidR="00AE3043" w:rsidRPr="00AB3BBD">
        <w:rPr>
          <w:rFonts w:ascii="Arial" w:hAnsi="Arial" w:cs="Arial"/>
          <w:sz w:val="24"/>
          <w:szCs w:val="24"/>
          <w:lang w:val="ru-RU"/>
        </w:rPr>
        <w:t xml:space="preserve">в стране </w:t>
      </w:r>
      <w:r w:rsidRPr="00AB3BBD">
        <w:rPr>
          <w:rFonts w:ascii="Arial" w:hAnsi="Arial" w:cs="Arial"/>
          <w:sz w:val="24"/>
          <w:szCs w:val="24"/>
          <w:lang w:val="ru-RU"/>
        </w:rPr>
        <w:t xml:space="preserve">инъекционный путь передачи ВИЧ инфекции всё </w:t>
      </w:r>
      <w:r w:rsidR="00886454" w:rsidRPr="00AB3BBD">
        <w:rPr>
          <w:rFonts w:ascii="Arial" w:hAnsi="Arial" w:cs="Arial"/>
          <w:sz w:val="24"/>
          <w:szCs w:val="24"/>
          <w:lang w:val="ru-RU"/>
        </w:rPr>
        <w:t xml:space="preserve">ещё является </w:t>
      </w:r>
      <w:r w:rsidR="00AE3043" w:rsidRPr="00AB3BBD">
        <w:rPr>
          <w:rFonts w:ascii="Arial" w:hAnsi="Arial" w:cs="Arial"/>
          <w:sz w:val="24"/>
          <w:szCs w:val="24"/>
          <w:lang w:val="ru-RU"/>
        </w:rPr>
        <w:t xml:space="preserve">актуальным.  На 01.01.2019 года </w:t>
      </w:r>
      <w:r w:rsidR="005620D1" w:rsidRPr="00AB3BBD">
        <w:rPr>
          <w:rFonts w:ascii="Arial" w:hAnsi="Arial" w:cs="Arial"/>
          <w:sz w:val="24"/>
          <w:szCs w:val="24"/>
          <w:lang w:val="ru-RU"/>
        </w:rPr>
        <w:t>оценочная численность</w:t>
      </w:r>
      <w:r w:rsidR="00AE3043" w:rsidRPr="00AB3BBD">
        <w:rPr>
          <w:rFonts w:ascii="Arial" w:hAnsi="Arial" w:cs="Arial"/>
          <w:sz w:val="24"/>
          <w:szCs w:val="24"/>
          <w:lang w:val="ru-RU"/>
        </w:rPr>
        <w:t xml:space="preserve"> </w:t>
      </w:r>
      <w:r w:rsidR="006214ED" w:rsidRPr="00AB3BBD">
        <w:rPr>
          <w:rFonts w:ascii="Arial" w:hAnsi="Arial" w:cs="Arial"/>
          <w:sz w:val="24"/>
          <w:szCs w:val="24"/>
          <w:lang w:val="ru-RU"/>
        </w:rPr>
        <w:t>ЛУИН</w:t>
      </w:r>
      <w:r w:rsidR="00AE3043" w:rsidRPr="00AB3BBD">
        <w:rPr>
          <w:rFonts w:ascii="Arial" w:hAnsi="Arial" w:cs="Arial"/>
          <w:sz w:val="24"/>
          <w:szCs w:val="24"/>
          <w:lang w:val="ru-RU"/>
        </w:rPr>
        <w:t xml:space="preserve"> (л</w:t>
      </w:r>
      <w:r w:rsidR="006214ED" w:rsidRPr="00AB3BBD">
        <w:rPr>
          <w:rFonts w:ascii="Arial" w:hAnsi="Arial" w:cs="Arial"/>
          <w:sz w:val="24"/>
          <w:szCs w:val="24"/>
          <w:lang w:val="ru-RU"/>
        </w:rPr>
        <w:t>юдей,</w:t>
      </w:r>
      <w:r w:rsidR="00AE3043" w:rsidRPr="00AB3BBD">
        <w:rPr>
          <w:rFonts w:ascii="Arial" w:hAnsi="Arial" w:cs="Arial"/>
          <w:sz w:val="24"/>
          <w:szCs w:val="24"/>
          <w:lang w:val="ru-RU"/>
        </w:rPr>
        <w:t xml:space="preserve"> употреблявших </w:t>
      </w:r>
      <w:r w:rsidR="006214ED" w:rsidRPr="00AB3BBD">
        <w:rPr>
          <w:rFonts w:ascii="Arial" w:hAnsi="Arial" w:cs="Arial"/>
          <w:sz w:val="24"/>
          <w:szCs w:val="24"/>
          <w:lang w:val="ru-RU"/>
        </w:rPr>
        <w:t xml:space="preserve">инъекционные </w:t>
      </w:r>
      <w:r w:rsidR="00AE3043" w:rsidRPr="00AB3BBD">
        <w:rPr>
          <w:rFonts w:ascii="Arial" w:hAnsi="Arial" w:cs="Arial"/>
          <w:sz w:val="24"/>
          <w:szCs w:val="24"/>
          <w:lang w:val="ru-RU"/>
        </w:rPr>
        <w:t xml:space="preserve">наркотики в течение последних 12 </w:t>
      </w:r>
      <w:r w:rsidR="005620D1" w:rsidRPr="00AB3BBD">
        <w:rPr>
          <w:rFonts w:ascii="Arial" w:hAnsi="Arial" w:cs="Arial"/>
          <w:sz w:val="24"/>
          <w:szCs w:val="24"/>
          <w:lang w:val="ru-RU"/>
        </w:rPr>
        <w:t>месяцев) составила</w:t>
      </w:r>
      <w:r w:rsidR="00AE3043" w:rsidRPr="00AB3BBD">
        <w:rPr>
          <w:rFonts w:ascii="Arial" w:hAnsi="Arial" w:cs="Arial"/>
          <w:sz w:val="24"/>
          <w:szCs w:val="24"/>
          <w:lang w:val="ru-RU"/>
        </w:rPr>
        <w:t xml:space="preserve"> – 120</w:t>
      </w:r>
      <w:r w:rsidR="00AE3043" w:rsidRPr="00AB3BBD">
        <w:rPr>
          <w:rFonts w:ascii="Arial" w:hAnsi="Arial" w:cs="Arial"/>
          <w:sz w:val="24"/>
          <w:szCs w:val="24"/>
        </w:rPr>
        <w:t> </w:t>
      </w:r>
      <w:r w:rsidR="00AE3043" w:rsidRPr="00AB3BBD">
        <w:rPr>
          <w:rFonts w:ascii="Arial" w:hAnsi="Arial" w:cs="Arial"/>
          <w:sz w:val="24"/>
          <w:szCs w:val="24"/>
          <w:lang w:val="ru-RU"/>
        </w:rPr>
        <w:t xml:space="preserve">500 человек. </w:t>
      </w:r>
      <w:r w:rsidR="006214ED" w:rsidRPr="00AB3BBD">
        <w:rPr>
          <w:rFonts w:ascii="Arial" w:hAnsi="Arial" w:cs="Arial"/>
          <w:sz w:val="24"/>
          <w:szCs w:val="24"/>
          <w:lang w:val="ru-RU"/>
        </w:rPr>
        <w:t xml:space="preserve">В </w:t>
      </w:r>
      <w:r w:rsidR="005620D1" w:rsidRPr="00AB3BBD">
        <w:rPr>
          <w:rFonts w:ascii="Arial" w:hAnsi="Arial" w:cs="Arial"/>
          <w:sz w:val="24"/>
          <w:szCs w:val="24"/>
          <w:lang w:val="ru-RU"/>
        </w:rPr>
        <w:t>целом, оценочная</w:t>
      </w:r>
      <w:r w:rsidR="00AE3043" w:rsidRPr="00AB3BBD">
        <w:rPr>
          <w:rFonts w:ascii="Arial" w:hAnsi="Arial" w:cs="Arial"/>
          <w:sz w:val="24"/>
          <w:szCs w:val="24"/>
          <w:lang w:val="ru-RU"/>
        </w:rPr>
        <w:t xml:space="preserve"> распространенность инъекционного наркопотребления в стране составляет 0,9%, наиболее высокий уровень в Павлодарской области (1,7%), низкий в Атырауской области (0,3%). </w:t>
      </w:r>
      <w:r w:rsidR="00DF3C8E" w:rsidRPr="00AB3BBD">
        <w:rPr>
          <w:rFonts w:ascii="Arial" w:hAnsi="Arial" w:cs="Arial"/>
          <w:sz w:val="24"/>
          <w:szCs w:val="24"/>
          <w:lang w:val="ru-RU"/>
        </w:rPr>
        <w:t>Систематический охват ЛУИН профпрограммами, отражающий приверженность ЛУИН к получению профилактических услуг (не реже одного раза в месяц</w:t>
      </w:r>
      <w:r w:rsidR="00AB3BBD" w:rsidRPr="00AB3BBD">
        <w:rPr>
          <w:rFonts w:ascii="Arial" w:hAnsi="Arial" w:cs="Arial"/>
          <w:sz w:val="24"/>
          <w:szCs w:val="24"/>
          <w:lang w:val="ru-RU"/>
        </w:rPr>
        <w:t xml:space="preserve">), </w:t>
      </w:r>
      <w:r w:rsidR="005620D1" w:rsidRPr="00AB3BBD">
        <w:rPr>
          <w:rFonts w:ascii="Arial" w:hAnsi="Arial" w:cs="Arial"/>
          <w:sz w:val="24"/>
          <w:szCs w:val="24"/>
          <w:lang w:val="ru-RU"/>
        </w:rPr>
        <w:t>за 2018</w:t>
      </w:r>
      <w:r w:rsidR="00DF3C8E" w:rsidRPr="00AB3BBD">
        <w:rPr>
          <w:rFonts w:ascii="Arial" w:hAnsi="Arial" w:cs="Arial"/>
          <w:sz w:val="24"/>
          <w:szCs w:val="24"/>
          <w:lang w:val="ru-RU"/>
        </w:rPr>
        <w:t xml:space="preserve"> год составил –  28%</w:t>
      </w:r>
      <w:r w:rsidR="00AB3BBD" w:rsidRPr="00AB3BBD">
        <w:rPr>
          <w:rFonts w:ascii="Arial" w:hAnsi="Arial" w:cs="Arial"/>
          <w:sz w:val="24"/>
          <w:szCs w:val="24"/>
          <w:lang w:val="ru-RU"/>
        </w:rPr>
        <w:t xml:space="preserve">. </w:t>
      </w:r>
    </w:p>
    <w:p w:rsidR="00ED0017" w:rsidRPr="008E0C7F" w:rsidRDefault="00ED0017" w:rsidP="00246C79">
      <w:pPr>
        <w:spacing w:after="0" w:line="240" w:lineRule="auto"/>
        <w:ind w:firstLine="562"/>
        <w:jc w:val="both"/>
        <w:rPr>
          <w:rFonts w:ascii="Arial" w:hAnsi="Arial" w:cs="Arial"/>
          <w:sz w:val="24"/>
          <w:szCs w:val="24"/>
          <w:lang w:val="ru-RU"/>
        </w:rPr>
      </w:pPr>
      <w:r w:rsidRPr="00246C79">
        <w:rPr>
          <w:rFonts w:ascii="Arial" w:hAnsi="Arial" w:cs="Arial"/>
          <w:spacing w:val="-2"/>
          <w:sz w:val="24"/>
          <w:szCs w:val="24"/>
          <w:lang w:val="ru-RU"/>
        </w:rPr>
        <w:t>Ключев</w:t>
      </w:r>
      <w:r w:rsidR="00DD63A6" w:rsidRPr="00246C79">
        <w:rPr>
          <w:rFonts w:ascii="Arial" w:hAnsi="Arial" w:cs="Arial"/>
          <w:spacing w:val="-2"/>
          <w:sz w:val="24"/>
          <w:szCs w:val="24"/>
          <w:lang w:val="ru-RU"/>
        </w:rPr>
        <w:t>ым</w:t>
      </w:r>
      <w:r w:rsidRPr="00246C79">
        <w:rPr>
          <w:rFonts w:ascii="Arial" w:hAnsi="Arial" w:cs="Arial"/>
          <w:spacing w:val="-2"/>
          <w:sz w:val="24"/>
          <w:szCs w:val="24"/>
          <w:lang w:val="ru-RU"/>
        </w:rPr>
        <w:t xml:space="preserve"> </w:t>
      </w:r>
      <w:r w:rsidR="00DD63A6" w:rsidRPr="00246C79">
        <w:rPr>
          <w:rFonts w:ascii="Arial" w:hAnsi="Arial" w:cs="Arial"/>
          <w:spacing w:val="-2"/>
          <w:sz w:val="24"/>
          <w:szCs w:val="24"/>
          <w:lang w:val="ru-RU"/>
        </w:rPr>
        <w:t>элементом</w:t>
      </w:r>
      <w:r w:rsidRPr="00246C79">
        <w:rPr>
          <w:rFonts w:ascii="Arial" w:hAnsi="Arial" w:cs="Arial"/>
          <w:spacing w:val="-2"/>
          <w:sz w:val="24"/>
          <w:szCs w:val="24"/>
          <w:lang w:val="ru-RU"/>
        </w:rPr>
        <w:t xml:space="preserve"> реализации программ снижения вреда от немедицинского употребления наркотиков</w:t>
      </w:r>
      <w:r w:rsidR="00DD63A6" w:rsidRPr="00246C79">
        <w:rPr>
          <w:rFonts w:ascii="Arial" w:hAnsi="Arial" w:cs="Arial"/>
          <w:spacing w:val="-2"/>
          <w:sz w:val="24"/>
          <w:szCs w:val="24"/>
          <w:lang w:val="ru-RU"/>
        </w:rPr>
        <w:t xml:space="preserve"> является аутрич-работа</w:t>
      </w:r>
      <w:r w:rsidRPr="00246C79">
        <w:rPr>
          <w:rFonts w:ascii="Arial" w:hAnsi="Arial" w:cs="Arial"/>
          <w:spacing w:val="-2"/>
          <w:sz w:val="24"/>
          <w:szCs w:val="24"/>
          <w:lang w:val="ru-RU"/>
        </w:rPr>
        <w:t>.</w:t>
      </w:r>
      <w:r w:rsidR="000C73B0" w:rsidRPr="00246C79">
        <w:rPr>
          <w:rFonts w:ascii="Arial" w:hAnsi="Arial" w:cs="Arial"/>
          <w:spacing w:val="-2"/>
          <w:sz w:val="24"/>
          <w:szCs w:val="24"/>
          <w:lang w:val="ru-RU"/>
        </w:rPr>
        <w:t xml:space="preserve"> </w:t>
      </w:r>
      <w:r w:rsidRPr="00246C79">
        <w:rPr>
          <w:rFonts w:ascii="Arial" w:hAnsi="Arial" w:cs="Arial"/>
          <w:sz w:val="24"/>
          <w:szCs w:val="24"/>
          <w:lang w:val="ru-RU"/>
        </w:rPr>
        <w:t>Посредством аутрич-работы осуществляется реализация профилактических программ в среде потребителей наркотиков</w:t>
      </w:r>
      <w:r w:rsidR="000C73B0" w:rsidRPr="00246C79">
        <w:rPr>
          <w:rFonts w:ascii="Arial" w:hAnsi="Arial" w:cs="Arial"/>
          <w:sz w:val="24"/>
          <w:szCs w:val="24"/>
          <w:lang w:val="ru-RU"/>
        </w:rPr>
        <w:t xml:space="preserve">, секс работников и </w:t>
      </w:r>
      <w:r w:rsidR="00246C79" w:rsidRPr="00246C79">
        <w:rPr>
          <w:rFonts w:ascii="Arial" w:hAnsi="Arial" w:cs="Arial"/>
          <w:sz w:val="24"/>
          <w:szCs w:val="24"/>
          <w:lang w:val="ru-RU"/>
        </w:rPr>
        <w:t>мужчин, имеющих секс с мужчинами</w:t>
      </w:r>
      <w:r w:rsidRPr="00246C79">
        <w:rPr>
          <w:rFonts w:ascii="Arial" w:hAnsi="Arial" w:cs="Arial"/>
          <w:sz w:val="24"/>
          <w:szCs w:val="24"/>
          <w:lang w:val="ru-RU"/>
        </w:rPr>
        <w:t>. В частности, распространяются знания и средства профилактики ВИЧ/</w:t>
      </w:r>
      <w:r w:rsidR="00246C79">
        <w:rPr>
          <w:rFonts w:ascii="Arial" w:hAnsi="Arial" w:cs="Arial"/>
          <w:sz w:val="24"/>
          <w:szCs w:val="24"/>
          <w:lang w:val="ru-RU"/>
        </w:rPr>
        <w:t>И</w:t>
      </w:r>
      <w:r w:rsidRPr="00246C79">
        <w:rPr>
          <w:rFonts w:ascii="Arial" w:hAnsi="Arial" w:cs="Arial"/>
          <w:sz w:val="24"/>
          <w:szCs w:val="24"/>
          <w:lang w:val="ru-RU"/>
        </w:rPr>
        <w:t>ППП</w:t>
      </w:r>
      <w:r w:rsidR="00246C79">
        <w:rPr>
          <w:rFonts w:ascii="Arial" w:hAnsi="Arial" w:cs="Arial"/>
          <w:sz w:val="24"/>
          <w:szCs w:val="24"/>
          <w:lang w:val="ru-RU"/>
        </w:rPr>
        <w:t>,</w:t>
      </w:r>
      <w:r w:rsidRPr="00246C79">
        <w:rPr>
          <w:rFonts w:ascii="Arial" w:hAnsi="Arial" w:cs="Arial"/>
          <w:sz w:val="24"/>
          <w:szCs w:val="24"/>
          <w:lang w:val="ru-RU"/>
        </w:rPr>
        <w:t xml:space="preserve"> чистые иглы и шприцы, антисептические </w:t>
      </w:r>
      <w:r w:rsidRPr="008E0C7F">
        <w:rPr>
          <w:rFonts w:ascii="Arial" w:hAnsi="Arial" w:cs="Arial"/>
          <w:sz w:val="24"/>
          <w:szCs w:val="24"/>
          <w:lang w:val="ru-RU"/>
        </w:rPr>
        <w:t xml:space="preserve">растворы профилактики </w:t>
      </w:r>
      <w:r w:rsidR="00246C79" w:rsidRPr="008E0C7F">
        <w:rPr>
          <w:rFonts w:ascii="Arial" w:hAnsi="Arial" w:cs="Arial"/>
          <w:sz w:val="24"/>
          <w:szCs w:val="24"/>
          <w:lang w:val="ru-RU"/>
        </w:rPr>
        <w:t>передачи ВИЧ и гепатита С</w:t>
      </w:r>
      <w:r w:rsidR="001175A7" w:rsidRPr="008E0C7F">
        <w:rPr>
          <w:rFonts w:ascii="Arial" w:hAnsi="Arial" w:cs="Arial"/>
          <w:sz w:val="24"/>
          <w:szCs w:val="24"/>
          <w:lang w:val="ru-RU"/>
        </w:rPr>
        <w:t>,</w:t>
      </w:r>
      <w:r w:rsidRPr="008E0C7F">
        <w:rPr>
          <w:rFonts w:ascii="Arial" w:hAnsi="Arial" w:cs="Arial"/>
          <w:sz w:val="24"/>
          <w:szCs w:val="24"/>
          <w:lang w:val="ru-RU"/>
        </w:rPr>
        <w:t xml:space="preserve"> презервативы, информационно-образовательные материалы (газеты, листовки, буклеты) и прочее. </w:t>
      </w:r>
      <w:r w:rsidR="008E0C7F" w:rsidRPr="008E0C7F">
        <w:rPr>
          <w:rFonts w:ascii="Arial" w:hAnsi="Arial" w:cs="Arial"/>
          <w:bCs/>
          <w:sz w:val="24"/>
          <w:szCs w:val="24"/>
          <w:lang w:val="ru-RU"/>
        </w:rPr>
        <w:t>В</w:t>
      </w:r>
      <w:r w:rsidR="008E0C7F" w:rsidRPr="008E0C7F">
        <w:rPr>
          <w:rFonts w:ascii="Arial" w:hAnsi="Arial" w:cs="Arial"/>
          <w:b/>
          <w:bCs/>
          <w:sz w:val="24"/>
          <w:szCs w:val="24"/>
          <w:lang w:val="ru-RU"/>
        </w:rPr>
        <w:t xml:space="preserve"> </w:t>
      </w:r>
      <w:r w:rsidR="008E0C7F" w:rsidRPr="008E0C7F">
        <w:rPr>
          <w:rFonts w:ascii="Arial" w:hAnsi="Arial" w:cs="Arial"/>
          <w:bCs/>
          <w:sz w:val="24"/>
          <w:szCs w:val="24"/>
          <w:lang w:val="ru-RU"/>
        </w:rPr>
        <w:t xml:space="preserve">целом по </w:t>
      </w:r>
      <w:r w:rsidR="008E0C7F" w:rsidRPr="008E0C7F">
        <w:rPr>
          <w:rFonts w:ascii="Arial" w:hAnsi="Arial" w:cs="Arial"/>
          <w:bCs/>
          <w:sz w:val="24"/>
          <w:szCs w:val="24"/>
          <w:lang w:val="kk-KZ"/>
        </w:rPr>
        <w:t>Р</w:t>
      </w:r>
      <w:r w:rsidR="008E0C7F">
        <w:rPr>
          <w:rFonts w:ascii="Arial" w:hAnsi="Arial" w:cs="Arial"/>
          <w:bCs/>
          <w:sz w:val="24"/>
          <w:szCs w:val="24"/>
          <w:lang w:val="kk-KZ"/>
        </w:rPr>
        <w:t xml:space="preserve">еспублике </w:t>
      </w:r>
      <w:r w:rsidR="008E0C7F" w:rsidRPr="008E0C7F">
        <w:rPr>
          <w:rFonts w:ascii="Arial" w:hAnsi="Arial" w:cs="Arial"/>
          <w:bCs/>
          <w:sz w:val="24"/>
          <w:szCs w:val="24"/>
          <w:lang w:val="kk-KZ"/>
        </w:rPr>
        <w:t>К</w:t>
      </w:r>
      <w:r w:rsidR="008E0C7F">
        <w:rPr>
          <w:rFonts w:ascii="Arial" w:hAnsi="Arial" w:cs="Arial"/>
          <w:bCs/>
          <w:sz w:val="24"/>
          <w:szCs w:val="24"/>
          <w:lang w:val="kk-KZ"/>
        </w:rPr>
        <w:t>азахстан</w:t>
      </w:r>
      <w:r w:rsidR="008E0C7F" w:rsidRPr="008E0C7F">
        <w:rPr>
          <w:rFonts w:ascii="Arial" w:hAnsi="Arial" w:cs="Arial"/>
          <w:bCs/>
          <w:sz w:val="24"/>
          <w:szCs w:val="24"/>
          <w:lang w:val="kk-KZ"/>
        </w:rPr>
        <w:t xml:space="preserve"> о</w:t>
      </w:r>
      <w:proofErr w:type="spellStart"/>
      <w:r w:rsidR="008E0C7F" w:rsidRPr="008E0C7F">
        <w:rPr>
          <w:rFonts w:ascii="Arial" w:hAnsi="Arial" w:cs="Arial"/>
          <w:bCs/>
          <w:sz w:val="24"/>
          <w:szCs w:val="24"/>
          <w:lang w:val="ru-RU"/>
        </w:rPr>
        <w:t>сновной</w:t>
      </w:r>
      <w:proofErr w:type="spellEnd"/>
      <w:r w:rsidR="008E0C7F" w:rsidRPr="008E0C7F">
        <w:rPr>
          <w:rFonts w:ascii="Arial" w:hAnsi="Arial" w:cs="Arial"/>
          <w:bCs/>
          <w:sz w:val="24"/>
          <w:szCs w:val="24"/>
          <w:lang w:val="ru-RU"/>
        </w:rPr>
        <w:t xml:space="preserve"> охват ЛУИН 52% проводится через аутрич</w:t>
      </w:r>
    </w:p>
    <w:p w:rsidR="00002C34" w:rsidRPr="00DC53C3" w:rsidRDefault="00AB3BBD" w:rsidP="00DC53C3">
      <w:pPr>
        <w:spacing w:after="0" w:line="240" w:lineRule="auto"/>
        <w:ind w:firstLine="567"/>
        <w:jc w:val="both"/>
        <w:rPr>
          <w:rFonts w:ascii="Arial" w:hAnsi="Arial" w:cs="Arial"/>
          <w:sz w:val="24"/>
          <w:szCs w:val="24"/>
          <w:lang w:val="ru-RU"/>
        </w:rPr>
      </w:pPr>
      <w:r w:rsidRPr="00DC53C3">
        <w:rPr>
          <w:rFonts w:ascii="Arial" w:hAnsi="Arial" w:cs="Arial"/>
          <w:sz w:val="24"/>
          <w:szCs w:val="24"/>
          <w:lang w:val="ru-RU"/>
        </w:rPr>
        <w:t>К работе с ЛУИН в 2018 году было привлечено 347 аутрич-работников,</w:t>
      </w:r>
      <w:r w:rsidR="00EC0CFD" w:rsidRPr="00DC53C3">
        <w:rPr>
          <w:rFonts w:ascii="Arial" w:hAnsi="Arial" w:cs="Arial"/>
          <w:sz w:val="24"/>
          <w:szCs w:val="24"/>
          <w:lang w:val="ru-RU"/>
        </w:rPr>
        <w:t xml:space="preserve"> к</w:t>
      </w:r>
      <w:r w:rsidRPr="00DC53C3">
        <w:rPr>
          <w:rFonts w:ascii="Arial" w:hAnsi="Arial" w:cs="Arial"/>
          <w:sz w:val="24"/>
          <w:szCs w:val="24"/>
          <w:lang w:val="ru-RU"/>
        </w:rPr>
        <w:t>оличество выделенных ставок из местного бюджета</w:t>
      </w:r>
      <w:r w:rsidR="00EC0CFD" w:rsidRPr="00DC53C3">
        <w:rPr>
          <w:rFonts w:ascii="Arial" w:hAnsi="Arial" w:cs="Arial"/>
          <w:sz w:val="24"/>
          <w:szCs w:val="24"/>
          <w:lang w:val="ru-RU"/>
        </w:rPr>
        <w:t xml:space="preserve"> равно </w:t>
      </w:r>
      <w:r w:rsidRPr="00DC53C3">
        <w:rPr>
          <w:rFonts w:ascii="Arial" w:hAnsi="Arial" w:cs="Arial"/>
          <w:sz w:val="24"/>
          <w:szCs w:val="24"/>
          <w:lang w:val="ru-RU"/>
        </w:rPr>
        <w:t>212</w:t>
      </w:r>
      <w:r w:rsidR="00EC0CFD" w:rsidRPr="00DC53C3">
        <w:rPr>
          <w:rFonts w:ascii="Arial" w:hAnsi="Arial" w:cs="Arial"/>
          <w:sz w:val="24"/>
          <w:szCs w:val="24"/>
          <w:lang w:val="ru-RU"/>
        </w:rPr>
        <w:t xml:space="preserve">, </w:t>
      </w:r>
      <w:r w:rsidR="00CD746E" w:rsidRPr="00DC53C3">
        <w:rPr>
          <w:rFonts w:ascii="Arial" w:hAnsi="Arial" w:cs="Arial"/>
          <w:sz w:val="24"/>
          <w:szCs w:val="24"/>
          <w:lang w:val="ru-RU"/>
        </w:rPr>
        <w:t>и</w:t>
      </w:r>
      <w:r w:rsidRPr="00DC53C3">
        <w:rPr>
          <w:rFonts w:ascii="Arial" w:hAnsi="Arial" w:cs="Arial"/>
          <w:sz w:val="24"/>
          <w:szCs w:val="24"/>
          <w:lang w:val="ru-RU"/>
        </w:rPr>
        <w:t>з</w:t>
      </w:r>
      <w:r w:rsidR="00CD746E" w:rsidRPr="00DC53C3">
        <w:rPr>
          <w:rFonts w:ascii="Arial" w:hAnsi="Arial" w:cs="Arial"/>
          <w:sz w:val="24"/>
          <w:szCs w:val="24"/>
          <w:lang w:val="ru-RU"/>
        </w:rPr>
        <w:t xml:space="preserve"> бюджета</w:t>
      </w:r>
      <w:r w:rsidRPr="00DC53C3">
        <w:rPr>
          <w:rFonts w:ascii="Arial" w:hAnsi="Arial" w:cs="Arial"/>
          <w:sz w:val="24"/>
          <w:szCs w:val="24"/>
          <w:lang w:val="ru-RU"/>
        </w:rPr>
        <w:t xml:space="preserve"> ГФСТМ</w:t>
      </w:r>
      <w:r w:rsidR="00CD746E" w:rsidRPr="00DC53C3">
        <w:rPr>
          <w:rFonts w:ascii="Arial" w:hAnsi="Arial" w:cs="Arial"/>
          <w:sz w:val="24"/>
          <w:szCs w:val="24"/>
          <w:lang w:val="ru-RU"/>
        </w:rPr>
        <w:t xml:space="preserve"> </w:t>
      </w:r>
      <w:r w:rsidRPr="00DC53C3">
        <w:rPr>
          <w:rFonts w:ascii="Arial" w:hAnsi="Arial" w:cs="Arial"/>
          <w:sz w:val="24"/>
          <w:szCs w:val="24"/>
          <w:lang w:val="ru-RU"/>
        </w:rPr>
        <w:t>-</w:t>
      </w:r>
      <w:r w:rsidR="00CD746E" w:rsidRPr="00DC53C3">
        <w:rPr>
          <w:rFonts w:ascii="Arial" w:hAnsi="Arial" w:cs="Arial"/>
          <w:sz w:val="24"/>
          <w:szCs w:val="24"/>
          <w:lang w:val="ru-RU"/>
        </w:rPr>
        <w:t xml:space="preserve"> </w:t>
      </w:r>
      <w:r w:rsidRPr="00DC53C3">
        <w:rPr>
          <w:rFonts w:ascii="Arial" w:hAnsi="Arial" w:cs="Arial"/>
          <w:sz w:val="24"/>
          <w:szCs w:val="24"/>
          <w:lang w:val="ru-RU"/>
        </w:rPr>
        <w:t>135. Больше всего привлечено аутрич</w:t>
      </w:r>
      <w:r w:rsidR="00CD746E" w:rsidRPr="00DC53C3">
        <w:rPr>
          <w:rFonts w:ascii="Arial" w:hAnsi="Arial" w:cs="Arial"/>
          <w:sz w:val="24"/>
          <w:szCs w:val="24"/>
          <w:lang w:val="ru-RU"/>
        </w:rPr>
        <w:t xml:space="preserve"> работников</w:t>
      </w:r>
      <w:r w:rsidRPr="00DC53C3">
        <w:rPr>
          <w:rFonts w:ascii="Arial" w:hAnsi="Arial" w:cs="Arial"/>
          <w:sz w:val="24"/>
          <w:szCs w:val="24"/>
          <w:lang w:val="ru-RU"/>
        </w:rPr>
        <w:t>, работающих с ЛУИН, в Карагандинской-70 и г. Алматы-66 человек (2017г.-32).</w:t>
      </w:r>
      <w:r w:rsidR="008E0C7F" w:rsidRPr="00DC53C3">
        <w:rPr>
          <w:rFonts w:ascii="Arial" w:hAnsi="Arial" w:cs="Arial"/>
          <w:sz w:val="24"/>
          <w:szCs w:val="24"/>
          <w:lang w:val="ru-RU"/>
        </w:rPr>
        <w:t xml:space="preserve"> </w:t>
      </w:r>
      <w:r w:rsidR="00002C34" w:rsidRPr="00DC53C3">
        <w:rPr>
          <w:rFonts w:ascii="Arial" w:hAnsi="Arial" w:cs="Arial"/>
          <w:sz w:val="24"/>
          <w:szCs w:val="24"/>
          <w:lang w:val="ru-RU"/>
        </w:rPr>
        <w:t xml:space="preserve">За отчетный </w:t>
      </w:r>
      <w:r w:rsidR="00DC53C3" w:rsidRPr="00DC53C3">
        <w:rPr>
          <w:rFonts w:ascii="Arial" w:hAnsi="Arial" w:cs="Arial"/>
          <w:sz w:val="24"/>
          <w:szCs w:val="24"/>
          <w:lang w:val="ru-RU"/>
        </w:rPr>
        <w:t>период ЛУИН</w:t>
      </w:r>
      <w:r w:rsidR="00002C34" w:rsidRPr="00DC53C3">
        <w:rPr>
          <w:rFonts w:ascii="Arial" w:hAnsi="Arial" w:cs="Arial"/>
          <w:sz w:val="24"/>
          <w:szCs w:val="24"/>
          <w:lang w:val="ru-RU"/>
        </w:rPr>
        <w:t xml:space="preserve">  было роздано 11</w:t>
      </w:r>
      <w:r w:rsidR="00002C34" w:rsidRPr="00DC53C3">
        <w:rPr>
          <w:rFonts w:ascii="Arial" w:hAnsi="Arial" w:cs="Arial"/>
          <w:sz w:val="24"/>
          <w:szCs w:val="24"/>
        </w:rPr>
        <w:t> </w:t>
      </w:r>
      <w:r w:rsidR="00002C34" w:rsidRPr="00DC53C3">
        <w:rPr>
          <w:rFonts w:ascii="Arial" w:hAnsi="Arial" w:cs="Arial"/>
          <w:sz w:val="24"/>
          <w:szCs w:val="24"/>
          <w:lang w:val="ru-RU"/>
        </w:rPr>
        <w:t xml:space="preserve">407 969 </w:t>
      </w:r>
      <w:r w:rsidR="00002C34" w:rsidRPr="00DC53C3">
        <w:rPr>
          <w:rFonts w:ascii="Arial" w:hAnsi="Arial" w:cs="Arial"/>
          <w:sz w:val="24"/>
          <w:szCs w:val="24"/>
          <w:lang w:val="ru-RU"/>
        </w:rPr>
        <w:lastRenderedPageBreak/>
        <w:t xml:space="preserve">шприцев  (204 шт.  на 1 </w:t>
      </w:r>
      <w:r w:rsidR="00DC53C3" w:rsidRPr="00DC53C3">
        <w:rPr>
          <w:rFonts w:ascii="Arial" w:hAnsi="Arial" w:cs="Arial"/>
          <w:sz w:val="24"/>
          <w:szCs w:val="24"/>
          <w:lang w:val="ru-RU"/>
        </w:rPr>
        <w:t>ЛУИН, от</w:t>
      </w:r>
      <w:r w:rsidR="00002C34" w:rsidRPr="00DC53C3">
        <w:rPr>
          <w:rFonts w:ascii="Arial" w:hAnsi="Arial" w:cs="Arial"/>
          <w:sz w:val="24"/>
          <w:szCs w:val="24"/>
          <w:lang w:val="ru-RU"/>
        </w:rPr>
        <w:t xml:space="preserve"> охвата, 95  на 1 ЛУИН от </w:t>
      </w:r>
      <w:r w:rsidR="00707EB0" w:rsidRPr="00DC53C3">
        <w:rPr>
          <w:rFonts w:ascii="Arial" w:hAnsi="Arial" w:cs="Arial"/>
          <w:sz w:val="24"/>
          <w:szCs w:val="24"/>
          <w:lang w:val="ru-RU"/>
        </w:rPr>
        <w:t>оценочного числа</w:t>
      </w:r>
      <w:r w:rsidR="00002C34" w:rsidRPr="00DC53C3">
        <w:rPr>
          <w:rFonts w:ascii="Arial" w:hAnsi="Arial" w:cs="Arial"/>
          <w:sz w:val="24"/>
          <w:szCs w:val="24"/>
          <w:lang w:val="ru-RU"/>
        </w:rPr>
        <w:t xml:space="preserve">).  </w:t>
      </w:r>
    </w:p>
    <w:p w:rsidR="00DC53C3" w:rsidRPr="00DC53C3" w:rsidRDefault="00DC53C3" w:rsidP="00DC53C3">
      <w:pPr>
        <w:pStyle w:val="2d"/>
        <w:tabs>
          <w:tab w:val="left" w:pos="567"/>
        </w:tabs>
        <w:spacing w:after="0" w:line="240" w:lineRule="auto"/>
        <w:ind w:left="0"/>
        <w:jc w:val="both"/>
        <w:rPr>
          <w:rFonts w:ascii="Arial" w:hAnsi="Arial" w:cs="Arial"/>
          <w:sz w:val="24"/>
          <w:szCs w:val="24"/>
          <w:lang w:val="ru-RU"/>
        </w:rPr>
      </w:pPr>
      <w:r w:rsidRPr="00DC53C3">
        <w:rPr>
          <w:rFonts w:ascii="Arial" w:hAnsi="Arial" w:cs="Arial"/>
          <w:sz w:val="24"/>
          <w:szCs w:val="24"/>
          <w:lang w:val="ru-RU"/>
        </w:rPr>
        <w:tab/>
        <w:t xml:space="preserve">Следующей ключевой группой населения для проведения профилактических программ </w:t>
      </w:r>
      <w:r>
        <w:rPr>
          <w:rFonts w:ascii="Arial" w:hAnsi="Arial" w:cs="Arial"/>
          <w:sz w:val="24"/>
          <w:szCs w:val="24"/>
          <w:lang w:val="ru-RU"/>
        </w:rPr>
        <w:t xml:space="preserve">по ВИЧ </w:t>
      </w:r>
      <w:r w:rsidRPr="00DC53C3">
        <w:rPr>
          <w:rFonts w:ascii="Arial" w:hAnsi="Arial" w:cs="Arial"/>
          <w:sz w:val="24"/>
          <w:szCs w:val="24"/>
          <w:lang w:val="ru-RU"/>
        </w:rPr>
        <w:t xml:space="preserve">являются </w:t>
      </w:r>
      <w:proofErr w:type="gramStart"/>
      <w:r w:rsidRPr="00DC53C3">
        <w:rPr>
          <w:rFonts w:ascii="Arial" w:hAnsi="Arial" w:cs="Arial"/>
          <w:sz w:val="24"/>
          <w:szCs w:val="24"/>
          <w:lang w:val="ru-RU"/>
        </w:rPr>
        <w:t>секс-работники</w:t>
      </w:r>
      <w:proofErr w:type="gramEnd"/>
      <w:r w:rsidRPr="00DC53C3">
        <w:rPr>
          <w:rFonts w:ascii="Arial" w:hAnsi="Arial" w:cs="Arial"/>
          <w:sz w:val="24"/>
          <w:szCs w:val="24"/>
          <w:lang w:val="ru-RU"/>
        </w:rPr>
        <w:t>, оценочное число которых в РК составляет – 18 350, наибольшее количество СР - в г. Алматы 4 800  (26%).</w:t>
      </w:r>
    </w:p>
    <w:p w:rsidR="00DC53C3" w:rsidRPr="00214B2E" w:rsidRDefault="00DC53C3" w:rsidP="00D845E1">
      <w:pPr>
        <w:spacing w:after="0" w:line="240" w:lineRule="auto"/>
        <w:ind w:firstLine="567"/>
        <w:jc w:val="both"/>
        <w:rPr>
          <w:rFonts w:ascii="Arial" w:hAnsi="Arial" w:cs="Arial"/>
          <w:sz w:val="24"/>
          <w:szCs w:val="24"/>
          <w:lang w:val="ru-RU"/>
        </w:rPr>
      </w:pPr>
      <w:r w:rsidRPr="00214B2E">
        <w:rPr>
          <w:rFonts w:ascii="Arial" w:hAnsi="Arial" w:cs="Arial"/>
          <w:sz w:val="24"/>
          <w:szCs w:val="24"/>
          <w:lang w:val="ru-RU"/>
        </w:rPr>
        <w:t>За 2018 год программами профилактики ВИЧ-инфекции было охвачено –16 884 СР, что составило – 92%, выше в 1,2 раза, чем в 2017г.</w:t>
      </w:r>
    </w:p>
    <w:p w:rsidR="00786EA3" w:rsidRDefault="008C2EA3" w:rsidP="00591E1D">
      <w:pPr>
        <w:spacing w:after="0" w:line="240" w:lineRule="auto"/>
        <w:ind w:firstLine="567"/>
        <w:jc w:val="both"/>
        <w:rPr>
          <w:rFonts w:ascii="Arial" w:hAnsi="Arial" w:cs="Arial"/>
          <w:sz w:val="24"/>
          <w:szCs w:val="24"/>
          <w:lang w:val="ru-RU"/>
        </w:rPr>
      </w:pPr>
      <w:r w:rsidRPr="00214B2E">
        <w:rPr>
          <w:rFonts w:ascii="Arial" w:hAnsi="Arial" w:cs="Arial"/>
          <w:sz w:val="24"/>
          <w:szCs w:val="24"/>
          <w:lang w:val="ru-RU"/>
        </w:rPr>
        <w:t xml:space="preserve">Международные организации ВОЗ/ЮНЭЙДС рекомендует, </w:t>
      </w:r>
      <w:r w:rsidR="00D845E1" w:rsidRPr="00214B2E">
        <w:rPr>
          <w:rFonts w:ascii="Arial" w:hAnsi="Arial" w:cs="Arial"/>
          <w:sz w:val="24"/>
          <w:szCs w:val="24"/>
          <w:lang w:val="ru-RU"/>
        </w:rPr>
        <w:t>чтобы охват</w:t>
      </w:r>
      <w:r w:rsidRPr="00214B2E">
        <w:rPr>
          <w:rFonts w:ascii="Arial" w:hAnsi="Arial" w:cs="Arial"/>
          <w:sz w:val="24"/>
          <w:szCs w:val="24"/>
          <w:lang w:val="ru-RU"/>
        </w:rPr>
        <w:t xml:space="preserve"> профилактическими программами </w:t>
      </w:r>
      <w:r w:rsidR="00214B2E" w:rsidRPr="00214B2E">
        <w:rPr>
          <w:rFonts w:ascii="Arial" w:hAnsi="Arial" w:cs="Arial"/>
          <w:sz w:val="24"/>
          <w:szCs w:val="24"/>
          <w:lang w:val="ru-RU"/>
        </w:rPr>
        <w:t>секс-работников</w:t>
      </w:r>
      <w:r w:rsidRPr="00214B2E">
        <w:rPr>
          <w:rFonts w:ascii="Arial" w:hAnsi="Arial" w:cs="Arial"/>
          <w:sz w:val="24"/>
          <w:szCs w:val="24"/>
          <w:lang w:val="ru-RU"/>
        </w:rPr>
        <w:t xml:space="preserve"> </w:t>
      </w:r>
      <w:r w:rsidR="00EC004E" w:rsidRPr="00214B2E">
        <w:rPr>
          <w:rFonts w:ascii="Arial" w:hAnsi="Arial" w:cs="Arial"/>
          <w:sz w:val="24"/>
          <w:szCs w:val="24"/>
          <w:lang w:val="ru-RU"/>
        </w:rPr>
        <w:t xml:space="preserve">составлял </w:t>
      </w:r>
      <w:r w:rsidRPr="00214B2E">
        <w:rPr>
          <w:rFonts w:ascii="Arial" w:hAnsi="Arial" w:cs="Arial"/>
          <w:sz w:val="24"/>
          <w:szCs w:val="24"/>
          <w:lang w:val="ru-RU"/>
        </w:rPr>
        <w:t>не менее 20%</w:t>
      </w:r>
      <w:r w:rsidR="00EC004E" w:rsidRPr="00214B2E">
        <w:rPr>
          <w:rFonts w:ascii="Arial" w:hAnsi="Arial" w:cs="Arial"/>
          <w:sz w:val="24"/>
          <w:szCs w:val="24"/>
          <w:lang w:val="ru-RU"/>
        </w:rPr>
        <w:t xml:space="preserve">. В </w:t>
      </w:r>
      <w:r w:rsidR="00D845E1" w:rsidRPr="00214B2E">
        <w:rPr>
          <w:rFonts w:ascii="Arial" w:hAnsi="Arial" w:cs="Arial"/>
          <w:sz w:val="24"/>
          <w:szCs w:val="24"/>
          <w:lang w:val="ru-RU"/>
        </w:rPr>
        <w:t>Республики</w:t>
      </w:r>
      <w:r w:rsidR="00EC004E" w:rsidRPr="00214B2E">
        <w:rPr>
          <w:rFonts w:ascii="Arial" w:hAnsi="Arial" w:cs="Arial"/>
          <w:sz w:val="24"/>
          <w:szCs w:val="24"/>
          <w:lang w:val="ru-RU"/>
        </w:rPr>
        <w:t xml:space="preserve"> Казахстан с</w:t>
      </w:r>
      <w:r w:rsidRPr="00214B2E">
        <w:rPr>
          <w:rFonts w:ascii="Arial" w:hAnsi="Arial" w:cs="Arial"/>
          <w:sz w:val="24"/>
          <w:szCs w:val="24"/>
          <w:lang w:val="ru-RU"/>
        </w:rPr>
        <w:t xml:space="preserve">истематический охват СР профпрограммами (не реже одного раза в </w:t>
      </w:r>
      <w:r w:rsidR="00D845E1" w:rsidRPr="00214B2E">
        <w:rPr>
          <w:rFonts w:ascii="Arial" w:hAnsi="Arial" w:cs="Arial"/>
          <w:sz w:val="24"/>
          <w:szCs w:val="24"/>
          <w:lang w:val="ru-RU"/>
        </w:rPr>
        <w:t>месяц) в</w:t>
      </w:r>
      <w:r w:rsidRPr="00214B2E">
        <w:rPr>
          <w:rFonts w:ascii="Arial" w:hAnsi="Arial" w:cs="Arial"/>
          <w:sz w:val="24"/>
          <w:szCs w:val="24"/>
          <w:lang w:val="ru-RU"/>
        </w:rPr>
        <w:t xml:space="preserve">    2018 </w:t>
      </w:r>
      <w:r w:rsidR="00214B2E" w:rsidRPr="00214B2E">
        <w:rPr>
          <w:rFonts w:ascii="Arial" w:hAnsi="Arial" w:cs="Arial"/>
          <w:sz w:val="24"/>
          <w:szCs w:val="24"/>
          <w:lang w:val="ru-RU"/>
        </w:rPr>
        <w:t>году составил</w:t>
      </w:r>
      <w:r w:rsidRPr="00214B2E">
        <w:rPr>
          <w:rFonts w:ascii="Arial" w:hAnsi="Arial" w:cs="Arial"/>
          <w:sz w:val="24"/>
          <w:szCs w:val="24"/>
          <w:lang w:val="ru-RU"/>
        </w:rPr>
        <w:t xml:space="preserve"> – 8540</w:t>
      </w:r>
      <w:r w:rsidR="00D845E1" w:rsidRPr="00214B2E">
        <w:rPr>
          <w:rFonts w:ascii="Arial" w:hAnsi="Arial" w:cs="Arial"/>
          <w:sz w:val="24"/>
          <w:szCs w:val="24"/>
          <w:lang w:val="ru-RU"/>
        </w:rPr>
        <w:t xml:space="preserve"> или</w:t>
      </w:r>
      <w:r w:rsidRPr="00214B2E">
        <w:rPr>
          <w:rFonts w:ascii="Arial" w:hAnsi="Arial" w:cs="Arial"/>
          <w:sz w:val="24"/>
          <w:szCs w:val="24"/>
          <w:lang w:val="ru-RU"/>
        </w:rPr>
        <w:t xml:space="preserve"> 47% от </w:t>
      </w:r>
      <w:r w:rsidR="00D845E1" w:rsidRPr="00214B2E">
        <w:rPr>
          <w:rFonts w:ascii="Arial" w:hAnsi="Arial" w:cs="Arial"/>
          <w:sz w:val="24"/>
          <w:szCs w:val="24"/>
          <w:lang w:val="ru-RU"/>
        </w:rPr>
        <w:t>оценочного числа</w:t>
      </w:r>
      <w:r w:rsidRPr="00214B2E">
        <w:rPr>
          <w:rFonts w:ascii="Arial" w:hAnsi="Arial" w:cs="Arial"/>
          <w:sz w:val="24"/>
          <w:szCs w:val="24"/>
          <w:lang w:val="ru-RU"/>
        </w:rPr>
        <w:t>,</w:t>
      </w:r>
      <w:r w:rsidR="00D845E1" w:rsidRPr="00214B2E">
        <w:rPr>
          <w:rFonts w:ascii="Arial" w:hAnsi="Arial" w:cs="Arial"/>
          <w:sz w:val="24"/>
          <w:szCs w:val="24"/>
          <w:lang w:val="ru-RU"/>
        </w:rPr>
        <w:t xml:space="preserve"> что</w:t>
      </w:r>
      <w:r w:rsidRPr="00214B2E">
        <w:rPr>
          <w:rFonts w:ascii="Arial" w:hAnsi="Arial" w:cs="Arial"/>
          <w:sz w:val="24"/>
          <w:szCs w:val="24"/>
          <w:lang w:val="ru-RU"/>
        </w:rPr>
        <w:t xml:space="preserve"> выше в 1,4 раза</w:t>
      </w:r>
      <w:r w:rsidR="00D845E1" w:rsidRPr="00214B2E">
        <w:rPr>
          <w:rFonts w:ascii="Arial" w:hAnsi="Arial" w:cs="Arial"/>
          <w:sz w:val="24"/>
          <w:szCs w:val="24"/>
          <w:lang w:val="ru-RU"/>
        </w:rPr>
        <w:t xml:space="preserve"> показателей </w:t>
      </w:r>
      <w:r w:rsidRPr="00214B2E">
        <w:rPr>
          <w:rFonts w:ascii="Arial" w:hAnsi="Arial" w:cs="Arial"/>
          <w:sz w:val="24"/>
          <w:szCs w:val="24"/>
          <w:lang w:val="ru-RU"/>
        </w:rPr>
        <w:t>2017</w:t>
      </w:r>
      <w:r w:rsidR="00D845E1" w:rsidRPr="00214B2E">
        <w:rPr>
          <w:rFonts w:ascii="Arial" w:hAnsi="Arial" w:cs="Arial"/>
          <w:sz w:val="24"/>
          <w:szCs w:val="24"/>
          <w:lang w:val="ru-RU"/>
        </w:rPr>
        <w:t xml:space="preserve"> </w:t>
      </w:r>
      <w:r w:rsidRPr="00214B2E">
        <w:rPr>
          <w:rFonts w:ascii="Arial" w:hAnsi="Arial" w:cs="Arial"/>
          <w:sz w:val="24"/>
          <w:szCs w:val="24"/>
          <w:lang w:val="ru-RU"/>
        </w:rPr>
        <w:t>г.</w:t>
      </w:r>
      <w:r w:rsidR="00D845E1" w:rsidRPr="00214B2E">
        <w:rPr>
          <w:rFonts w:ascii="Arial" w:hAnsi="Arial" w:cs="Arial"/>
          <w:sz w:val="24"/>
          <w:szCs w:val="24"/>
          <w:lang w:val="ru-RU"/>
        </w:rPr>
        <w:t xml:space="preserve"> (</w:t>
      </w:r>
      <w:r w:rsidRPr="00214B2E">
        <w:rPr>
          <w:rFonts w:ascii="Arial" w:hAnsi="Arial" w:cs="Arial"/>
          <w:sz w:val="24"/>
          <w:szCs w:val="24"/>
          <w:lang w:val="ru-RU"/>
        </w:rPr>
        <w:t>6237-33%</w:t>
      </w:r>
      <w:r w:rsidR="00D845E1" w:rsidRPr="00214B2E">
        <w:rPr>
          <w:rFonts w:ascii="Arial" w:hAnsi="Arial" w:cs="Arial"/>
          <w:sz w:val="24"/>
          <w:szCs w:val="24"/>
          <w:lang w:val="ru-RU"/>
        </w:rPr>
        <w:t>)</w:t>
      </w:r>
      <w:r w:rsidRPr="00214B2E">
        <w:rPr>
          <w:rFonts w:ascii="Arial" w:hAnsi="Arial" w:cs="Arial"/>
          <w:sz w:val="24"/>
          <w:szCs w:val="24"/>
          <w:lang w:val="ru-RU"/>
        </w:rPr>
        <w:t xml:space="preserve">. </w:t>
      </w:r>
      <w:r w:rsidR="00D845E1" w:rsidRPr="00214B2E">
        <w:rPr>
          <w:rFonts w:ascii="Arial" w:hAnsi="Arial" w:cs="Arial"/>
          <w:sz w:val="24"/>
          <w:szCs w:val="24"/>
          <w:lang w:val="ru-RU"/>
        </w:rPr>
        <w:t xml:space="preserve"> </w:t>
      </w:r>
      <w:r w:rsidRPr="00214B2E">
        <w:rPr>
          <w:rFonts w:ascii="Arial" w:hAnsi="Arial" w:cs="Arial"/>
          <w:sz w:val="24"/>
          <w:szCs w:val="24"/>
          <w:lang w:val="ru-RU"/>
        </w:rPr>
        <w:t xml:space="preserve">К работе с </w:t>
      </w:r>
      <w:r w:rsidR="00D845E1" w:rsidRPr="00214B2E">
        <w:rPr>
          <w:rFonts w:ascii="Arial" w:hAnsi="Arial" w:cs="Arial"/>
          <w:sz w:val="24"/>
          <w:szCs w:val="24"/>
          <w:lang w:val="ru-RU"/>
        </w:rPr>
        <w:t>СР в</w:t>
      </w:r>
      <w:r w:rsidRPr="00214B2E">
        <w:rPr>
          <w:rFonts w:ascii="Arial" w:hAnsi="Arial" w:cs="Arial"/>
          <w:sz w:val="24"/>
          <w:szCs w:val="24"/>
          <w:lang w:val="ru-RU"/>
        </w:rPr>
        <w:t xml:space="preserve"> 2018 году было привлечено 103 аутрич-</w:t>
      </w:r>
      <w:r w:rsidR="00D845E1" w:rsidRPr="00214B2E">
        <w:rPr>
          <w:rFonts w:ascii="Arial" w:hAnsi="Arial" w:cs="Arial"/>
          <w:sz w:val="24"/>
          <w:szCs w:val="24"/>
          <w:lang w:val="ru-RU"/>
        </w:rPr>
        <w:t>работника, в</w:t>
      </w:r>
      <w:r w:rsidRPr="00214B2E">
        <w:rPr>
          <w:rFonts w:ascii="Arial" w:hAnsi="Arial" w:cs="Arial"/>
          <w:sz w:val="24"/>
          <w:szCs w:val="24"/>
          <w:lang w:val="ru-RU"/>
        </w:rPr>
        <w:t xml:space="preserve"> 2017 – 53. Количество выделенных ставок из местного бюджета</w:t>
      </w:r>
      <w:r w:rsidR="00D845E1" w:rsidRPr="00214B2E">
        <w:rPr>
          <w:rFonts w:ascii="Arial" w:hAnsi="Arial" w:cs="Arial"/>
          <w:sz w:val="24"/>
          <w:szCs w:val="24"/>
          <w:lang w:val="ru-RU"/>
        </w:rPr>
        <w:t xml:space="preserve"> составляет - </w:t>
      </w:r>
      <w:r w:rsidRPr="00214B2E">
        <w:rPr>
          <w:rFonts w:ascii="Arial" w:hAnsi="Arial" w:cs="Arial"/>
          <w:sz w:val="24"/>
          <w:szCs w:val="24"/>
          <w:lang w:val="ru-RU"/>
        </w:rPr>
        <w:t>58.</w:t>
      </w:r>
      <w:r w:rsidR="00786EA3" w:rsidRPr="00214B2E">
        <w:rPr>
          <w:rFonts w:ascii="Arial" w:hAnsi="Arial" w:cs="Arial"/>
          <w:sz w:val="24"/>
          <w:szCs w:val="24"/>
          <w:lang w:val="ru-RU"/>
        </w:rPr>
        <w:t xml:space="preserve"> </w:t>
      </w:r>
      <w:r w:rsidR="00214B2E" w:rsidRPr="00214B2E">
        <w:rPr>
          <w:rFonts w:ascii="Arial" w:hAnsi="Arial" w:cs="Arial"/>
          <w:sz w:val="24"/>
          <w:szCs w:val="24"/>
          <w:lang w:val="ru-RU"/>
        </w:rPr>
        <w:t>За 2018</w:t>
      </w:r>
      <w:r w:rsidR="00786EA3" w:rsidRPr="00214B2E">
        <w:rPr>
          <w:rFonts w:ascii="Arial" w:hAnsi="Arial" w:cs="Arial"/>
          <w:sz w:val="24"/>
          <w:szCs w:val="24"/>
          <w:lang w:val="ru-RU"/>
        </w:rPr>
        <w:t xml:space="preserve"> </w:t>
      </w:r>
      <w:r w:rsidR="00214B2E" w:rsidRPr="00214B2E">
        <w:rPr>
          <w:rFonts w:ascii="Arial" w:hAnsi="Arial" w:cs="Arial"/>
          <w:sz w:val="24"/>
          <w:szCs w:val="24"/>
          <w:lang w:val="ru-RU"/>
        </w:rPr>
        <w:t>год в рамках профилактических программ для секс работников было</w:t>
      </w:r>
      <w:r w:rsidR="00786EA3" w:rsidRPr="00214B2E">
        <w:rPr>
          <w:rFonts w:ascii="Arial" w:hAnsi="Arial" w:cs="Arial"/>
          <w:sz w:val="24"/>
          <w:szCs w:val="24"/>
          <w:lang w:val="ru-RU"/>
        </w:rPr>
        <w:t xml:space="preserve"> </w:t>
      </w:r>
      <w:r w:rsidR="00214B2E" w:rsidRPr="00214B2E">
        <w:rPr>
          <w:rFonts w:ascii="Arial" w:hAnsi="Arial" w:cs="Arial"/>
          <w:sz w:val="24"/>
          <w:szCs w:val="24"/>
          <w:lang w:val="ru-RU"/>
        </w:rPr>
        <w:t>роздано 6</w:t>
      </w:r>
      <w:r w:rsidR="00786EA3" w:rsidRPr="00214B2E">
        <w:rPr>
          <w:rFonts w:ascii="Arial" w:hAnsi="Arial" w:cs="Arial"/>
          <w:sz w:val="24"/>
          <w:szCs w:val="24"/>
        </w:rPr>
        <w:t> </w:t>
      </w:r>
      <w:r w:rsidR="00786EA3" w:rsidRPr="00214B2E">
        <w:rPr>
          <w:rFonts w:ascii="Arial" w:hAnsi="Arial" w:cs="Arial"/>
          <w:sz w:val="24"/>
          <w:szCs w:val="24"/>
          <w:lang w:val="ru-RU"/>
        </w:rPr>
        <w:t xml:space="preserve">723 821 шт. презервативов, что больше в 1,2 раза, чем в 2017г.   Показатель обеспеченности </w:t>
      </w:r>
      <w:r w:rsidR="00214B2E" w:rsidRPr="00214B2E">
        <w:rPr>
          <w:rFonts w:ascii="Arial" w:hAnsi="Arial" w:cs="Arial"/>
          <w:sz w:val="24"/>
          <w:szCs w:val="24"/>
          <w:lang w:val="ru-RU"/>
        </w:rPr>
        <w:t>СР презервативами составил 398</w:t>
      </w:r>
      <w:r w:rsidR="00786EA3" w:rsidRPr="00214B2E">
        <w:rPr>
          <w:rFonts w:ascii="Arial" w:hAnsi="Arial" w:cs="Arial"/>
          <w:sz w:val="24"/>
          <w:szCs w:val="24"/>
          <w:lang w:val="ru-RU"/>
        </w:rPr>
        <w:t xml:space="preserve">  на 1 СР, </w:t>
      </w:r>
      <w:proofErr w:type="gramStart"/>
      <w:r w:rsidR="00786EA3" w:rsidRPr="00214B2E">
        <w:rPr>
          <w:rFonts w:ascii="Arial" w:hAnsi="Arial" w:cs="Arial"/>
          <w:sz w:val="24"/>
          <w:szCs w:val="24"/>
          <w:lang w:val="ru-RU"/>
        </w:rPr>
        <w:t>привлеченную</w:t>
      </w:r>
      <w:proofErr w:type="gramEnd"/>
      <w:r w:rsidR="00786EA3" w:rsidRPr="00214B2E">
        <w:rPr>
          <w:rFonts w:ascii="Arial" w:hAnsi="Arial" w:cs="Arial"/>
          <w:sz w:val="24"/>
          <w:szCs w:val="24"/>
          <w:lang w:val="ru-RU"/>
        </w:rPr>
        <w:t xml:space="preserve"> в профпрограммы, или 366 от </w:t>
      </w:r>
      <w:r w:rsidR="00214B2E" w:rsidRPr="00214B2E">
        <w:rPr>
          <w:rFonts w:ascii="Arial" w:hAnsi="Arial" w:cs="Arial"/>
          <w:sz w:val="24"/>
          <w:szCs w:val="24"/>
          <w:lang w:val="ru-RU"/>
        </w:rPr>
        <w:t>оценочного числа</w:t>
      </w:r>
      <w:r w:rsidR="00786EA3" w:rsidRPr="00214B2E">
        <w:rPr>
          <w:rFonts w:ascii="Arial" w:hAnsi="Arial" w:cs="Arial"/>
          <w:sz w:val="24"/>
          <w:szCs w:val="24"/>
          <w:lang w:val="ru-RU"/>
        </w:rPr>
        <w:t>.</w:t>
      </w:r>
    </w:p>
    <w:p w:rsidR="00581559" w:rsidRPr="00F75CA1" w:rsidRDefault="00BE3205" w:rsidP="00591E1D">
      <w:pPr>
        <w:spacing w:after="0" w:line="240" w:lineRule="auto"/>
        <w:ind w:firstLine="567"/>
        <w:jc w:val="both"/>
        <w:rPr>
          <w:rFonts w:ascii="Arial" w:hAnsi="Arial" w:cs="Arial"/>
          <w:sz w:val="24"/>
          <w:szCs w:val="24"/>
          <w:lang w:val="ru-RU"/>
        </w:rPr>
      </w:pPr>
      <w:r w:rsidRPr="00F75CA1">
        <w:rPr>
          <w:rFonts w:ascii="Arial" w:hAnsi="Arial" w:cs="Arial"/>
          <w:sz w:val="24"/>
          <w:szCs w:val="24"/>
          <w:lang w:val="ru-RU"/>
        </w:rPr>
        <w:t xml:space="preserve">Республика Казахстан имеет значительную потребность в активации усилий по профилактике и лечению ВИЧ инфекции </w:t>
      </w:r>
      <w:proofErr w:type="gramStart"/>
      <w:r w:rsidRPr="00F75CA1">
        <w:rPr>
          <w:rFonts w:ascii="Arial" w:hAnsi="Arial" w:cs="Arial"/>
          <w:sz w:val="24"/>
          <w:szCs w:val="24"/>
          <w:lang w:val="ru-RU"/>
        </w:rPr>
        <w:t>у МСМ сообщества</w:t>
      </w:r>
      <w:r w:rsidR="00591E1D" w:rsidRPr="00F75CA1">
        <w:rPr>
          <w:rFonts w:ascii="Arial" w:hAnsi="Arial" w:cs="Arial"/>
          <w:sz w:val="24"/>
          <w:szCs w:val="24"/>
          <w:lang w:val="ru-RU"/>
        </w:rPr>
        <w:t xml:space="preserve"> в связи  с</w:t>
      </w:r>
      <w:r w:rsidR="00A237BA">
        <w:rPr>
          <w:rFonts w:ascii="Arial" w:hAnsi="Arial" w:cs="Arial"/>
          <w:sz w:val="24"/>
          <w:szCs w:val="24"/>
          <w:lang w:val="ru-RU"/>
        </w:rPr>
        <w:t xml:space="preserve"> </w:t>
      </w:r>
      <w:r w:rsidR="00591E1D" w:rsidRPr="00F75CA1">
        <w:rPr>
          <w:rFonts w:ascii="Arial" w:hAnsi="Arial" w:cs="Arial"/>
          <w:sz w:val="24"/>
          <w:szCs w:val="24"/>
          <w:lang w:val="ru-RU"/>
        </w:rPr>
        <w:t xml:space="preserve">ростом распространенности ВИЧ инфекции в данной группе </w:t>
      </w:r>
      <w:r w:rsidR="009236D0">
        <w:rPr>
          <w:rFonts w:ascii="Arial" w:hAnsi="Arial" w:cs="Arial"/>
          <w:sz w:val="24"/>
          <w:szCs w:val="24"/>
          <w:lang w:val="ru-RU"/>
        </w:rPr>
        <w:t>за</w:t>
      </w:r>
      <w:r w:rsidR="00591E1D" w:rsidRPr="00F75CA1">
        <w:rPr>
          <w:rFonts w:ascii="Arial" w:hAnsi="Arial" w:cs="Arial"/>
          <w:sz w:val="24"/>
          <w:szCs w:val="24"/>
          <w:lang w:val="ru-RU"/>
        </w:rPr>
        <w:t xml:space="preserve"> последние годы</w:t>
      </w:r>
      <w:proofErr w:type="gramEnd"/>
      <w:r w:rsidR="00591E1D" w:rsidRPr="00F75CA1">
        <w:rPr>
          <w:rFonts w:ascii="Arial" w:hAnsi="Arial" w:cs="Arial"/>
          <w:sz w:val="24"/>
          <w:szCs w:val="24"/>
          <w:lang w:val="ru-RU"/>
        </w:rPr>
        <w:t>.</w:t>
      </w:r>
      <w:r w:rsidR="00581559" w:rsidRPr="00F75CA1">
        <w:rPr>
          <w:rFonts w:ascii="Arial" w:hAnsi="Arial" w:cs="Arial"/>
          <w:sz w:val="24"/>
          <w:szCs w:val="24"/>
          <w:lang w:val="ru-RU"/>
        </w:rPr>
        <w:t xml:space="preserve"> </w:t>
      </w:r>
      <w:r w:rsidR="00591E1D" w:rsidRPr="00F75CA1">
        <w:rPr>
          <w:rFonts w:ascii="Arial" w:hAnsi="Arial" w:cs="Arial"/>
          <w:sz w:val="24"/>
          <w:szCs w:val="24"/>
          <w:lang w:val="ru-RU"/>
        </w:rPr>
        <w:t xml:space="preserve">  </w:t>
      </w:r>
    </w:p>
    <w:p w:rsidR="00C97968" w:rsidRPr="00600E19" w:rsidRDefault="00581559" w:rsidP="008E7610">
      <w:pPr>
        <w:pStyle w:val="39"/>
        <w:spacing w:after="0" w:line="240" w:lineRule="auto"/>
        <w:ind w:left="0" w:firstLine="562"/>
        <w:jc w:val="both"/>
        <w:rPr>
          <w:rFonts w:ascii="Arial" w:hAnsi="Arial" w:cs="Arial"/>
          <w:sz w:val="24"/>
          <w:szCs w:val="24"/>
          <w:lang w:val="ru-RU"/>
        </w:rPr>
      </w:pPr>
      <w:r w:rsidRPr="008E7610">
        <w:rPr>
          <w:rFonts w:ascii="Arial" w:hAnsi="Arial" w:cs="Arial"/>
          <w:sz w:val="24"/>
          <w:szCs w:val="24"/>
          <w:lang w:val="ru-RU"/>
        </w:rPr>
        <w:t>Оценка численности МСМ (в 16 регионах), составила 62 000 человек (2017г.- 52</w:t>
      </w:r>
      <w:r w:rsidRPr="008E7610">
        <w:rPr>
          <w:rFonts w:ascii="Arial" w:hAnsi="Arial" w:cs="Arial"/>
          <w:sz w:val="24"/>
          <w:szCs w:val="24"/>
        </w:rPr>
        <w:t> </w:t>
      </w:r>
      <w:r w:rsidRPr="008E7610">
        <w:rPr>
          <w:rFonts w:ascii="Arial" w:hAnsi="Arial" w:cs="Arial"/>
          <w:sz w:val="24"/>
          <w:szCs w:val="24"/>
          <w:lang w:val="ru-RU"/>
        </w:rPr>
        <w:t xml:space="preserve">800, кроме 2-х регионов: Алматинской, ЗКО). </w:t>
      </w:r>
      <w:r w:rsidR="008E7610" w:rsidRPr="008E7610">
        <w:rPr>
          <w:rFonts w:ascii="Arial" w:hAnsi="Arial" w:cs="Arial"/>
          <w:sz w:val="24"/>
          <w:szCs w:val="24"/>
          <w:lang w:val="ru-RU"/>
        </w:rPr>
        <w:t>В 2018</w:t>
      </w:r>
      <w:r w:rsidRPr="008E7610">
        <w:rPr>
          <w:rFonts w:ascii="Arial" w:hAnsi="Arial" w:cs="Arial"/>
          <w:sz w:val="24"/>
          <w:szCs w:val="24"/>
          <w:lang w:val="ru-RU"/>
        </w:rPr>
        <w:t xml:space="preserve"> году профилактическими программами охвачено – 8 590 МСМ, что составило – 14% от оценочной численности</w:t>
      </w:r>
      <w:r w:rsidR="00F75CA1" w:rsidRPr="008E7610">
        <w:rPr>
          <w:rFonts w:ascii="Arial" w:hAnsi="Arial" w:cs="Arial"/>
          <w:sz w:val="24"/>
          <w:szCs w:val="24"/>
          <w:lang w:val="ru-RU"/>
        </w:rPr>
        <w:t>. Систематический охват МСМ профпрограммами составил – 5%</w:t>
      </w:r>
      <w:r w:rsidR="00C97968" w:rsidRPr="008E7610">
        <w:rPr>
          <w:rFonts w:ascii="Arial" w:hAnsi="Arial" w:cs="Arial"/>
          <w:sz w:val="24"/>
          <w:szCs w:val="24"/>
          <w:lang w:val="ru-RU"/>
        </w:rPr>
        <w:t xml:space="preserve">. К работе с </w:t>
      </w:r>
      <w:r w:rsidR="008E7610" w:rsidRPr="008E7610">
        <w:rPr>
          <w:rFonts w:ascii="Arial" w:hAnsi="Arial" w:cs="Arial"/>
          <w:sz w:val="24"/>
          <w:szCs w:val="24"/>
          <w:lang w:val="ru-RU"/>
        </w:rPr>
        <w:t>МСМ в</w:t>
      </w:r>
      <w:r w:rsidR="00C97968" w:rsidRPr="008E7610">
        <w:rPr>
          <w:rFonts w:ascii="Arial" w:hAnsi="Arial" w:cs="Arial"/>
          <w:sz w:val="24"/>
          <w:szCs w:val="24"/>
          <w:lang w:val="ru-RU"/>
        </w:rPr>
        <w:t xml:space="preserve"> 2018 году было привлечено 59 аутрич-</w:t>
      </w:r>
      <w:r w:rsidR="008E7610" w:rsidRPr="008E7610">
        <w:rPr>
          <w:rFonts w:ascii="Arial" w:hAnsi="Arial" w:cs="Arial"/>
          <w:sz w:val="24"/>
          <w:szCs w:val="24"/>
          <w:lang w:val="ru-RU"/>
        </w:rPr>
        <w:t>работников</w:t>
      </w:r>
      <w:r w:rsidR="00C97968" w:rsidRPr="008E7610">
        <w:rPr>
          <w:rFonts w:ascii="Arial" w:hAnsi="Arial" w:cs="Arial"/>
          <w:sz w:val="24"/>
          <w:szCs w:val="24"/>
          <w:lang w:val="ru-RU"/>
        </w:rPr>
        <w:t xml:space="preserve">.  </w:t>
      </w:r>
      <w:r w:rsidR="00C97968" w:rsidRPr="00600E19">
        <w:rPr>
          <w:rFonts w:ascii="Arial" w:hAnsi="Arial" w:cs="Arial"/>
          <w:sz w:val="24"/>
          <w:szCs w:val="24"/>
          <w:lang w:val="ru-RU"/>
        </w:rPr>
        <w:t>Количество выделенных ставок из местного бюджета-30</w:t>
      </w:r>
      <w:r w:rsidR="00D7238A">
        <w:rPr>
          <w:rFonts w:ascii="Arial" w:hAnsi="Arial" w:cs="Arial"/>
          <w:sz w:val="24"/>
          <w:szCs w:val="24"/>
          <w:lang w:val="ru-RU"/>
        </w:rPr>
        <w:t>, и</w:t>
      </w:r>
      <w:r w:rsidR="00C97968" w:rsidRPr="00600E19">
        <w:rPr>
          <w:rFonts w:ascii="Arial" w:hAnsi="Arial" w:cs="Arial"/>
          <w:sz w:val="24"/>
          <w:szCs w:val="24"/>
          <w:lang w:val="ru-RU"/>
        </w:rPr>
        <w:t xml:space="preserve">з международных источников-29. </w:t>
      </w:r>
    </w:p>
    <w:p w:rsidR="008024C8" w:rsidRDefault="00741BFE" w:rsidP="003B39E9">
      <w:pPr>
        <w:pStyle w:val="a5"/>
        <w:ind w:firstLine="567"/>
        <w:jc w:val="both"/>
        <w:rPr>
          <w:rFonts w:ascii="Arial" w:hAnsi="Arial" w:cs="Arial"/>
          <w:sz w:val="24"/>
          <w:szCs w:val="24"/>
          <w:lang w:val="ru-RU"/>
        </w:rPr>
      </w:pPr>
      <w:r>
        <w:rPr>
          <w:rFonts w:ascii="Arial" w:hAnsi="Arial" w:cs="Arial"/>
          <w:sz w:val="24"/>
          <w:szCs w:val="24"/>
          <w:lang w:val="ru-RU"/>
        </w:rPr>
        <w:t>К сожалению, группа МСМ является очень закрытой группой для проведения профилактических программ, в силу культурно-</w:t>
      </w:r>
      <w:r w:rsidR="005726E8">
        <w:rPr>
          <w:rFonts w:ascii="Arial" w:hAnsi="Arial" w:cs="Arial"/>
          <w:sz w:val="24"/>
          <w:szCs w:val="24"/>
          <w:lang w:val="ru-RU"/>
        </w:rPr>
        <w:t>национальных особенностей страны и существующе</w:t>
      </w:r>
      <w:r w:rsidR="008024C8">
        <w:rPr>
          <w:rFonts w:ascii="Arial" w:hAnsi="Arial" w:cs="Arial"/>
          <w:sz w:val="24"/>
          <w:szCs w:val="24"/>
          <w:lang w:val="ru-RU"/>
        </w:rPr>
        <w:t xml:space="preserve">й стигмы и дискриминации, а также </w:t>
      </w:r>
      <w:proofErr w:type="spellStart"/>
      <w:r w:rsidR="008024C8">
        <w:rPr>
          <w:rFonts w:ascii="Arial" w:hAnsi="Arial" w:cs="Arial"/>
          <w:sz w:val="24"/>
          <w:szCs w:val="24"/>
          <w:lang w:val="ru-RU"/>
        </w:rPr>
        <w:t>самостигмы</w:t>
      </w:r>
      <w:proofErr w:type="spellEnd"/>
      <w:r w:rsidR="008024C8">
        <w:rPr>
          <w:rFonts w:ascii="Arial" w:hAnsi="Arial" w:cs="Arial"/>
          <w:sz w:val="24"/>
          <w:szCs w:val="24"/>
          <w:lang w:val="ru-RU"/>
        </w:rPr>
        <w:t xml:space="preserve"> у представителей сообщества.</w:t>
      </w:r>
    </w:p>
    <w:p w:rsidR="002C4A68" w:rsidRPr="003B39E9" w:rsidRDefault="002C4A68" w:rsidP="003B39E9">
      <w:pPr>
        <w:pStyle w:val="a5"/>
        <w:ind w:firstLine="567"/>
        <w:jc w:val="both"/>
        <w:rPr>
          <w:rFonts w:ascii="Arial" w:hAnsi="Arial" w:cs="Arial"/>
          <w:sz w:val="24"/>
          <w:szCs w:val="24"/>
          <w:lang w:val="ru-RU"/>
        </w:rPr>
      </w:pPr>
      <w:r w:rsidRPr="003B39E9">
        <w:rPr>
          <w:rFonts w:ascii="Arial" w:hAnsi="Arial" w:cs="Arial"/>
          <w:sz w:val="24"/>
          <w:szCs w:val="24"/>
          <w:lang w:val="ru-RU"/>
        </w:rPr>
        <w:t>История внедрения антиретровирусной терапии в РК началась с 2003-2004 года. В 2004 году издано Клиническое руководство по диагностике, лечению и предоставлению медицинской помощи при ВИЧ-инфекции и СПИД, где регламентировалось начало АРТ при 4 клинической стадии и/или при показателях уровня иммунных клеток СД4 меньше или равно 200. Антиретровирусные препараты закупались за счет Глобального фонда, перечень доступных препаратов был скудный, буквально на 1-2 схемы.</w:t>
      </w:r>
    </w:p>
    <w:p w:rsidR="002C4A68" w:rsidRPr="006D624E" w:rsidRDefault="002C4A68" w:rsidP="003B39E9">
      <w:pPr>
        <w:pStyle w:val="a5"/>
        <w:ind w:firstLine="567"/>
        <w:jc w:val="both"/>
        <w:rPr>
          <w:rFonts w:ascii="Arial" w:hAnsi="Arial" w:cs="Arial"/>
          <w:sz w:val="24"/>
          <w:szCs w:val="24"/>
          <w:lang w:val="ru-RU"/>
        </w:rPr>
      </w:pPr>
      <w:r w:rsidRPr="006D624E">
        <w:rPr>
          <w:rFonts w:ascii="Arial" w:hAnsi="Arial" w:cs="Arial"/>
          <w:sz w:val="24"/>
          <w:szCs w:val="24"/>
          <w:lang w:val="ru-RU"/>
        </w:rPr>
        <w:t xml:space="preserve">С 2009 года начинается новая веха АРТ в РК. </w:t>
      </w:r>
      <w:r w:rsidR="00A41968" w:rsidRPr="006D624E">
        <w:rPr>
          <w:rFonts w:ascii="Arial" w:hAnsi="Arial" w:cs="Arial"/>
          <w:sz w:val="24"/>
          <w:szCs w:val="24"/>
          <w:lang w:val="ru-RU"/>
        </w:rPr>
        <w:t xml:space="preserve">Правительство Республики Казахстан </w:t>
      </w:r>
      <w:r w:rsidR="006D624E" w:rsidRPr="006D624E">
        <w:rPr>
          <w:rFonts w:ascii="Arial" w:hAnsi="Arial" w:cs="Arial"/>
          <w:sz w:val="24"/>
          <w:szCs w:val="24"/>
          <w:lang w:val="ru-RU"/>
        </w:rPr>
        <w:t xml:space="preserve">стало </w:t>
      </w:r>
      <w:r w:rsidR="00A41968" w:rsidRPr="006D624E">
        <w:rPr>
          <w:rFonts w:ascii="Arial" w:hAnsi="Arial" w:cs="Arial"/>
          <w:sz w:val="24"/>
          <w:szCs w:val="24"/>
          <w:lang w:val="ru-RU"/>
        </w:rPr>
        <w:t xml:space="preserve">полностью </w:t>
      </w:r>
      <w:r w:rsidR="006D624E" w:rsidRPr="006D624E">
        <w:rPr>
          <w:rFonts w:ascii="Arial" w:hAnsi="Arial" w:cs="Arial"/>
          <w:sz w:val="24"/>
          <w:szCs w:val="24"/>
          <w:lang w:val="ru-RU"/>
        </w:rPr>
        <w:t>з</w:t>
      </w:r>
      <w:r w:rsidRPr="006D624E">
        <w:rPr>
          <w:rFonts w:ascii="Arial" w:hAnsi="Arial" w:cs="Arial"/>
          <w:sz w:val="24"/>
          <w:szCs w:val="24"/>
          <w:lang w:val="ru-RU"/>
        </w:rPr>
        <w:t>акуп</w:t>
      </w:r>
      <w:r w:rsidR="006D624E" w:rsidRPr="006D624E">
        <w:rPr>
          <w:rFonts w:ascii="Arial" w:hAnsi="Arial" w:cs="Arial"/>
          <w:sz w:val="24"/>
          <w:szCs w:val="24"/>
          <w:lang w:val="ru-RU"/>
        </w:rPr>
        <w:t>ать</w:t>
      </w:r>
      <w:r w:rsidRPr="006D624E">
        <w:rPr>
          <w:rFonts w:ascii="Arial" w:hAnsi="Arial" w:cs="Arial"/>
          <w:sz w:val="24"/>
          <w:szCs w:val="24"/>
          <w:lang w:val="ru-RU"/>
        </w:rPr>
        <w:t xml:space="preserve"> антиретровирусны</w:t>
      </w:r>
      <w:r w:rsidR="006D624E" w:rsidRPr="006D624E">
        <w:rPr>
          <w:rFonts w:ascii="Arial" w:hAnsi="Arial" w:cs="Arial"/>
          <w:sz w:val="24"/>
          <w:szCs w:val="24"/>
          <w:lang w:val="ru-RU"/>
        </w:rPr>
        <w:t>е</w:t>
      </w:r>
      <w:r w:rsidRPr="006D624E">
        <w:rPr>
          <w:rFonts w:ascii="Arial" w:hAnsi="Arial" w:cs="Arial"/>
          <w:sz w:val="24"/>
          <w:szCs w:val="24"/>
          <w:lang w:val="ru-RU"/>
        </w:rPr>
        <w:t xml:space="preserve"> препарат</w:t>
      </w:r>
      <w:r w:rsidR="006D624E" w:rsidRPr="006D624E">
        <w:rPr>
          <w:rFonts w:ascii="Arial" w:hAnsi="Arial" w:cs="Arial"/>
          <w:sz w:val="24"/>
          <w:szCs w:val="24"/>
          <w:lang w:val="ru-RU"/>
        </w:rPr>
        <w:t>ы</w:t>
      </w:r>
      <w:r w:rsidRPr="006D624E">
        <w:rPr>
          <w:rFonts w:ascii="Arial" w:hAnsi="Arial" w:cs="Arial"/>
          <w:sz w:val="24"/>
          <w:szCs w:val="24"/>
          <w:lang w:val="ru-RU"/>
        </w:rPr>
        <w:t>, обеспечивая концепцию перехода на национальное финансирование и обеспечение устойчивости мер противодействия ВИЧ в стране. Что в свою очередь позволяет сохранить непрерывность предоставления услуг и расширение этих услуг с увеличением существующего сегодня уровня их поддержки.</w:t>
      </w:r>
    </w:p>
    <w:p w:rsidR="002C4A68" w:rsidRPr="006D624E" w:rsidRDefault="002C4A68" w:rsidP="003B39E9">
      <w:pPr>
        <w:pStyle w:val="a5"/>
        <w:ind w:firstLine="567"/>
        <w:jc w:val="both"/>
        <w:rPr>
          <w:rFonts w:ascii="Arial" w:hAnsi="Arial" w:cs="Arial"/>
          <w:sz w:val="24"/>
          <w:szCs w:val="24"/>
          <w:lang w:val="ru-RU"/>
        </w:rPr>
      </w:pPr>
      <w:r w:rsidRPr="006D624E">
        <w:rPr>
          <w:rFonts w:ascii="Arial" w:hAnsi="Arial" w:cs="Arial"/>
          <w:sz w:val="24"/>
          <w:szCs w:val="24"/>
          <w:lang w:val="ru-RU"/>
        </w:rPr>
        <w:t>В 2011 году государство принимает новые критерии начала АРТ. 5 января 2011 года утвержден Клинический протокол лечения ВИЧ-</w:t>
      </w:r>
      <w:r w:rsidRPr="006D624E">
        <w:rPr>
          <w:rFonts w:ascii="Arial" w:hAnsi="Arial" w:cs="Arial"/>
          <w:sz w:val="24"/>
          <w:szCs w:val="24"/>
          <w:lang w:val="ru-RU"/>
        </w:rPr>
        <w:lastRenderedPageBreak/>
        <w:t xml:space="preserve">инфекции, где показания к началу АРТ указаны 3 и 4 клинические стадии, а также показатели уровня иммунных клеток СД4 меньше или равно 350 клеток в мл. В сентябре 2015 года приняты новые Клинические протоколы, где одним из показаний к началу АРТ обозначен уровень клеток СД4 ниже 500 клеток в мл. </w:t>
      </w:r>
    </w:p>
    <w:p w:rsidR="002C4A68" w:rsidRPr="009A0849" w:rsidRDefault="002C4A68" w:rsidP="002C4A68">
      <w:pPr>
        <w:pStyle w:val="a5"/>
        <w:ind w:firstLine="567"/>
        <w:jc w:val="both"/>
        <w:rPr>
          <w:rFonts w:ascii="Arial" w:hAnsi="Arial" w:cs="Arial"/>
          <w:sz w:val="24"/>
          <w:szCs w:val="24"/>
          <w:lang w:val="ru-RU"/>
        </w:rPr>
      </w:pPr>
      <w:r w:rsidRPr="009A0849">
        <w:rPr>
          <w:rFonts w:ascii="Arial" w:hAnsi="Arial" w:cs="Arial"/>
          <w:sz w:val="24"/>
          <w:szCs w:val="24"/>
          <w:lang w:val="ru-RU"/>
        </w:rPr>
        <w:t>По новым рекомендациям ВОЗ от 2016 года, АРТ необходимо начинать немедленно после подтверждения положительного диагноза, независимо от количества клеток СД4. В 2017 году в Казахстане принят новый Клинический протокол в соответствии с последними рекомендациями ВОЗ – «Тестируй и лечи»</w:t>
      </w:r>
      <w:r w:rsidR="009A0849" w:rsidRPr="009A0849">
        <w:rPr>
          <w:rFonts w:ascii="Arial" w:hAnsi="Arial" w:cs="Arial"/>
          <w:sz w:val="24"/>
          <w:szCs w:val="24"/>
          <w:lang w:val="ru-RU"/>
        </w:rPr>
        <w:t xml:space="preserve"> и начиная с </w:t>
      </w:r>
      <w:r w:rsidR="00BF65A5" w:rsidRPr="009A0849">
        <w:rPr>
          <w:rFonts w:ascii="Arial" w:hAnsi="Arial" w:cs="Arial"/>
          <w:sz w:val="24"/>
          <w:szCs w:val="24"/>
          <w:lang w:val="ru-RU"/>
        </w:rPr>
        <w:t>2018 года в РК внедрена стратегия «Тестируй и лечи», что увеличило количество нуждающихся лиц в АРТ в 1,3 раза</w:t>
      </w:r>
      <w:r w:rsidR="009A0849">
        <w:rPr>
          <w:rFonts w:ascii="Arial" w:hAnsi="Arial" w:cs="Arial"/>
          <w:sz w:val="24"/>
          <w:szCs w:val="24"/>
          <w:lang w:val="ru-RU"/>
        </w:rPr>
        <w:t>.</w:t>
      </w:r>
    </w:p>
    <w:p w:rsidR="00551DF3" w:rsidRPr="006117E3" w:rsidRDefault="00551DF3" w:rsidP="00192F1A">
      <w:pPr>
        <w:pStyle w:val="a5"/>
        <w:ind w:firstLine="709"/>
        <w:jc w:val="both"/>
        <w:rPr>
          <w:rFonts w:ascii="Arial" w:hAnsi="Arial" w:cs="Arial"/>
          <w:sz w:val="24"/>
          <w:szCs w:val="24"/>
          <w:lang w:val="ru-RU"/>
        </w:rPr>
      </w:pPr>
      <w:r w:rsidRPr="006117E3">
        <w:rPr>
          <w:rFonts w:ascii="Arial" w:hAnsi="Arial" w:cs="Arial"/>
          <w:sz w:val="24"/>
          <w:szCs w:val="24"/>
          <w:lang w:val="ru-RU"/>
        </w:rPr>
        <w:t>На 31 декабря 2018 года на диспансерном учете в центрах по профилактике и борьбе со СПИД состоит 19384 людей, живущих с ВИЧ, в том числе 448 детей до 14 лет.</w:t>
      </w:r>
      <w:r w:rsidR="00192F1A" w:rsidRPr="006117E3">
        <w:rPr>
          <w:rFonts w:ascii="Arial" w:hAnsi="Arial" w:cs="Arial"/>
          <w:sz w:val="24"/>
          <w:szCs w:val="24"/>
          <w:lang w:val="ru-RU"/>
        </w:rPr>
        <w:t xml:space="preserve"> </w:t>
      </w:r>
      <w:r w:rsidRPr="006117E3">
        <w:rPr>
          <w:rFonts w:ascii="Arial" w:hAnsi="Arial" w:cs="Arial"/>
          <w:sz w:val="24"/>
          <w:szCs w:val="24"/>
          <w:lang w:val="ru-RU"/>
        </w:rPr>
        <w:tab/>
        <w:t>По итогам 2018 года диспансерным наблюдением охвачено 92% ЛЖВ (17927 человек)</w:t>
      </w:r>
      <w:r w:rsidR="00192F1A" w:rsidRPr="006117E3">
        <w:rPr>
          <w:rFonts w:ascii="Arial" w:hAnsi="Arial" w:cs="Arial"/>
          <w:sz w:val="24"/>
          <w:szCs w:val="24"/>
          <w:lang w:val="ru-RU"/>
        </w:rPr>
        <w:t xml:space="preserve">. </w:t>
      </w:r>
      <w:r w:rsidR="00B0394E" w:rsidRPr="006117E3">
        <w:rPr>
          <w:rFonts w:ascii="Arial" w:hAnsi="Arial" w:cs="Arial"/>
          <w:sz w:val="24"/>
          <w:szCs w:val="24"/>
          <w:lang w:val="ru-RU"/>
        </w:rPr>
        <w:t xml:space="preserve">К </w:t>
      </w:r>
      <w:r w:rsidR="008C0A82" w:rsidRPr="006117E3">
        <w:rPr>
          <w:rFonts w:ascii="Arial" w:hAnsi="Arial" w:cs="Arial"/>
          <w:sz w:val="24"/>
          <w:szCs w:val="24"/>
          <w:lang w:val="ru-RU"/>
        </w:rPr>
        <w:t xml:space="preserve">сожалению, </w:t>
      </w:r>
      <w:r w:rsidR="00B0394E" w:rsidRPr="006117E3">
        <w:rPr>
          <w:rFonts w:ascii="Arial" w:hAnsi="Arial" w:cs="Arial"/>
          <w:sz w:val="24"/>
          <w:szCs w:val="24"/>
          <w:lang w:val="ru-RU"/>
        </w:rPr>
        <w:t>охват АР</w:t>
      </w:r>
      <w:r w:rsidR="008C0A82" w:rsidRPr="006117E3">
        <w:rPr>
          <w:rFonts w:ascii="Arial" w:hAnsi="Arial" w:cs="Arial"/>
          <w:sz w:val="24"/>
          <w:szCs w:val="24"/>
          <w:lang w:val="ru-RU"/>
        </w:rPr>
        <w:t>Т лечением</w:t>
      </w:r>
      <w:r w:rsidR="00B0394E" w:rsidRPr="006117E3">
        <w:rPr>
          <w:rFonts w:ascii="Arial" w:hAnsi="Arial" w:cs="Arial"/>
          <w:sz w:val="24"/>
          <w:szCs w:val="24"/>
          <w:lang w:val="ru-RU"/>
        </w:rPr>
        <w:t xml:space="preserve"> сравнении с 2017 годом</w:t>
      </w:r>
      <w:r w:rsidR="008C0A82" w:rsidRPr="006117E3">
        <w:rPr>
          <w:rFonts w:ascii="Arial" w:hAnsi="Arial" w:cs="Arial"/>
          <w:sz w:val="24"/>
          <w:szCs w:val="24"/>
          <w:lang w:val="ru-RU"/>
        </w:rPr>
        <w:t xml:space="preserve"> незначительно </w:t>
      </w:r>
      <w:r w:rsidR="00B0394E" w:rsidRPr="006117E3">
        <w:rPr>
          <w:rFonts w:ascii="Arial" w:hAnsi="Arial" w:cs="Arial"/>
          <w:sz w:val="24"/>
          <w:szCs w:val="24"/>
          <w:lang w:val="ru-RU"/>
        </w:rPr>
        <w:t>снизился с 79% до 77%</w:t>
      </w:r>
      <w:r w:rsidR="006117E3" w:rsidRPr="006117E3">
        <w:rPr>
          <w:rFonts w:ascii="Arial" w:hAnsi="Arial" w:cs="Arial"/>
          <w:sz w:val="24"/>
          <w:szCs w:val="24"/>
          <w:lang w:val="ru-RU"/>
        </w:rPr>
        <w:t>, но эффективность проводимой терапии в сравнении с 2017 годом увеличилась в 1,2 раза</w:t>
      </w:r>
      <w:r w:rsidR="006117E3">
        <w:rPr>
          <w:rFonts w:ascii="Arial" w:hAnsi="Arial" w:cs="Arial"/>
          <w:sz w:val="24"/>
          <w:szCs w:val="24"/>
          <w:lang w:val="ru-RU"/>
        </w:rPr>
        <w:t>.</w:t>
      </w:r>
    </w:p>
    <w:p w:rsidR="00D31759" w:rsidRPr="00823FBD" w:rsidRDefault="00750A2D" w:rsidP="00D31759">
      <w:pPr>
        <w:pStyle w:val="a5"/>
        <w:ind w:firstLine="709"/>
        <w:jc w:val="both"/>
        <w:rPr>
          <w:rFonts w:ascii="Arial" w:hAnsi="Arial" w:cs="Arial"/>
          <w:sz w:val="24"/>
          <w:szCs w:val="24"/>
          <w:lang w:val="ru-RU"/>
        </w:rPr>
      </w:pPr>
      <w:r w:rsidRPr="00823FBD">
        <w:rPr>
          <w:rFonts w:ascii="Arial" w:hAnsi="Arial" w:cs="Arial"/>
          <w:sz w:val="24"/>
          <w:szCs w:val="24"/>
          <w:lang w:val="ru-RU"/>
        </w:rPr>
        <w:t>В целом по Республике Казахстан</w:t>
      </w:r>
      <w:r w:rsidR="00D31759" w:rsidRPr="00823FBD">
        <w:rPr>
          <w:rFonts w:ascii="Arial" w:hAnsi="Arial" w:cs="Arial"/>
          <w:sz w:val="24"/>
          <w:szCs w:val="24"/>
          <w:lang w:val="ru-RU"/>
        </w:rPr>
        <w:t xml:space="preserve">: показатель смертности от СПИД на 1000 ЛЖВ снизился в 1,6 раза (с 18,1 до </w:t>
      </w:r>
      <w:r w:rsidR="00E72092" w:rsidRPr="00823FBD">
        <w:rPr>
          <w:rFonts w:ascii="Arial" w:hAnsi="Arial" w:cs="Arial"/>
          <w:sz w:val="24"/>
          <w:szCs w:val="24"/>
          <w:lang w:val="ru-RU"/>
        </w:rPr>
        <w:t>11</w:t>
      </w:r>
      <w:r w:rsidR="00D31759" w:rsidRPr="00823FBD">
        <w:rPr>
          <w:rFonts w:ascii="Arial" w:hAnsi="Arial" w:cs="Arial"/>
          <w:sz w:val="24"/>
          <w:szCs w:val="24"/>
          <w:lang w:val="ru-RU"/>
        </w:rPr>
        <w:t xml:space="preserve">), количественный охват АРТ ЛЖВ увеличился в 8,6 раза (с 1336 до 11458), выживаемость среди ЛЖВ ниже среднемировой статистики. По данным имеющейся статистики, выживаемость ЛЖВ в РК  без </w:t>
      </w:r>
      <w:proofErr w:type="gramStart"/>
      <w:r w:rsidR="00D31759" w:rsidRPr="00823FBD">
        <w:rPr>
          <w:rFonts w:ascii="Arial" w:hAnsi="Arial" w:cs="Arial"/>
          <w:sz w:val="24"/>
          <w:szCs w:val="24"/>
          <w:lang w:val="ru-RU"/>
        </w:rPr>
        <w:t>АРТ</w:t>
      </w:r>
      <w:proofErr w:type="gramEnd"/>
      <w:r w:rsidR="00D31759" w:rsidRPr="00823FBD">
        <w:rPr>
          <w:rFonts w:ascii="Arial" w:hAnsi="Arial" w:cs="Arial"/>
          <w:sz w:val="24"/>
          <w:szCs w:val="24"/>
          <w:lang w:val="ru-RU"/>
        </w:rPr>
        <w:t xml:space="preserve"> – 18,5 лет, на АРТ – 21,2 года. Среди ЛУИН данные показатели ниже в 1,3 раза: выживаемость без АРТ – 14,7 лет, на АРТ – 16,8 лет.</w:t>
      </w:r>
    </w:p>
    <w:p w:rsidR="00551DF3" w:rsidRDefault="00551DF3" w:rsidP="00682761">
      <w:pPr>
        <w:pStyle w:val="a5"/>
        <w:ind w:firstLine="567"/>
        <w:jc w:val="both"/>
        <w:rPr>
          <w:rFonts w:ascii="Arial" w:hAnsi="Arial" w:cs="Arial"/>
          <w:b/>
          <w:bCs/>
          <w:color w:val="002060"/>
          <w:sz w:val="24"/>
          <w:szCs w:val="24"/>
          <w:shd w:val="clear" w:color="auto" w:fill="FFFFFF"/>
          <w:lang w:val="ru-RU"/>
        </w:rPr>
      </w:pPr>
    </w:p>
    <w:p w:rsidR="00682761" w:rsidRPr="0027727B" w:rsidRDefault="00682761" w:rsidP="00682761">
      <w:pPr>
        <w:pStyle w:val="a5"/>
        <w:ind w:firstLine="567"/>
        <w:jc w:val="both"/>
        <w:rPr>
          <w:rFonts w:ascii="Arial" w:hAnsi="Arial" w:cs="Arial"/>
          <w:b/>
          <w:bCs/>
          <w:color w:val="002060"/>
          <w:sz w:val="24"/>
          <w:szCs w:val="24"/>
          <w:shd w:val="clear" w:color="auto" w:fill="FFFFFF"/>
          <w:lang w:val="ru-RU"/>
        </w:rPr>
      </w:pPr>
      <w:r w:rsidRPr="0027727B">
        <w:rPr>
          <w:rFonts w:ascii="Arial" w:hAnsi="Arial" w:cs="Arial"/>
          <w:b/>
          <w:bCs/>
          <w:color w:val="002060"/>
          <w:sz w:val="24"/>
          <w:szCs w:val="24"/>
          <w:shd w:val="clear" w:color="auto" w:fill="FFFFFF"/>
          <w:lang w:val="ru-RU"/>
        </w:rPr>
        <w:t>ОБЯЗАТЕЛЬСТВО</w:t>
      </w:r>
      <w:r w:rsidR="0027727B" w:rsidRPr="0027727B">
        <w:rPr>
          <w:rFonts w:ascii="Arial" w:hAnsi="Arial" w:cs="Arial"/>
          <w:b/>
          <w:bCs/>
          <w:color w:val="002060"/>
          <w:sz w:val="24"/>
          <w:szCs w:val="24"/>
          <w:shd w:val="clear" w:color="auto" w:fill="FFFFFF"/>
          <w:lang w:val="ru-RU"/>
        </w:rPr>
        <w:t xml:space="preserve"> 4: устранить</w:t>
      </w:r>
      <w:r w:rsidRPr="0027727B">
        <w:rPr>
          <w:rFonts w:ascii="Arial" w:hAnsi="Arial" w:cs="Arial"/>
          <w:b/>
          <w:bCs/>
          <w:color w:val="002060"/>
          <w:sz w:val="24"/>
          <w:szCs w:val="24"/>
          <w:shd w:val="clear" w:color="auto" w:fill="FFFFFF"/>
          <w:lang w:val="ru-RU"/>
        </w:rPr>
        <w:t xml:space="preserve"> гендерное неравенство и искоренить все формы насилия и дискриминации в отношении женщин и девочек, лиц, инфицированных ВИЧ, и ключевых групп населения к 2020 году</w:t>
      </w:r>
    </w:p>
    <w:p w:rsidR="00682761" w:rsidRPr="00663337" w:rsidRDefault="00BB7608" w:rsidP="00663337">
      <w:pPr>
        <w:pStyle w:val="a5"/>
        <w:ind w:firstLine="567"/>
        <w:jc w:val="both"/>
        <w:rPr>
          <w:rFonts w:ascii="Arial" w:hAnsi="Arial" w:cs="Arial"/>
          <w:color w:val="414141"/>
          <w:sz w:val="24"/>
          <w:szCs w:val="24"/>
          <w:shd w:val="clear" w:color="auto" w:fill="FFFFFF"/>
          <w:lang w:val="ru-RU"/>
        </w:rPr>
      </w:pPr>
      <w:r w:rsidRPr="00663337">
        <w:rPr>
          <w:rFonts w:ascii="Arial" w:hAnsi="Arial" w:cs="Arial"/>
          <w:sz w:val="24"/>
          <w:szCs w:val="24"/>
          <w:shd w:val="clear" w:color="auto" w:fill="FFFFFF"/>
          <w:lang w:val="ru-RU"/>
        </w:rPr>
        <w:t>На сегодняшний день, Казахстан лидирует в Центрально-Азиатском регионе в продвижении гендерного равенства</w:t>
      </w:r>
      <w:r w:rsidRPr="00663337">
        <w:rPr>
          <w:rFonts w:ascii="Arial" w:hAnsi="Arial" w:cs="Arial"/>
          <w:color w:val="414141"/>
          <w:sz w:val="24"/>
          <w:szCs w:val="24"/>
          <w:shd w:val="clear" w:color="auto" w:fill="FFFFFF"/>
          <w:lang w:val="ru-RU"/>
        </w:rPr>
        <w:t>.</w:t>
      </w:r>
      <w:r w:rsidRPr="00663337">
        <w:rPr>
          <w:rFonts w:ascii="Arial" w:hAnsi="Arial" w:cs="Arial"/>
          <w:color w:val="414141"/>
          <w:sz w:val="24"/>
          <w:szCs w:val="24"/>
          <w:shd w:val="clear" w:color="auto" w:fill="FFFFFF"/>
        </w:rPr>
        <w:t> </w:t>
      </w:r>
    </w:p>
    <w:p w:rsidR="00663337" w:rsidRPr="00663337" w:rsidRDefault="005A054E" w:rsidP="00663337">
      <w:pPr>
        <w:shd w:val="clear" w:color="auto" w:fill="FFFFFF"/>
        <w:spacing w:after="0" w:line="240" w:lineRule="auto"/>
        <w:ind w:firstLine="397"/>
        <w:jc w:val="both"/>
        <w:textAlignment w:val="baseline"/>
        <w:rPr>
          <w:rFonts w:ascii="Arial" w:eastAsia="Times New Roman" w:hAnsi="Arial" w:cs="Arial"/>
          <w:color w:val="000000"/>
          <w:sz w:val="24"/>
          <w:szCs w:val="24"/>
          <w:lang w:val="ru-RU"/>
        </w:rPr>
      </w:pPr>
      <w:r>
        <w:rPr>
          <w:rFonts w:ascii="Arial" w:eastAsia="Times New Roman" w:hAnsi="Arial" w:cs="Arial"/>
          <w:color w:val="000000"/>
          <w:sz w:val="24"/>
          <w:szCs w:val="24"/>
          <w:bdr w:val="none" w:sz="0" w:space="0" w:color="auto" w:frame="1"/>
          <w:lang w:val="ru-RU"/>
        </w:rPr>
        <w:t xml:space="preserve">Начиняя с </w:t>
      </w:r>
      <w:r w:rsidR="00663337" w:rsidRPr="00663337">
        <w:rPr>
          <w:rFonts w:ascii="Arial" w:eastAsia="Times New Roman" w:hAnsi="Arial" w:cs="Arial"/>
          <w:color w:val="000000"/>
          <w:sz w:val="24"/>
          <w:szCs w:val="24"/>
          <w:bdr w:val="none" w:sz="0" w:space="0" w:color="auto" w:frame="1"/>
          <w:lang w:val="ru-RU"/>
        </w:rPr>
        <w:t xml:space="preserve">1998 году Казахстан </w:t>
      </w:r>
      <w:r>
        <w:rPr>
          <w:rFonts w:ascii="Arial" w:eastAsia="Times New Roman" w:hAnsi="Arial" w:cs="Arial"/>
          <w:color w:val="000000"/>
          <w:sz w:val="24"/>
          <w:szCs w:val="24"/>
          <w:bdr w:val="none" w:sz="0" w:space="0" w:color="auto" w:frame="1"/>
          <w:lang w:val="ru-RU"/>
        </w:rPr>
        <w:t xml:space="preserve">планомерно работает по достижению гендерного </w:t>
      </w:r>
      <w:r w:rsidR="00A1127B">
        <w:rPr>
          <w:rFonts w:ascii="Arial" w:eastAsia="Times New Roman" w:hAnsi="Arial" w:cs="Arial"/>
          <w:color w:val="000000"/>
          <w:sz w:val="24"/>
          <w:szCs w:val="24"/>
          <w:bdr w:val="none" w:sz="0" w:space="0" w:color="auto" w:frame="1"/>
          <w:lang w:val="ru-RU"/>
        </w:rPr>
        <w:t>равенства</w:t>
      </w:r>
      <w:r>
        <w:rPr>
          <w:rFonts w:ascii="Arial" w:eastAsia="Times New Roman" w:hAnsi="Arial" w:cs="Arial"/>
          <w:color w:val="000000"/>
          <w:sz w:val="24"/>
          <w:szCs w:val="24"/>
          <w:bdr w:val="none" w:sz="0" w:space="0" w:color="auto" w:frame="1"/>
          <w:lang w:val="ru-RU"/>
        </w:rPr>
        <w:t xml:space="preserve"> и искорен</w:t>
      </w:r>
      <w:r w:rsidR="000F7F23">
        <w:rPr>
          <w:rFonts w:ascii="Arial" w:eastAsia="Times New Roman" w:hAnsi="Arial" w:cs="Arial"/>
          <w:color w:val="000000"/>
          <w:sz w:val="24"/>
          <w:szCs w:val="24"/>
          <w:bdr w:val="none" w:sz="0" w:space="0" w:color="auto" w:frame="1"/>
          <w:lang w:val="ru-RU"/>
        </w:rPr>
        <w:t xml:space="preserve">ению всех форм насилия и </w:t>
      </w:r>
      <w:r w:rsidR="00A1127B">
        <w:rPr>
          <w:rFonts w:ascii="Arial" w:eastAsia="Times New Roman" w:hAnsi="Arial" w:cs="Arial"/>
          <w:color w:val="000000"/>
          <w:sz w:val="24"/>
          <w:szCs w:val="24"/>
          <w:bdr w:val="none" w:sz="0" w:space="0" w:color="auto" w:frame="1"/>
          <w:lang w:val="ru-RU"/>
        </w:rPr>
        <w:t>дискриминации</w:t>
      </w:r>
      <w:r w:rsidR="000F7F23">
        <w:rPr>
          <w:rFonts w:ascii="Arial" w:eastAsia="Times New Roman" w:hAnsi="Arial" w:cs="Arial"/>
          <w:color w:val="000000"/>
          <w:sz w:val="24"/>
          <w:szCs w:val="24"/>
          <w:bdr w:val="none" w:sz="0" w:space="0" w:color="auto" w:frame="1"/>
          <w:lang w:val="ru-RU"/>
        </w:rPr>
        <w:t xml:space="preserve"> в отношении женщин и девочек в целом, включая женщин</w:t>
      </w:r>
      <w:r w:rsidR="003B113B">
        <w:rPr>
          <w:rFonts w:ascii="Arial" w:eastAsia="Times New Roman" w:hAnsi="Arial" w:cs="Arial"/>
          <w:color w:val="000000"/>
          <w:sz w:val="24"/>
          <w:szCs w:val="24"/>
          <w:bdr w:val="none" w:sz="0" w:space="0" w:color="auto" w:frame="1"/>
          <w:lang w:val="ru-RU"/>
        </w:rPr>
        <w:t xml:space="preserve">, живущих с ВИЧ инфекцией. В 1998 году Казахстан </w:t>
      </w:r>
      <w:r w:rsidR="00663337" w:rsidRPr="00663337">
        <w:rPr>
          <w:rFonts w:ascii="Arial" w:eastAsia="Times New Roman" w:hAnsi="Arial" w:cs="Arial"/>
          <w:color w:val="000000"/>
          <w:sz w:val="24"/>
          <w:szCs w:val="24"/>
          <w:bdr w:val="none" w:sz="0" w:space="0" w:color="auto" w:frame="1"/>
          <w:lang w:val="ru-RU"/>
        </w:rPr>
        <w:t>присоединился к Конвенции ООН о ликвидации всех форм дискриминации в отношении женщин</w:t>
      </w:r>
      <w:r w:rsidR="003B113B">
        <w:rPr>
          <w:rFonts w:ascii="Arial" w:eastAsia="Times New Roman" w:hAnsi="Arial" w:cs="Arial"/>
          <w:color w:val="000000"/>
          <w:sz w:val="24"/>
          <w:szCs w:val="24"/>
          <w:bdr w:val="none" w:sz="0" w:space="0" w:color="auto" w:frame="1"/>
          <w:lang w:val="ru-RU"/>
        </w:rPr>
        <w:t>, р</w:t>
      </w:r>
      <w:r w:rsidR="00663337" w:rsidRPr="00663337">
        <w:rPr>
          <w:rFonts w:ascii="Arial" w:eastAsia="Times New Roman" w:hAnsi="Arial" w:cs="Arial"/>
          <w:color w:val="000000"/>
          <w:sz w:val="24"/>
          <w:szCs w:val="24"/>
          <w:bdr w:val="none" w:sz="0" w:space="0" w:color="auto" w:frame="1"/>
          <w:lang w:val="ru-RU"/>
        </w:rPr>
        <w:t>атифицирован факультативный протокол к данной конвенции</w:t>
      </w:r>
      <w:r w:rsidR="00F16DCA">
        <w:rPr>
          <w:rFonts w:ascii="Arial" w:eastAsia="Times New Roman" w:hAnsi="Arial" w:cs="Arial"/>
          <w:color w:val="000000"/>
          <w:sz w:val="24"/>
          <w:szCs w:val="24"/>
          <w:bdr w:val="none" w:sz="0" w:space="0" w:color="auto" w:frame="1"/>
          <w:lang w:val="ru-RU"/>
        </w:rPr>
        <w:t>.</w:t>
      </w:r>
    </w:p>
    <w:p w:rsidR="00663337" w:rsidRPr="00663337" w:rsidRDefault="00663337" w:rsidP="00663337">
      <w:pPr>
        <w:shd w:val="clear" w:color="auto" w:fill="FFFFFF"/>
        <w:spacing w:after="0" w:line="240" w:lineRule="auto"/>
        <w:ind w:firstLine="397"/>
        <w:jc w:val="both"/>
        <w:textAlignment w:val="baseline"/>
        <w:rPr>
          <w:rFonts w:ascii="Arial" w:eastAsia="Times New Roman" w:hAnsi="Arial" w:cs="Arial"/>
          <w:color w:val="000000"/>
          <w:sz w:val="24"/>
          <w:szCs w:val="24"/>
          <w:lang w:val="ru-RU"/>
        </w:rPr>
      </w:pPr>
      <w:r w:rsidRPr="00663337">
        <w:rPr>
          <w:rFonts w:ascii="Arial" w:eastAsia="Times New Roman" w:hAnsi="Arial" w:cs="Arial"/>
          <w:color w:val="000000"/>
          <w:sz w:val="24"/>
          <w:szCs w:val="24"/>
          <w:bdr w:val="none" w:sz="0" w:space="0" w:color="auto" w:frame="1"/>
          <w:lang w:val="ru-RU"/>
        </w:rPr>
        <w:t xml:space="preserve">В 1998 году </w:t>
      </w:r>
      <w:r w:rsidR="00F16DCA">
        <w:rPr>
          <w:rFonts w:ascii="Arial" w:eastAsia="Times New Roman" w:hAnsi="Arial" w:cs="Arial"/>
          <w:color w:val="000000"/>
          <w:sz w:val="24"/>
          <w:szCs w:val="24"/>
          <w:bdr w:val="none" w:sz="0" w:space="0" w:color="auto" w:frame="1"/>
          <w:lang w:val="ru-RU"/>
        </w:rPr>
        <w:t>начала свою работу</w:t>
      </w:r>
      <w:r w:rsidRPr="00663337">
        <w:rPr>
          <w:rFonts w:ascii="Arial" w:eastAsia="Times New Roman" w:hAnsi="Arial" w:cs="Arial"/>
          <w:color w:val="000000"/>
          <w:sz w:val="24"/>
          <w:szCs w:val="24"/>
          <w:bdr w:val="none" w:sz="0" w:space="0" w:color="auto" w:frame="1"/>
          <w:lang w:val="ru-RU"/>
        </w:rPr>
        <w:t xml:space="preserve"> Национальн</w:t>
      </w:r>
      <w:r w:rsidR="00F16DCA">
        <w:rPr>
          <w:rFonts w:ascii="Arial" w:eastAsia="Times New Roman" w:hAnsi="Arial" w:cs="Arial"/>
          <w:color w:val="000000"/>
          <w:sz w:val="24"/>
          <w:szCs w:val="24"/>
          <w:bdr w:val="none" w:sz="0" w:space="0" w:color="auto" w:frame="1"/>
          <w:lang w:val="ru-RU"/>
        </w:rPr>
        <w:t>ая</w:t>
      </w:r>
      <w:r w:rsidRPr="00663337">
        <w:rPr>
          <w:rFonts w:ascii="Arial" w:eastAsia="Times New Roman" w:hAnsi="Arial" w:cs="Arial"/>
          <w:color w:val="000000"/>
          <w:sz w:val="24"/>
          <w:szCs w:val="24"/>
          <w:bdr w:val="none" w:sz="0" w:space="0" w:color="auto" w:frame="1"/>
          <w:lang w:val="ru-RU"/>
        </w:rPr>
        <w:t xml:space="preserve"> комисси</w:t>
      </w:r>
      <w:r w:rsidR="00F16DCA">
        <w:rPr>
          <w:rFonts w:ascii="Arial" w:eastAsia="Times New Roman" w:hAnsi="Arial" w:cs="Arial"/>
          <w:color w:val="000000"/>
          <w:sz w:val="24"/>
          <w:szCs w:val="24"/>
          <w:bdr w:val="none" w:sz="0" w:space="0" w:color="auto" w:frame="1"/>
          <w:lang w:val="ru-RU"/>
        </w:rPr>
        <w:t>я</w:t>
      </w:r>
      <w:r w:rsidRPr="00663337">
        <w:rPr>
          <w:rFonts w:ascii="Arial" w:eastAsia="Times New Roman" w:hAnsi="Arial" w:cs="Arial"/>
          <w:color w:val="000000"/>
          <w:sz w:val="24"/>
          <w:szCs w:val="24"/>
          <w:bdr w:val="none" w:sz="0" w:space="0" w:color="auto" w:frame="1"/>
          <w:lang w:val="ru-RU"/>
        </w:rPr>
        <w:t xml:space="preserve"> по делам семьи и женщин при Президенте Республики Казахстан. Указом Президента Республики Казахстан от 19 сентября 2002 года № 947 учреждена должность Уполномоченного по правам человека, в аппарате которого работает специалист по гендерным вопросам.</w:t>
      </w:r>
    </w:p>
    <w:p w:rsidR="00663337" w:rsidRPr="00663337" w:rsidRDefault="00663337" w:rsidP="00663337">
      <w:pPr>
        <w:shd w:val="clear" w:color="auto" w:fill="FFFFFF"/>
        <w:spacing w:after="0" w:line="240" w:lineRule="auto"/>
        <w:ind w:firstLine="397"/>
        <w:jc w:val="both"/>
        <w:textAlignment w:val="baseline"/>
        <w:rPr>
          <w:rFonts w:ascii="Arial" w:eastAsia="Times New Roman" w:hAnsi="Arial" w:cs="Arial"/>
          <w:color w:val="000000"/>
          <w:sz w:val="24"/>
          <w:szCs w:val="24"/>
          <w:lang w:val="ru-RU"/>
        </w:rPr>
      </w:pPr>
      <w:r w:rsidRPr="00663337">
        <w:rPr>
          <w:rFonts w:ascii="Arial" w:eastAsia="Times New Roman" w:hAnsi="Arial" w:cs="Arial"/>
          <w:color w:val="000000"/>
          <w:sz w:val="24"/>
          <w:szCs w:val="24"/>
          <w:bdr w:val="none" w:sz="0" w:space="0" w:color="auto" w:frame="1"/>
          <w:lang w:val="ru-RU"/>
        </w:rPr>
        <w:t>Для защиты интересов семьи, женщин и детей на законодательном уровне в Парламенте Республики Казахстан создана депутатская группа «</w:t>
      </w:r>
      <w:proofErr w:type="spellStart"/>
      <w:r w:rsidRPr="00663337">
        <w:rPr>
          <w:rFonts w:ascii="Arial" w:eastAsia="Times New Roman" w:hAnsi="Arial" w:cs="Arial"/>
          <w:color w:val="000000"/>
          <w:sz w:val="24"/>
          <w:szCs w:val="24"/>
          <w:bdr w:val="none" w:sz="0" w:space="0" w:color="auto" w:frame="1"/>
          <w:lang w:val="ru-RU"/>
        </w:rPr>
        <w:t>Отбасы</w:t>
      </w:r>
      <w:proofErr w:type="spellEnd"/>
      <w:r w:rsidRPr="00663337">
        <w:rPr>
          <w:rFonts w:ascii="Arial" w:eastAsia="Times New Roman" w:hAnsi="Arial" w:cs="Arial"/>
          <w:color w:val="000000"/>
          <w:sz w:val="24"/>
          <w:szCs w:val="24"/>
          <w:bdr w:val="none" w:sz="0" w:space="0" w:color="auto" w:frame="1"/>
          <w:lang w:val="ru-RU"/>
        </w:rPr>
        <w:t>» («Семья»).</w:t>
      </w:r>
    </w:p>
    <w:p w:rsidR="00663337" w:rsidRPr="00663337" w:rsidRDefault="00663337" w:rsidP="00663337">
      <w:pPr>
        <w:shd w:val="clear" w:color="auto" w:fill="FFFFFF"/>
        <w:spacing w:after="0" w:line="240" w:lineRule="auto"/>
        <w:ind w:firstLine="397"/>
        <w:jc w:val="both"/>
        <w:textAlignment w:val="baseline"/>
        <w:rPr>
          <w:rFonts w:ascii="Arial" w:eastAsia="Times New Roman" w:hAnsi="Arial" w:cs="Arial"/>
          <w:color w:val="000000"/>
          <w:sz w:val="24"/>
          <w:szCs w:val="24"/>
          <w:lang w:val="ru-RU"/>
        </w:rPr>
      </w:pPr>
      <w:r w:rsidRPr="00663337">
        <w:rPr>
          <w:rFonts w:ascii="Arial" w:eastAsia="Times New Roman" w:hAnsi="Arial" w:cs="Arial"/>
          <w:color w:val="000000"/>
          <w:sz w:val="24"/>
          <w:szCs w:val="24"/>
          <w:bdr w:val="none" w:sz="0" w:space="0" w:color="auto" w:frame="1"/>
          <w:lang w:val="ru-RU"/>
        </w:rPr>
        <w:t xml:space="preserve">Концепция гендерной политики в Республике Казахстан определяет основные принципы, приоритеты и задачи гендерной политики в Казахстане. Основные принципы гендерной политики устанавливают </w:t>
      </w:r>
      <w:r w:rsidRPr="00663337">
        <w:rPr>
          <w:rFonts w:ascii="Arial" w:eastAsia="Times New Roman" w:hAnsi="Arial" w:cs="Arial"/>
          <w:color w:val="000000"/>
          <w:sz w:val="24"/>
          <w:szCs w:val="24"/>
          <w:bdr w:val="none" w:sz="0" w:space="0" w:color="auto" w:frame="1"/>
          <w:lang w:val="ru-RU"/>
        </w:rPr>
        <w:lastRenderedPageBreak/>
        <w:t>гарантированные Конституцией Республики Казахстан равные права и свободы для женщин и мужчин.</w:t>
      </w:r>
    </w:p>
    <w:p w:rsidR="00663337" w:rsidRDefault="00663337" w:rsidP="00663337">
      <w:pPr>
        <w:shd w:val="clear" w:color="auto" w:fill="FFFFFF"/>
        <w:spacing w:after="0" w:line="240" w:lineRule="auto"/>
        <w:ind w:firstLine="397"/>
        <w:jc w:val="both"/>
        <w:textAlignment w:val="baseline"/>
        <w:rPr>
          <w:rFonts w:ascii="Arial" w:eastAsia="Times New Roman" w:hAnsi="Arial" w:cs="Arial"/>
          <w:color w:val="000000"/>
          <w:sz w:val="24"/>
          <w:szCs w:val="24"/>
          <w:bdr w:val="none" w:sz="0" w:space="0" w:color="auto" w:frame="1"/>
          <w:lang w:val="ru-RU"/>
        </w:rPr>
      </w:pPr>
      <w:r w:rsidRPr="00663337">
        <w:rPr>
          <w:rFonts w:ascii="Arial" w:eastAsia="Times New Roman" w:hAnsi="Arial" w:cs="Arial"/>
          <w:color w:val="000000"/>
          <w:sz w:val="24"/>
          <w:szCs w:val="24"/>
          <w:bdr w:val="none" w:sz="0" w:space="0" w:color="auto" w:frame="1"/>
          <w:lang w:val="ru-RU"/>
        </w:rPr>
        <w:t>К задачам гендерной политики в Казахстане относятся: достижение сбалансированного участия женщин и мужчин во властных структурах; обеспечение равных возможностей для экономической независимости, развития своего бизнеса и продвижения по службе; создание условий для равного осуществления прав и обязанностей в семье; свобода от насилия по признаку пола.</w:t>
      </w:r>
    </w:p>
    <w:p w:rsidR="00663337" w:rsidRDefault="00A1127B" w:rsidP="00663337">
      <w:pPr>
        <w:shd w:val="clear" w:color="auto" w:fill="FFFFFF"/>
        <w:spacing w:after="0" w:line="240" w:lineRule="auto"/>
        <w:ind w:firstLine="397"/>
        <w:jc w:val="both"/>
        <w:textAlignment w:val="baseline"/>
        <w:rPr>
          <w:rFonts w:ascii="Arial" w:hAnsi="Arial" w:cs="Arial"/>
          <w:sz w:val="24"/>
          <w:szCs w:val="24"/>
          <w:lang w:val="ru-RU"/>
        </w:rPr>
      </w:pPr>
      <w:r w:rsidRPr="007E0ADA">
        <w:rPr>
          <w:rFonts w:ascii="Arial" w:eastAsia="Times New Roman" w:hAnsi="Arial" w:cs="Arial"/>
          <w:color w:val="000000"/>
          <w:sz w:val="24"/>
          <w:szCs w:val="24"/>
          <w:bdr w:val="none" w:sz="0" w:space="0" w:color="auto" w:frame="1"/>
          <w:lang w:val="ru-RU"/>
        </w:rPr>
        <w:t xml:space="preserve">В тоже время, </w:t>
      </w:r>
      <w:r w:rsidR="007D031B" w:rsidRPr="007E0ADA">
        <w:rPr>
          <w:rFonts w:ascii="Arial" w:eastAsia="Times New Roman" w:hAnsi="Arial" w:cs="Arial"/>
          <w:color w:val="000000"/>
          <w:sz w:val="24"/>
          <w:szCs w:val="24"/>
          <w:bdr w:val="none" w:sz="0" w:space="0" w:color="auto" w:frame="1"/>
          <w:lang w:val="ru-RU"/>
        </w:rPr>
        <w:t>у женщин из кл</w:t>
      </w:r>
      <w:r w:rsidR="000277A4" w:rsidRPr="007E0ADA">
        <w:rPr>
          <w:rFonts w:ascii="Arial" w:eastAsia="Times New Roman" w:hAnsi="Arial" w:cs="Arial"/>
          <w:color w:val="000000"/>
          <w:sz w:val="24"/>
          <w:szCs w:val="24"/>
          <w:bdr w:val="none" w:sz="0" w:space="0" w:color="auto" w:frame="1"/>
          <w:lang w:val="ru-RU"/>
        </w:rPr>
        <w:t xml:space="preserve">ючевых групп населения отмечаются проблемы с получением услуг в </w:t>
      </w:r>
      <w:r w:rsidR="0099626C" w:rsidRPr="007E0ADA">
        <w:rPr>
          <w:rFonts w:ascii="Arial" w:eastAsia="Times New Roman" w:hAnsi="Arial" w:cs="Arial"/>
          <w:color w:val="000000"/>
          <w:sz w:val="24"/>
          <w:szCs w:val="24"/>
          <w:bdr w:val="none" w:sz="0" w:space="0" w:color="auto" w:frame="1"/>
          <w:lang w:val="ru-RU"/>
        </w:rPr>
        <w:t xml:space="preserve">существующих </w:t>
      </w:r>
      <w:r w:rsidR="000277A4" w:rsidRPr="007E0ADA">
        <w:rPr>
          <w:rFonts w:ascii="Arial" w:eastAsia="Times New Roman" w:hAnsi="Arial" w:cs="Arial"/>
          <w:color w:val="000000"/>
          <w:sz w:val="24"/>
          <w:szCs w:val="24"/>
          <w:bdr w:val="none" w:sz="0" w:space="0" w:color="auto" w:frame="1"/>
          <w:lang w:val="ru-RU"/>
        </w:rPr>
        <w:t>кризисных центрах</w:t>
      </w:r>
      <w:r w:rsidR="0099626C" w:rsidRPr="007E0ADA">
        <w:rPr>
          <w:rFonts w:ascii="Arial" w:eastAsia="Times New Roman" w:hAnsi="Arial" w:cs="Arial"/>
          <w:color w:val="000000"/>
          <w:sz w:val="24"/>
          <w:szCs w:val="24"/>
          <w:bdr w:val="none" w:sz="0" w:space="0" w:color="auto" w:frame="1"/>
          <w:lang w:val="ru-RU"/>
        </w:rPr>
        <w:t xml:space="preserve">, </w:t>
      </w:r>
      <w:r w:rsidR="00E77643" w:rsidRPr="007E0ADA">
        <w:rPr>
          <w:rFonts w:ascii="Arial" w:hAnsi="Arial" w:cs="Arial"/>
          <w:sz w:val="24"/>
          <w:szCs w:val="24"/>
          <w:lang w:val="ru-RU"/>
        </w:rPr>
        <w:t>предназначенных для помощи женщинам, пострадавшим от</w:t>
      </w:r>
      <w:r w:rsidR="0099626C" w:rsidRPr="007E0ADA">
        <w:rPr>
          <w:rFonts w:ascii="Arial" w:hAnsi="Arial" w:cs="Arial"/>
          <w:sz w:val="24"/>
          <w:szCs w:val="24"/>
          <w:lang w:val="ru-RU"/>
        </w:rPr>
        <w:t xml:space="preserve"> домашнего либо другого</w:t>
      </w:r>
      <w:r w:rsidR="00E77643" w:rsidRPr="007E0ADA">
        <w:rPr>
          <w:rFonts w:ascii="Arial" w:hAnsi="Arial" w:cs="Arial"/>
          <w:sz w:val="24"/>
          <w:szCs w:val="24"/>
          <w:lang w:val="ru-RU"/>
        </w:rPr>
        <w:t xml:space="preserve"> насилия. Незнание путей передачи ВИЧ, высокий уровень стигмы в обществе и недостаточное количество мест в существующих Центрах становится причиной ограниченного доступа к данной услуге</w:t>
      </w:r>
      <w:r w:rsidR="0099626C" w:rsidRPr="007E0ADA">
        <w:rPr>
          <w:rFonts w:ascii="Arial" w:hAnsi="Arial" w:cs="Arial"/>
          <w:sz w:val="24"/>
          <w:szCs w:val="24"/>
          <w:lang w:val="ru-RU"/>
        </w:rPr>
        <w:t xml:space="preserve">. </w:t>
      </w:r>
      <w:r w:rsidR="007E0ADA" w:rsidRPr="007E0ADA">
        <w:rPr>
          <w:rFonts w:ascii="Arial" w:hAnsi="Arial" w:cs="Arial"/>
          <w:sz w:val="24"/>
          <w:szCs w:val="24"/>
          <w:lang w:val="ru-RU"/>
        </w:rPr>
        <w:t>Кроме того, в</w:t>
      </w:r>
      <w:r w:rsidR="007D031B" w:rsidRPr="007E0ADA">
        <w:rPr>
          <w:rFonts w:ascii="Arial" w:hAnsi="Arial" w:cs="Arial"/>
          <w:sz w:val="24"/>
          <w:szCs w:val="24"/>
          <w:lang w:val="ru-RU"/>
        </w:rPr>
        <w:t xml:space="preserve"> Казахстане не уделяется должного внимания специфическим потребностям женщин-заключенных, о чем свидетельствует отсутствие исследований и дезагрегированных данных в открытых </w:t>
      </w:r>
      <w:r w:rsidR="007E0ADA" w:rsidRPr="007E0ADA">
        <w:rPr>
          <w:rFonts w:ascii="Arial" w:hAnsi="Arial" w:cs="Arial"/>
          <w:sz w:val="24"/>
          <w:szCs w:val="24"/>
          <w:lang w:val="ru-RU"/>
        </w:rPr>
        <w:t xml:space="preserve">публикациях, статьях либо других </w:t>
      </w:r>
      <w:r w:rsidR="007D031B" w:rsidRPr="007E0ADA">
        <w:rPr>
          <w:rFonts w:ascii="Arial" w:hAnsi="Arial" w:cs="Arial"/>
          <w:sz w:val="24"/>
          <w:szCs w:val="24"/>
          <w:lang w:val="ru-RU"/>
        </w:rPr>
        <w:t xml:space="preserve">источниках. </w:t>
      </w:r>
    </w:p>
    <w:p w:rsidR="00C608C5" w:rsidRPr="00BF5BC4" w:rsidRDefault="00C608C5" w:rsidP="00C608C5">
      <w:pPr>
        <w:spacing w:after="0" w:line="240" w:lineRule="auto"/>
        <w:ind w:firstLine="284"/>
        <w:jc w:val="both"/>
        <w:rPr>
          <w:rFonts w:ascii="Arial" w:eastAsia="Times New Roman" w:hAnsi="Arial" w:cs="Arial"/>
          <w:sz w:val="24"/>
          <w:szCs w:val="24"/>
          <w:lang w:val="ru-RU"/>
        </w:rPr>
      </w:pPr>
      <w:r w:rsidRPr="00BF5BC4">
        <w:rPr>
          <w:rFonts w:ascii="Arial" w:eastAsia="Times New Roman" w:hAnsi="Arial" w:cs="Arial"/>
          <w:sz w:val="24"/>
          <w:szCs w:val="24"/>
          <w:lang w:val="ru-RU"/>
        </w:rPr>
        <w:t>Отмечая успехи Республики Казахстан в борьбе с эпидемией ВИЧ и СПИДа и в реализации стратегии гендерного равенства, все еще нерешенными остаются следующие вопросы:</w:t>
      </w:r>
    </w:p>
    <w:p w:rsidR="004F6A34" w:rsidRDefault="00C608C5" w:rsidP="004F6A34">
      <w:pPr>
        <w:pStyle w:val="ab"/>
        <w:numPr>
          <w:ilvl w:val="0"/>
          <w:numId w:val="26"/>
        </w:numPr>
        <w:tabs>
          <w:tab w:val="left" w:pos="426"/>
        </w:tabs>
        <w:spacing w:after="0" w:line="240" w:lineRule="auto"/>
        <w:jc w:val="both"/>
        <w:rPr>
          <w:rFonts w:ascii="Arial" w:eastAsia="Times New Roman" w:hAnsi="Arial" w:cs="Arial"/>
          <w:sz w:val="24"/>
          <w:szCs w:val="24"/>
          <w:lang w:val="ru-RU"/>
        </w:rPr>
      </w:pPr>
      <w:r w:rsidRPr="004F6A34">
        <w:rPr>
          <w:rFonts w:ascii="Arial" w:eastAsia="Times New Roman" w:hAnsi="Arial" w:cs="Arial"/>
          <w:sz w:val="24"/>
          <w:szCs w:val="24"/>
          <w:lang w:val="ru-RU"/>
        </w:rPr>
        <w:t>Недостаточная координация и отсутствие коммуникационной стратегии по интеграции вопросов, связанных с гендерным равенством и ВИЧ и СПИДом, механизмов сбора и анализа стратегической информации для формирования социальной политики в контексте межсекторальных вопросов, включая гендерное равенство, общественное здравоохранение и защиту прав человека.</w:t>
      </w:r>
    </w:p>
    <w:p w:rsidR="00BF5BC4" w:rsidRPr="004F6A34" w:rsidRDefault="00BF5BC4" w:rsidP="004F6A34">
      <w:pPr>
        <w:pStyle w:val="ab"/>
        <w:numPr>
          <w:ilvl w:val="0"/>
          <w:numId w:val="26"/>
        </w:numPr>
        <w:tabs>
          <w:tab w:val="left" w:pos="426"/>
        </w:tabs>
        <w:spacing w:after="0" w:line="240" w:lineRule="auto"/>
        <w:jc w:val="both"/>
        <w:rPr>
          <w:rFonts w:ascii="Arial" w:eastAsia="Times New Roman" w:hAnsi="Arial" w:cs="Arial"/>
          <w:sz w:val="24"/>
          <w:szCs w:val="24"/>
          <w:lang w:val="ru-RU"/>
        </w:rPr>
      </w:pPr>
      <w:r w:rsidRPr="004F6A34">
        <w:rPr>
          <w:rFonts w:ascii="Arial" w:eastAsia="Times New Roman" w:hAnsi="Arial" w:cs="Arial"/>
          <w:sz w:val="24"/>
          <w:szCs w:val="24"/>
          <w:lang w:val="ru-RU"/>
        </w:rPr>
        <w:t>В условиях приближения окончания программы по ВИЧ и СПИД Глобального фонда в 20</w:t>
      </w:r>
      <w:r w:rsidR="004F6A34" w:rsidRPr="004F6A34">
        <w:rPr>
          <w:rFonts w:ascii="Arial" w:eastAsia="Times New Roman" w:hAnsi="Arial" w:cs="Arial"/>
          <w:sz w:val="24"/>
          <w:szCs w:val="24"/>
          <w:lang w:val="ru-RU"/>
        </w:rPr>
        <w:t>2</w:t>
      </w:r>
      <w:r w:rsidR="004F6A34" w:rsidRPr="00CA627C">
        <w:rPr>
          <w:rFonts w:ascii="Arial" w:eastAsia="Times New Roman" w:hAnsi="Arial" w:cs="Arial"/>
          <w:sz w:val="24"/>
          <w:szCs w:val="24"/>
          <w:lang w:val="ru-RU"/>
        </w:rPr>
        <w:t>0</w:t>
      </w:r>
      <w:r w:rsidRPr="004F6A34">
        <w:rPr>
          <w:rFonts w:ascii="Arial" w:eastAsia="Times New Roman" w:hAnsi="Arial" w:cs="Arial"/>
          <w:sz w:val="24"/>
          <w:szCs w:val="24"/>
          <w:lang w:val="ru-RU"/>
        </w:rPr>
        <w:t xml:space="preserve"> году социальный заказ для НПО, работающих в сфере ВИЧ и СПИДа и других организаций является инструментом обеспечения устойчивости программ, доказавших свою эффективность в ответных мерах на эпидемию ВИЧ и СПИДа в Казахстане на уровне области и города. В проведении будущих конкурсов одним из показателей или критерием для отбора победителей могло бы стать предоставление организацией гендерно-чувствительных и гендерно-</w:t>
      </w:r>
      <w:proofErr w:type="spellStart"/>
      <w:r w:rsidRPr="004F6A34">
        <w:rPr>
          <w:rFonts w:ascii="Arial" w:eastAsia="Times New Roman" w:hAnsi="Arial" w:cs="Arial"/>
          <w:sz w:val="24"/>
          <w:szCs w:val="24"/>
          <w:lang w:val="ru-RU"/>
        </w:rPr>
        <w:t>трансформативных</w:t>
      </w:r>
      <w:proofErr w:type="spellEnd"/>
      <w:r w:rsidRPr="004F6A34">
        <w:rPr>
          <w:rFonts w:ascii="Arial" w:eastAsia="Times New Roman" w:hAnsi="Arial" w:cs="Arial"/>
          <w:sz w:val="24"/>
          <w:szCs w:val="24"/>
          <w:lang w:val="ru-RU"/>
        </w:rPr>
        <w:t xml:space="preserve"> услуг для мужчин и женщин, юношей и девушек, мальчиков и девочек</w:t>
      </w:r>
    </w:p>
    <w:p w:rsidR="00663337" w:rsidRDefault="00663337" w:rsidP="00682761">
      <w:pPr>
        <w:pStyle w:val="a5"/>
        <w:ind w:firstLine="567"/>
        <w:jc w:val="both"/>
        <w:rPr>
          <w:rFonts w:ascii="Arial" w:hAnsi="Arial" w:cs="Arial"/>
          <w:sz w:val="24"/>
          <w:szCs w:val="24"/>
          <w:lang w:val="ru-RU"/>
        </w:rPr>
      </w:pPr>
    </w:p>
    <w:p w:rsidR="00682761" w:rsidRDefault="00682761" w:rsidP="00682761">
      <w:pPr>
        <w:pStyle w:val="a5"/>
        <w:ind w:firstLine="567"/>
        <w:jc w:val="both"/>
        <w:rPr>
          <w:rFonts w:ascii="Arial" w:hAnsi="Arial" w:cs="Arial"/>
          <w:color w:val="00B050"/>
          <w:lang w:val="ru-RU"/>
        </w:rPr>
      </w:pPr>
    </w:p>
    <w:p w:rsidR="00EE50FD" w:rsidRPr="00CA627C" w:rsidRDefault="00EE50FD" w:rsidP="00CA627C">
      <w:pPr>
        <w:pStyle w:val="ab"/>
        <w:spacing w:after="160" w:line="259" w:lineRule="auto"/>
        <w:rPr>
          <w:rFonts w:ascii="Arial" w:hAnsi="Arial" w:cs="Arial"/>
          <w:b/>
          <w:color w:val="002060"/>
          <w:sz w:val="24"/>
          <w:szCs w:val="24"/>
          <w:lang w:val="ru-RU"/>
        </w:rPr>
      </w:pPr>
      <w:r w:rsidRPr="00CA627C">
        <w:rPr>
          <w:rFonts w:ascii="Arial" w:hAnsi="Arial" w:cs="Arial"/>
          <w:b/>
          <w:bCs/>
          <w:color w:val="002060"/>
          <w:sz w:val="24"/>
          <w:szCs w:val="24"/>
          <w:shd w:val="clear" w:color="auto" w:fill="FFFFFF"/>
          <w:lang w:val="ru-RU"/>
        </w:rPr>
        <w:t>ОБЯЗАТЕЛЬСТВО</w:t>
      </w:r>
      <w:r w:rsidR="00CA627C">
        <w:rPr>
          <w:rFonts w:ascii="Arial" w:hAnsi="Arial" w:cs="Arial"/>
          <w:b/>
          <w:bCs/>
          <w:color w:val="002060"/>
          <w:sz w:val="24"/>
          <w:szCs w:val="24"/>
          <w:shd w:val="clear" w:color="auto" w:fill="FFFFFF"/>
          <w:lang w:val="ru-RU"/>
        </w:rPr>
        <w:t xml:space="preserve"> 5</w:t>
      </w:r>
      <w:r w:rsidRPr="00CA627C">
        <w:rPr>
          <w:rFonts w:ascii="Arial" w:hAnsi="Arial" w:cs="Arial"/>
          <w:b/>
          <w:bCs/>
          <w:color w:val="002060"/>
          <w:sz w:val="24"/>
          <w:szCs w:val="24"/>
          <w:shd w:val="clear" w:color="auto" w:fill="FFFFFF"/>
          <w:lang w:val="ru-RU"/>
        </w:rPr>
        <w:t xml:space="preserve">: Обеспечить 90% молодежи знаниями, умениями и навыками для защиты от ВИЧ и доступом к услугам в сфере полового и репродуктивного здоровья к 2020 году, чтобы </w:t>
      </w:r>
      <w:proofErr w:type="gramStart"/>
      <w:r w:rsidRPr="00CA627C">
        <w:rPr>
          <w:rFonts w:ascii="Arial" w:hAnsi="Arial" w:cs="Arial"/>
          <w:b/>
          <w:bCs/>
          <w:color w:val="002060"/>
          <w:sz w:val="24"/>
          <w:szCs w:val="24"/>
          <w:shd w:val="clear" w:color="auto" w:fill="FFFFFF"/>
          <w:lang w:val="ru-RU"/>
        </w:rPr>
        <w:t>снизить число</w:t>
      </w:r>
      <w:proofErr w:type="gramEnd"/>
      <w:r w:rsidRPr="00CA627C">
        <w:rPr>
          <w:rFonts w:ascii="Arial" w:hAnsi="Arial" w:cs="Arial"/>
          <w:b/>
          <w:bCs/>
          <w:color w:val="002060"/>
          <w:sz w:val="24"/>
          <w:szCs w:val="24"/>
          <w:shd w:val="clear" w:color="auto" w:fill="FFFFFF"/>
          <w:lang w:val="ru-RU"/>
        </w:rPr>
        <w:t xml:space="preserve"> новых ВИЧ-инфекций среди девочек-подростков и молодых женщин до уровня менее        100 000 в го</w:t>
      </w:r>
      <w:r w:rsidR="00CA627C" w:rsidRPr="00CA627C">
        <w:rPr>
          <w:rFonts w:ascii="Arial" w:hAnsi="Arial" w:cs="Arial"/>
          <w:b/>
          <w:bCs/>
          <w:color w:val="002060"/>
          <w:sz w:val="24"/>
          <w:szCs w:val="24"/>
          <w:shd w:val="clear" w:color="auto" w:fill="FFFFFF"/>
          <w:lang w:val="ru-RU"/>
        </w:rPr>
        <w:t>д</w:t>
      </w:r>
    </w:p>
    <w:p w:rsidR="00EE50FD" w:rsidRPr="00CA627C" w:rsidRDefault="00EE50FD" w:rsidP="00CA627C">
      <w:pPr>
        <w:spacing w:after="0" w:line="240" w:lineRule="auto"/>
        <w:ind w:firstLine="562"/>
        <w:jc w:val="both"/>
        <w:rPr>
          <w:rFonts w:ascii="Arial" w:eastAsia="Times New Roman" w:hAnsi="Arial" w:cs="Arial"/>
          <w:sz w:val="24"/>
          <w:szCs w:val="24"/>
          <w:lang w:val="ru-RU" w:eastAsia="ru-RU"/>
        </w:rPr>
      </w:pPr>
      <w:r w:rsidRPr="00CA627C">
        <w:rPr>
          <w:rFonts w:ascii="Arial" w:hAnsi="Arial" w:cs="Arial"/>
          <w:sz w:val="24"/>
          <w:szCs w:val="24"/>
          <w:lang w:val="ru-RU"/>
        </w:rPr>
        <w:t xml:space="preserve">В Казахстане </w:t>
      </w:r>
      <w:proofErr w:type="gramStart"/>
      <w:r w:rsidRPr="00CA627C">
        <w:rPr>
          <w:rFonts w:ascii="Arial" w:eastAsia="Times New Roman" w:hAnsi="Arial" w:cs="Arial"/>
          <w:sz w:val="24"/>
          <w:szCs w:val="24"/>
          <w:lang w:val="ru-RU" w:eastAsia="ru-RU"/>
        </w:rPr>
        <w:t>о</w:t>
      </w:r>
      <w:proofErr w:type="gramEnd"/>
      <w:r w:rsidRPr="00CA627C">
        <w:rPr>
          <w:rFonts w:ascii="Arial" w:eastAsia="Times New Roman" w:hAnsi="Arial" w:cs="Arial"/>
          <w:sz w:val="24"/>
          <w:szCs w:val="24"/>
          <w:lang w:val="ru-RU" w:eastAsia="ru-RU"/>
        </w:rPr>
        <w:t xml:space="preserve"> </w:t>
      </w:r>
      <w:proofErr w:type="gramStart"/>
      <w:r w:rsidRPr="00CA627C">
        <w:rPr>
          <w:rFonts w:ascii="Arial" w:eastAsia="Times New Roman" w:hAnsi="Arial" w:cs="Arial"/>
          <w:sz w:val="24"/>
          <w:szCs w:val="24"/>
          <w:lang w:val="ru-RU" w:eastAsia="ru-RU"/>
        </w:rPr>
        <w:t>данным</w:t>
      </w:r>
      <w:proofErr w:type="gramEnd"/>
      <w:r w:rsidRPr="00CA627C">
        <w:rPr>
          <w:rFonts w:ascii="Arial" w:eastAsia="Times New Roman" w:hAnsi="Arial" w:cs="Arial"/>
          <w:sz w:val="24"/>
          <w:szCs w:val="24"/>
          <w:lang w:val="ru-RU" w:eastAsia="ru-RU"/>
        </w:rPr>
        <w:t xml:space="preserve"> официальной статистики за 2018  зарегистрировано 43 случая ВИЧ-инфекции среди подростков (10-19 лет), 984 случая среди молодых женщин (15-49 лет).</w:t>
      </w:r>
    </w:p>
    <w:p w:rsidR="00EE50FD" w:rsidRPr="00CA627C" w:rsidRDefault="00EE50FD" w:rsidP="00CA627C">
      <w:pPr>
        <w:spacing w:after="0" w:line="240" w:lineRule="auto"/>
        <w:ind w:firstLine="562"/>
        <w:jc w:val="both"/>
        <w:rPr>
          <w:rFonts w:ascii="Arial" w:hAnsi="Arial" w:cs="Arial"/>
          <w:sz w:val="24"/>
          <w:szCs w:val="24"/>
          <w:lang w:val="ru-RU"/>
        </w:rPr>
      </w:pPr>
      <w:r w:rsidRPr="00CA627C">
        <w:rPr>
          <w:rFonts w:ascii="Arial" w:eastAsia="Times New Roman" w:hAnsi="Arial" w:cs="Arial"/>
          <w:sz w:val="24"/>
          <w:szCs w:val="24"/>
          <w:lang w:val="ru-RU" w:eastAsia="ru-RU"/>
        </w:rPr>
        <w:lastRenderedPageBreak/>
        <w:t>Важным аспектом профилактической работы по ВИЧ-инфекции среди подростков и молодых женщин является повышение уровня знаний в сфере полового и репродуктивного здоровья.</w:t>
      </w:r>
    </w:p>
    <w:p w:rsidR="00EE50FD" w:rsidRPr="00CA627C" w:rsidRDefault="00EE50FD" w:rsidP="00CA627C">
      <w:pPr>
        <w:spacing w:after="0" w:line="240" w:lineRule="auto"/>
        <w:ind w:firstLine="562"/>
        <w:jc w:val="both"/>
        <w:rPr>
          <w:rFonts w:ascii="Arial" w:hAnsi="Arial" w:cs="Arial"/>
          <w:sz w:val="24"/>
          <w:szCs w:val="24"/>
          <w:lang w:val="ru-RU"/>
        </w:rPr>
      </w:pPr>
      <w:r w:rsidRPr="00CA627C">
        <w:rPr>
          <w:rFonts w:ascii="Arial" w:hAnsi="Arial" w:cs="Arial"/>
          <w:sz w:val="24"/>
          <w:szCs w:val="24"/>
          <w:lang w:val="ru-RU"/>
        </w:rPr>
        <w:t>Постановлением Правительства Республики Казахстан от 3 марта 2017 года № 106 утверждена Концепция  семейной и гендерной политики в РК до 2030 года и  План мероприятий по её реализации. В соответствии с данным Планом предусмотрено расширение государственного заказа для неправительственных объединений на проведение профилактической работы по снижению ВИЧ-инфекции (по методу равный-равному")  за счет средств местного бюджета.</w:t>
      </w:r>
    </w:p>
    <w:p w:rsidR="00EE50FD" w:rsidRPr="00CA627C" w:rsidRDefault="00EE50FD" w:rsidP="00CA627C">
      <w:pPr>
        <w:spacing w:after="0" w:line="240" w:lineRule="auto"/>
        <w:ind w:firstLine="562"/>
        <w:jc w:val="both"/>
        <w:rPr>
          <w:rFonts w:ascii="Arial" w:hAnsi="Arial" w:cs="Arial"/>
          <w:color w:val="000000"/>
          <w:sz w:val="24"/>
          <w:szCs w:val="24"/>
          <w:lang w:val="ru-RU"/>
        </w:rPr>
      </w:pPr>
      <w:r w:rsidRPr="00CA627C">
        <w:rPr>
          <w:rFonts w:ascii="Arial" w:hAnsi="Arial" w:cs="Arial"/>
          <w:color w:val="000000"/>
          <w:sz w:val="24"/>
          <w:szCs w:val="24"/>
          <w:lang w:val="ru-RU"/>
        </w:rPr>
        <w:t>В рамках данного Плана проводится работа по оказанию психологической и консультативной помощи молодым семьям по планированию и воспитанию детей, профилактике разводов, одиноким людям, не имеющим семьи, в том числе с привлечением психологов, медицинских работников, учителей, советов старейшин, представителей неправительственных организаций.</w:t>
      </w:r>
    </w:p>
    <w:p w:rsidR="00EE50FD" w:rsidRPr="00CA627C" w:rsidRDefault="00EE50FD" w:rsidP="00CA627C">
      <w:pPr>
        <w:spacing w:after="0" w:line="240" w:lineRule="auto"/>
        <w:ind w:firstLine="562"/>
        <w:jc w:val="both"/>
        <w:rPr>
          <w:rFonts w:ascii="Arial" w:hAnsi="Arial" w:cs="Arial"/>
          <w:color w:val="000000"/>
          <w:sz w:val="24"/>
          <w:szCs w:val="24"/>
          <w:lang w:val="ru-RU"/>
        </w:rPr>
      </w:pPr>
      <w:r w:rsidRPr="00CA627C">
        <w:rPr>
          <w:rFonts w:ascii="Arial" w:hAnsi="Arial" w:cs="Arial"/>
          <w:color w:val="000000"/>
          <w:sz w:val="24"/>
          <w:szCs w:val="24"/>
          <w:lang w:val="ru-RU"/>
        </w:rPr>
        <w:t>Осуществляется информационное освещение по тематике продвижения семейных ценностей и гендерного равенства в рамках единого медиа-плана, реализация социальных проектов, направленных на укрепление института семьи, продвижение семейных ценностей, укрепление репродуктивного здоровья, а также на продвижение гендерного равенства. Проводится  работа по созданию нормативной базы для трансформации организаций образования для детей-сирот и детей, оставшихся без попечения родителей, в центры поддержки семьи и детей, находящихся в трудной жизненной ситуации, по подготовке потенциальных родителей к приему детей в семьи; продолжить разукрупнение детских домов, создание приемных семей.</w:t>
      </w:r>
    </w:p>
    <w:p w:rsidR="00EE50FD" w:rsidRPr="00CA627C" w:rsidRDefault="00EE50FD" w:rsidP="00EE50FD">
      <w:pPr>
        <w:spacing w:after="0" w:line="240" w:lineRule="auto"/>
        <w:ind w:firstLine="567"/>
        <w:jc w:val="both"/>
        <w:rPr>
          <w:rFonts w:ascii="Arial" w:hAnsi="Arial" w:cs="Arial"/>
          <w:sz w:val="24"/>
          <w:szCs w:val="24"/>
          <w:lang w:val="ru-RU"/>
        </w:rPr>
      </w:pPr>
      <w:r w:rsidRPr="00CA627C">
        <w:rPr>
          <w:rFonts w:ascii="Arial" w:hAnsi="Arial" w:cs="Arial"/>
          <w:sz w:val="24"/>
          <w:szCs w:val="24"/>
          <w:lang w:val="ru-RU"/>
        </w:rPr>
        <w:t>В</w:t>
      </w:r>
      <w:r w:rsidRPr="00CA627C">
        <w:rPr>
          <w:rFonts w:ascii="Arial" w:hAnsi="Arial" w:cs="Arial"/>
          <w:sz w:val="24"/>
          <w:szCs w:val="24"/>
        </w:rPr>
        <w:t> </w:t>
      </w:r>
      <w:r w:rsidRPr="00CA627C">
        <w:rPr>
          <w:rFonts w:ascii="Arial" w:hAnsi="Arial" w:cs="Arial"/>
          <w:sz w:val="24"/>
          <w:szCs w:val="24"/>
          <w:lang w:val="ru-RU"/>
        </w:rPr>
        <w:t>среде</w:t>
      </w:r>
      <w:r w:rsidRPr="00CA627C">
        <w:rPr>
          <w:rFonts w:ascii="Arial" w:hAnsi="Arial" w:cs="Arial"/>
          <w:sz w:val="24"/>
          <w:szCs w:val="24"/>
        </w:rPr>
        <w:t> </w:t>
      </w:r>
      <w:r w:rsidRPr="00CA627C">
        <w:rPr>
          <w:rFonts w:ascii="Arial" w:hAnsi="Arial" w:cs="Arial"/>
          <w:sz w:val="24"/>
          <w:szCs w:val="24"/>
          <w:lang w:val="ru-RU"/>
        </w:rPr>
        <w:t>молодежи,</w:t>
      </w:r>
      <w:r w:rsidRPr="00CA627C">
        <w:rPr>
          <w:rFonts w:ascii="Arial" w:hAnsi="Arial" w:cs="Arial"/>
          <w:sz w:val="24"/>
          <w:szCs w:val="24"/>
        </w:rPr>
        <w:t> </w:t>
      </w:r>
      <w:r w:rsidRPr="00CA627C">
        <w:rPr>
          <w:rFonts w:ascii="Arial" w:hAnsi="Arial" w:cs="Arial"/>
          <w:sz w:val="24"/>
          <w:szCs w:val="24"/>
          <w:lang w:val="ru-RU"/>
        </w:rPr>
        <w:t>отсутствие</w:t>
      </w:r>
      <w:r w:rsidRPr="00CA627C">
        <w:rPr>
          <w:rFonts w:ascii="Arial" w:hAnsi="Arial" w:cs="Arial"/>
          <w:sz w:val="24"/>
          <w:szCs w:val="24"/>
        </w:rPr>
        <w:t> </w:t>
      </w:r>
      <w:r w:rsidRPr="00CA627C">
        <w:rPr>
          <w:rFonts w:ascii="Arial" w:hAnsi="Arial" w:cs="Arial"/>
          <w:sz w:val="24"/>
          <w:szCs w:val="24"/>
          <w:lang w:val="ru-RU"/>
        </w:rPr>
        <w:t xml:space="preserve"> конфиденциальности</w:t>
      </w:r>
      <w:r w:rsidRPr="00CA627C">
        <w:rPr>
          <w:rFonts w:ascii="Arial" w:hAnsi="Arial" w:cs="Arial"/>
          <w:sz w:val="24"/>
          <w:szCs w:val="24"/>
        </w:rPr>
        <w:t> </w:t>
      </w:r>
      <w:r w:rsidRPr="00CA627C">
        <w:rPr>
          <w:rFonts w:ascii="Arial" w:hAnsi="Arial" w:cs="Arial"/>
          <w:sz w:val="24"/>
          <w:szCs w:val="24"/>
          <w:lang w:val="ru-RU"/>
        </w:rPr>
        <w:t xml:space="preserve"> при</w:t>
      </w:r>
      <w:r w:rsidRPr="00CA627C">
        <w:rPr>
          <w:rFonts w:ascii="Arial" w:hAnsi="Arial" w:cs="Arial"/>
          <w:sz w:val="24"/>
          <w:szCs w:val="24"/>
        </w:rPr>
        <w:t> </w:t>
      </w:r>
      <w:r w:rsidRPr="00CA627C">
        <w:rPr>
          <w:rFonts w:ascii="Arial" w:hAnsi="Arial" w:cs="Arial"/>
          <w:sz w:val="24"/>
          <w:szCs w:val="24"/>
          <w:lang w:val="ru-RU"/>
        </w:rPr>
        <w:t xml:space="preserve"> консультировании</w:t>
      </w:r>
      <w:r w:rsidRPr="00CA627C">
        <w:rPr>
          <w:rFonts w:ascii="Arial" w:hAnsi="Arial" w:cs="Arial"/>
          <w:sz w:val="24"/>
          <w:szCs w:val="24"/>
        </w:rPr>
        <w:t> </w:t>
      </w:r>
      <w:r w:rsidRPr="00CA627C">
        <w:rPr>
          <w:rFonts w:ascii="Arial" w:hAnsi="Arial" w:cs="Arial"/>
          <w:sz w:val="24"/>
          <w:szCs w:val="24"/>
          <w:lang w:val="ru-RU"/>
        </w:rPr>
        <w:t xml:space="preserve"> или</w:t>
      </w:r>
      <w:r w:rsidRPr="00CA627C">
        <w:rPr>
          <w:rFonts w:ascii="Arial" w:hAnsi="Arial" w:cs="Arial"/>
          <w:sz w:val="24"/>
          <w:szCs w:val="24"/>
        </w:rPr>
        <w:t> </w:t>
      </w:r>
      <w:r w:rsidRPr="00CA627C">
        <w:rPr>
          <w:rFonts w:ascii="Arial" w:hAnsi="Arial" w:cs="Arial"/>
          <w:sz w:val="24"/>
          <w:szCs w:val="24"/>
          <w:lang w:val="ru-RU"/>
        </w:rPr>
        <w:t xml:space="preserve"> выборе</w:t>
      </w:r>
      <w:r w:rsidRPr="00CA627C">
        <w:rPr>
          <w:rFonts w:ascii="Arial" w:hAnsi="Arial" w:cs="Arial"/>
          <w:sz w:val="24"/>
          <w:szCs w:val="24"/>
        </w:rPr>
        <w:t> </w:t>
      </w:r>
      <w:r w:rsidRPr="00CA627C">
        <w:rPr>
          <w:rFonts w:ascii="Arial" w:hAnsi="Arial" w:cs="Arial"/>
          <w:sz w:val="24"/>
          <w:szCs w:val="24"/>
          <w:lang w:val="ru-RU"/>
        </w:rPr>
        <w:t>метода</w:t>
      </w:r>
      <w:r w:rsidRPr="00CA627C">
        <w:rPr>
          <w:rFonts w:ascii="Arial" w:hAnsi="Arial" w:cs="Arial"/>
          <w:sz w:val="24"/>
          <w:szCs w:val="24"/>
        </w:rPr>
        <w:t> </w:t>
      </w:r>
      <w:r w:rsidRPr="00CA627C">
        <w:rPr>
          <w:rFonts w:ascii="Arial" w:hAnsi="Arial" w:cs="Arial"/>
          <w:sz w:val="24"/>
          <w:szCs w:val="24"/>
          <w:lang w:val="ru-RU"/>
        </w:rPr>
        <w:t xml:space="preserve"> контрацепции</w:t>
      </w:r>
      <w:r w:rsidRPr="00CA627C">
        <w:rPr>
          <w:rFonts w:ascii="Arial" w:hAnsi="Arial" w:cs="Arial"/>
          <w:sz w:val="24"/>
          <w:szCs w:val="24"/>
        </w:rPr>
        <w:t> </w:t>
      </w:r>
      <w:r w:rsidRPr="00CA627C">
        <w:rPr>
          <w:rFonts w:ascii="Arial" w:hAnsi="Arial" w:cs="Arial"/>
          <w:sz w:val="24"/>
          <w:szCs w:val="24"/>
          <w:lang w:val="ru-RU"/>
        </w:rPr>
        <w:t xml:space="preserve"> является</w:t>
      </w:r>
      <w:r w:rsidRPr="00CA627C">
        <w:rPr>
          <w:rFonts w:ascii="Arial" w:hAnsi="Arial" w:cs="Arial"/>
          <w:sz w:val="24"/>
          <w:szCs w:val="24"/>
        </w:rPr>
        <w:t> </w:t>
      </w:r>
      <w:r w:rsidRPr="00CA627C">
        <w:rPr>
          <w:rFonts w:ascii="Arial" w:hAnsi="Arial" w:cs="Arial"/>
          <w:sz w:val="24"/>
          <w:szCs w:val="24"/>
          <w:lang w:val="ru-RU"/>
        </w:rPr>
        <w:t xml:space="preserve"> еще</w:t>
      </w:r>
      <w:r w:rsidRPr="00CA627C">
        <w:rPr>
          <w:rFonts w:ascii="Arial" w:hAnsi="Arial" w:cs="Arial"/>
          <w:sz w:val="24"/>
          <w:szCs w:val="24"/>
        </w:rPr>
        <w:t> </w:t>
      </w:r>
      <w:r w:rsidRPr="00CA627C">
        <w:rPr>
          <w:rFonts w:ascii="Arial" w:hAnsi="Arial" w:cs="Arial"/>
          <w:sz w:val="24"/>
          <w:szCs w:val="24"/>
          <w:lang w:val="ru-RU"/>
        </w:rPr>
        <w:t xml:space="preserve"> одним</w:t>
      </w:r>
      <w:r w:rsidRPr="00CA627C">
        <w:rPr>
          <w:rFonts w:ascii="Arial" w:hAnsi="Arial" w:cs="Arial"/>
          <w:sz w:val="24"/>
          <w:szCs w:val="24"/>
        </w:rPr>
        <w:t> </w:t>
      </w:r>
      <w:r w:rsidRPr="00CA627C">
        <w:rPr>
          <w:rFonts w:ascii="Arial" w:hAnsi="Arial" w:cs="Arial"/>
          <w:sz w:val="24"/>
          <w:szCs w:val="24"/>
          <w:lang w:val="ru-RU"/>
        </w:rPr>
        <w:t xml:space="preserve"> барьером,</w:t>
      </w:r>
      <w:r w:rsidRPr="00CA627C">
        <w:rPr>
          <w:rFonts w:ascii="Arial" w:hAnsi="Arial" w:cs="Arial"/>
          <w:sz w:val="24"/>
          <w:szCs w:val="24"/>
        </w:rPr>
        <w:t> </w:t>
      </w:r>
      <w:r w:rsidRPr="00CA627C">
        <w:rPr>
          <w:rFonts w:ascii="Arial" w:hAnsi="Arial" w:cs="Arial"/>
          <w:sz w:val="24"/>
          <w:szCs w:val="24"/>
          <w:lang w:val="ru-RU"/>
        </w:rPr>
        <w:t xml:space="preserve"> наряду</w:t>
      </w:r>
      <w:r w:rsidRPr="00CA627C">
        <w:rPr>
          <w:rFonts w:ascii="Arial" w:hAnsi="Arial" w:cs="Arial"/>
          <w:sz w:val="24"/>
          <w:szCs w:val="24"/>
        </w:rPr>
        <w:t> </w:t>
      </w:r>
      <w:r w:rsidRPr="00CA627C">
        <w:rPr>
          <w:rFonts w:ascii="Arial" w:hAnsi="Arial" w:cs="Arial"/>
          <w:sz w:val="24"/>
          <w:szCs w:val="24"/>
          <w:lang w:val="ru-RU"/>
        </w:rPr>
        <w:t xml:space="preserve"> с  высокой</w:t>
      </w:r>
      <w:r w:rsidRPr="00CA627C">
        <w:rPr>
          <w:rFonts w:ascii="Arial" w:hAnsi="Arial" w:cs="Arial"/>
          <w:sz w:val="24"/>
          <w:szCs w:val="24"/>
        </w:rPr>
        <w:t> </w:t>
      </w:r>
      <w:r w:rsidRPr="00CA627C">
        <w:rPr>
          <w:rFonts w:ascii="Arial" w:hAnsi="Arial" w:cs="Arial"/>
          <w:sz w:val="24"/>
          <w:szCs w:val="24"/>
          <w:lang w:val="ru-RU"/>
        </w:rPr>
        <w:t xml:space="preserve"> ценой</w:t>
      </w:r>
      <w:r w:rsidRPr="00CA627C">
        <w:rPr>
          <w:rFonts w:ascii="Arial" w:hAnsi="Arial" w:cs="Arial"/>
          <w:sz w:val="24"/>
          <w:szCs w:val="24"/>
        </w:rPr>
        <w:t> </w:t>
      </w:r>
      <w:r w:rsidRPr="00CA627C">
        <w:rPr>
          <w:rFonts w:ascii="Arial" w:hAnsi="Arial" w:cs="Arial"/>
          <w:sz w:val="24"/>
          <w:szCs w:val="24"/>
          <w:lang w:val="ru-RU"/>
        </w:rPr>
        <w:t xml:space="preserve"> на</w:t>
      </w:r>
      <w:r w:rsidRPr="00CA627C">
        <w:rPr>
          <w:rFonts w:ascii="Arial" w:hAnsi="Arial" w:cs="Arial"/>
          <w:sz w:val="24"/>
          <w:szCs w:val="24"/>
        </w:rPr>
        <w:t> </w:t>
      </w:r>
      <w:r w:rsidRPr="00CA627C">
        <w:rPr>
          <w:rFonts w:ascii="Arial" w:hAnsi="Arial" w:cs="Arial"/>
          <w:sz w:val="24"/>
          <w:szCs w:val="24"/>
          <w:lang w:val="ru-RU"/>
        </w:rPr>
        <w:t xml:space="preserve"> средства</w:t>
      </w:r>
      <w:r w:rsidRPr="00CA627C">
        <w:rPr>
          <w:rFonts w:ascii="Arial" w:hAnsi="Arial" w:cs="Arial"/>
          <w:sz w:val="24"/>
          <w:szCs w:val="24"/>
        </w:rPr>
        <w:t> </w:t>
      </w:r>
      <w:r w:rsidRPr="00CA627C">
        <w:rPr>
          <w:rFonts w:ascii="Arial" w:hAnsi="Arial" w:cs="Arial"/>
          <w:sz w:val="24"/>
          <w:szCs w:val="24"/>
          <w:lang w:val="ru-RU"/>
        </w:rPr>
        <w:t xml:space="preserve"> контрацепции.</w:t>
      </w:r>
      <w:r w:rsidRPr="00CA627C">
        <w:rPr>
          <w:rFonts w:ascii="Arial" w:hAnsi="Arial" w:cs="Arial"/>
          <w:sz w:val="24"/>
          <w:szCs w:val="24"/>
        </w:rPr>
        <w:t> </w:t>
      </w:r>
      <w:r w:rsidRPr="00CA627C">
        <w:rPr>
          <w:rFonts w:ascii="Arial" w:hAnsi="Arial" w:cs="Arial"/>
          <w:sz w:val="24"/>
          <w:szCs w:val="24"/>
          <w:lang w:val="ru-RU"/>
        </w:rPr>
        <w:t xml:space="preserve"> </w:t>
      </w:r>
      <w:r w:rsidRPr="00CA627C">
        <w:rPr>
          <w:rFonts w:ascii="Arial" w:hAnsi="Arial" w:cs="Arial"/>
          <w:sz w:val="24"/>
          <w:szCs w:val="24"/>
        </w:rPr>
        <w:t> </w:t>
      </w:r>
      <w:r w:rsidRPr="00CA627C">
        <w:rPr>
          <w:rFonts w:ascii="Arial" w:hAnsi="Arial" w:cs="Arial"/>
          <w:sz w:val="24"/>
          <w:szCs w:val="24"/>
          <w:lang w:val="ru-RU"/>
        </w:rPr>
        <w:t xml:space="preserve"> В связи с этим в 2018 году в казахстанском обществе активно обсуждался вопрос самостоятельного обращения молодых людей за </w:t>
      </w:r>
      <w:r w:rsidRPr="00CA627C">
        <w:rPr>
          <w:rFonts w:ascii="Arial" w:eastAsia="Consolas" w:hAnsi="Arial" w:cs="Arial"/>
          <w:sz w:val="24"/>
          <w:szCs w:val="24"/>
          <w:lang w:val="ru-RU" w:eastAsia="ru-RU"/>
        </w:rPr>
        <w:t xml:space="preserve"> консультацией по вопросам полового и репродуктивного здоровья, в том числе прохождения тестирования на ВИЧ-инфекцию в части снижения возраста самостоятельного обращения и установления этих норм в проекте нового Кодекса. В ходе обсуждения в проект Кодекса вошла норма самостоятельного обращения за медицинской помощью с 16 лет, а для прерывания нежелательной беременности с 18 лет с согласия родителей.</w:t>
      </w:r>
    </w:p>
    <w:p w:rsidR="00EE50FD" w:rsidRPr="00CA627C" w:rsidRDefault="00EE50FD" w:rsidP="00EE50FD">
      <w:pPr>
        <w:spacing w:after="160" w:line="259" w:lineRule="auto"/>
        <w:ind w:firstLine="567"/>
        <w:jc w:val="both"/>
        <w:rPr>
          <w:rFonts w:ascii="Arial" w:hAnsi="Arial" w:cs="Arial"/>
          <w:sz w:val="24"/>
          <w:szCs w:val="24"/>
          <w:lang w:val="ru-RU"/>
        </w:rPr>
      </w:pPr>
      <w:r w:rsidRPr="00CA627C">
        <w:rPr>
          <w:rFonts w:ascii="Arial" w:hAnsi="Arial" w:cs="Arial"/>
          <w:sz w:val="24"/>
          <w:szCs w:val="24"/>
          <w:lang w:val="ru-RU"/>
        </w:rPr>
        <w:t>Для ключевых групп населения доступ к контрацепции обеспечивается в пунктах доверия и дружественных кабинетах в службе СПИД.</w:t>
      </w:r>
    </w:p>
    <w:p w:rsidR="00EE50FD" w:rsidRPr="00CA627C" w:rsidRDefault="00EE50FD" w:rsidP="00CA627C">
      <w:pPr>
        <w:pStyle w:val="ab"/>
        <w:spacing w:after="160" w:line="259" w:lineRule="auto"/>
        <w:rPr>
          <w:rFonts w:ascii="Arial" w:hAnsi="Arial" w:cs="Arial"/>
          <w:b/>
          <w:color w:val="002060"/>
          <w:sz w:val="24"/>
          <w:szCs w:val="24"/>
          <w:lang w:val="ru-RU"/>
        </w:rPr>
      </w:pPr>
      <w:r w:rsidRPr="00CA627C">
        <w:rPr>
          <w:rFonts w:ascii="Arial" w:hAnsi="Arial" w:cs="Arial"/>
          <w:b/>
          <w:bCs/>
          <w:color w:val="002060"/>
          <w:sz w:val="24"/>
          <w:szCs w:val="24"/>
          <w:shd w:val="clear" w:color="auto" w:fill="FFFFFF"/>
          <w:lang w:val="ru-RU"/>
        </w:rPr>
        <w:t>ОБЯЗАТЕЛЬСТВО</w:t>
      </w:r>
      <w:r w:rsidR="00CA627C">
        <w:rPr>
          <w:rFonts w:ascii="Arial" w:hAnsi="Arial" w:cs="Arial"/>
          <w:b/>
          <w:bCs/>
          <w:color w:val="002060"/>
          <w:sz w:val="24"/>
          <w:szCs w:val="24"/>
          <w:shd w:val="clear" w:color="auto" w:fill="FFFFFF"/>
          <w:lang w:val="ru-RU"/>
        </w:rPr>
        <w:t xml:space="preserve"> 6</w:t>
      </w:r>
      <w:r w:rsidRPr="00CA627C">
        <w:rPr>
          <w:rFonts w:ascii="Arial" w:hAnsi="Arial" w:cs="Arial"/>
          <w:b/>
          <w:bCs/>
          <w:color w:val="002060"/>
          <w:sz w:val="24"/>
          <w:szCs w:val="24"/>
          <w:shd w:val="clear" w:color="auto" w:fill="FFFFFF"/>
          <w:lang w:val="ru-RU"/>
        </w:rPr>
        <w:t>: Обеспечить социальную защиту с учетом конкретных потребностей в связи с ВИЧ для 75% людей находящихся в группе риска или инфицированных ВИЧ, к 2020 году</w:t>
      </w:r>
    </w:p>
    <w:p w:rsidR="00EE50FD" w:rsidRPr="00CA627C" w:rsidRDefault="00EE50FD" w:rsidP="00EE50FD">
      <w:pPr>
        <w:spacing w:after="0" w:line="240" w:lineRule="auto"/>
        <w:ind w:firstLine="567"/>
        <w:jc w:val="both"/>
        <w:rPr>
          <w:rFonts w:ascii="Arial" w:hAnsi="Arial" w:cs="Arial"/>
          <w:bCs/>
          <w:sz w:val="24"/>
          <w:szCs w:val="24"/>
          <w:shd w:val="clear" w:color="auto" w:fill="FFFFFF"/>
          <w:lang w:val="ru-RU"/>
        </w:rPr>
      </w:pPr>
      <w:r w:rsidRPr="00CA627C">
        <w:rPr>
          <w:rFonts w:ascii="Arial" w:hAnsi="Arial" w:cs="Arial"/>
          <w:bCs/>
          <w:sz w:val="24"/>
          <w:szCs w:val="24"/>
          <w:shd w:val="clear" w:color="auto" w:fill="FFFFFF"/>
          <w:lang w:val="ru-RU"/>
        </w:rPr>
        <w:t>Гарантии государства в вопросах профилактики, диагностики и лечения ВИЧ-инфекции и СПИД обеспечивают</w:t>
      </w:r>
      <w:r w:rsidRPr="00CA627C">
        <w:rPr>
          <w:rFonts w:ascii="Arial" w:hAnsi="Arial" w:cs="Arial"/>
          <w:sz w:val="24"/>
          <w:szCs w:val="24"/>
          <w:lang w:val="ru-RU"/>
        </w:rPr>
        <w:t xml:space="preserve"> в соответствии с Кодексом о здоровье народа и системе здравоохранения</w:t>
      </w:r>
      <w:proofErr w:type="gramStart"/>
      <w:r w:rsidRPr="00CA627C">
        <w:rPr>
          <w:rFonts w:ascii="Arial" w:hAnsi="Arial" w:cs="Arial"/>
          <w:sz w:val="24"/>
          <w:szCs w:val="24"/>
          <w:lang w:val="ru-RU"/>
        </w:rPr>
        <w:t>.</w:t>
      </w:r>
      <w:r w:rsidRPr="00CA627C">
        <w:rPr>
          <w:rFonts w:ascii="Arial" w:hAnsi="Arial" w:cs="Arial"/>
          <w:bCs/>
          <w:sz w:val="24"/>
          <w:szCs w:val="24"/>
          <w:shd w:val="clear" w:color="auto" w:fill="FFFFFF"/>
          <w:lang w:val="ru-RU"/>
        </w:rPr>
        <w:t>:</w:t>
      </w:r>
      <w:proofErr w:type="gramEnd"/>
    </w:p>
    <w:p w:rsidR="00EE50FD" w:rsidRPr="00CA627C" w:rsidRDefault="00EE50FD" w:rsidP="00EE50FD">
      <w:pPr>
        <w:spacing w:after="0" w:line="240" w:lineRule="auto"/>
        <w:ind w:firstLine="567"/>
        <w:jc w:val="both"/>
        <w:rPr>
          <w:rFonts w:ascii="Arial" w:hAnsi="Arial" w:cs="Arial"/>
          <w:bCs/>
          <w:sz w:val="24"/>
          <w:szCs w:val="24"/>
          <w:shd w:val="clear" w:color="auto" w:fill="FFFFFF"/>
          <w:lang w:val="ru-RU"/>
        </w:rPr>
      </w:pPr>
      <w:r w:rsidRPr="00CA627C">
        <w:rPr>
          <w:rFonts w:ascii="Arial" w:hAnsi="Arial" w:cs="Arial"/>
          <w:bCs/>
          <w:sz w:val="24"/>
          <w:szCs w:val="24"/>
          <w:shd w:val="clear" w:color="auto" w:fill="FFFFFF"/>
          <w:lang w:val="ru-RU"/>
        </w:rPr>
        <w:lastRenderedPageBreak/>
        <w:t>1) доступность и качество добровольного анонимного и (или) конфиденциального медицинского обследования на бесплатной основе, обеспечение динамического наблюдения, предоставление психосоциальных, юридических и медицинских консультаций;</w:t>
      </w:r>
    </w:p>
    <w:p w:rsidR="00EE50FD" w:rsidRPr="00CA627C" w:rsidRDefault="00EE50FD" w:rsidP="00EE50FD">
      <w:pPr>
        <w:spacing w:after="0" w:line="240" w:lineRule="auto"/>
        <w:ind w:firstLine="567"/>
        <w:jc w:val="both"/>
        <w:rPr>
          <w:rFonts w:ascii="Arial" w:hAnsi="Arial" w:cs="Arial"/>
          <w:bCs/>
          <w:sz w:val="24"/>
          <w:szCs w:val="24"/>
          <w:shd w:val="clear" w:color="auto" w:fill="FFFFFF"/>
          <w:lang w:val="ru-RU"/>
        </w:rPr>
      </w:pPr>
      <w:r w:rsidRPr="00CA627C">
        <w:rPr>
          <w:rFonts w:ascii="Arial" w:hAnsi="Arial" w:cs="Arial"/>
          <w:bCs/>
          <w:sz w:val="24"/>
          <w:szCs w:val="24"/>
          <w:shd w:val="clear" w:color="auto" w:fill="FFFFFF"/>
          <w:lang w:val="ru-RU"/>
        </w:rPr>
        <w:t>2) медицинская помощь и лекарственное обеспечение в пределах ГОБМП;</w:t>
      </w:r>
    </w:p>
    <w:p w:rsidR="00EE50FD" w:rsidRPr="00CA627C" w:rsidRDefault="00EE50FD" w:rsidP="00EE50FD">
      <w:pPr>
        <w:spacing w:after="0" w:line="240" w:lineRule="auto"/>
        <w:ind w:firstLine="567"/>
        <w:jc w:val="both"/>
        <w:rPr>
          <w:rFonts w:ascii="Arial" w:hAnsi="Arial" w:cs="Arial"/>
          <w:bCs/>
          <w:sz w:val="24"/>
          <w:szCs w:val="24"/>
          <w:shd w:val="clear" w:color="auto" w:fill="FFFFFF"/>
          <w:lang w:val="ru-RU"/>
        </w:rPr>
      </w:pPr>
      <w:r w:rsidRPr="00CA627C">
        <w:rPr>
          <w:rFonts w:ascii="Arial" w:hAnsi="Arial" w:cs="Arial"/>
          <w:bCs/>
          <w:sz w:val="24"/>
          <w:szCs w:val="24"/>
          <w:shd w:val="clear" w:color="auto" w:fill="FFFFFF"/>
          <w:lang w:val="ru-RU"/>
        </w:rPr>
        <w:t>3) социальная и правовая защита;</w:t>
      </w:r>
    </w:p>
    <w:p w:rsidR="00EE50FD" w:rsidRPr="00CA627C" w:rsidRDefault="00EE50FD" w:rsidP="00EE50FD">
      <w:pPr>
        <w:spacing w:after="0" w:line="240" w:lineRule="auto"/>
        <w:ind w:firstLine="567"/>
        <w:jc w:val="both"/>
        <w:rPr>
          <w:rFonts w:ascii="Arial" w:hAnsi="Arial" w:cs="Arial"/>
          <w:bCs/>
          <w:sz w:val="24"/>
          <w:szCs w:val="24"/>
          <w:shd w:val="clear" w:color="auto" w:fill="FFFFFF"/>
          <w:lang w:val="ru-RU"/>
        </w:rPr>
      </w:pPr>
      <w:r w:rsidRPr="00CA627C">
        <w:rPr>
          <w:rFonts w:ascii="Arial" w:hAnsi="Arial" w:cs="Arial"/>
          <w:bCs/>
          <w:sz w:val="24"/>
          <w:szCs w:val="24"/>
          <w:shd w:val="clear" w:color="auto" w:fill="FFFFFF"/>
          <w:lang w:val="ru-RU"/>
        </w:rPr>
        <w:t>4) недопущение каких-либо форм дискриминации в связи с характером заболевания;</w:t>
      </w:r>
    </w:p>
    <w:p w:rsidR="00EE50FD" w:rsidRPr="00CA627C" w:rsidRDefault="00EE50FD" w:rsidP="00EE50FD">
      <w:pPr>
        <w:spacing w:after="0" w:line="240" w:lineRule="auto"/>
        <w:ind w:firstLine="567"/>
        <w:jc w:val="both"/>
        <w:rPr>
          <w:rFonts w:ascii="Arial" w:hAnsi="Arial" w:cs="Arial"/>
          <w:bCs/>
          <w:sz w:val="24"/>
          <w:szCs w:val="24"/>
          <w:shd w:val="clear" w:color="auto" w:fill="FFFFFF"/>
          <w:lang w:val="ru-RU"/>
        </w:rPr>
      </w:pPr>
      <w:r w:rsidRPr="00CA627C">
        <w:rPr>
          <w:rFonts w:ascii="Arial" w:hAnsi="Arial" w:cs="Arial"/>
          <w:bCs/>
          <w:sz w:val="24"/>
          <w:szCs w:val="24"/>
          <w:shd w:val="clear" w:color="auto" w:fill="FFFFFF"/>
          <w:lang w:val="ru-RU"/>
        </w:rPr>
        <w:t>5) осуществление профилактических мероприятий по снижению риска передачи ВИЧ-инфекции от матери  плоду.</w:t>
      </w:r>
    </w:p>
    <w:p w:rsidR="00EE50FD" w:rsidRPr="00CA627C" w:rsidRDefault="00EE50FD" w:rsidP="00EE50FD">
      <w:pPr>
        <w:spacing w:after="0" w:line="240" w:lineRule="auto"/>
        <w:ind w:firstLine="567"/>
        <w:jc w:val="both"/>
        <w:rPr>
          <w:rFonts w:ascii="Arial" w:hAnsi="Arial" w:cs="Arial"/>
          <w:bCs/>
          <w:sz w:val="24"/>
          <w:szCs w:val="24"/>
          <w:shd w:val="clear" w:color="auto" w:fill="FFFFFF"/>
          <w:lang w:val="ru-RU"/>
        </w:rPr>
      </w:pPr>
      <w:r w:rsidRPr="00CA627C">
        <w:rPr>
          <w:rFonts w:ascii="Arial" w:hAnsi="Arial" w:cs="Arial"/>
          <w:bCs/>
          <w:sz w:val="24"/>
          <w:szCs w:val="24"/>
          <w:shd w:val="clear" w:color="auto" w:fill="FFFFFF"/>
          <w:lang w:val="ru-RU"/>
        </w:rPr>
        <w:t xml:space="preserve"> Детям, инфицированным ВИЧ или больным СПИД, обеспечивается обучение в школе и других учебных заведениях (статья 113  Кодекса).  Не допускаются увольнение с работы, отказ в приеме на работу, в детские дошкольные учреждения и учебные заведения, а также ущемление иных прав и законных интересов лиц, зараженных ВИЧ или больных СПИД, равно как ущемление жилищных и иных прав их родных и близких.</w:t>
      </w:r>
    </w:p>
    <w:p w:rsidR="00EE50FD" w:rsidRPr="00CA627C" w:rsidRDefault="00EE50FD" w:rsidP="00EE50FD">
      <w:pPr>
        <w:spacing w:after="0" w:line="240" w:lineRule="auto"/>
        <w:ind w:firstLine="567"/>
        <w:jc w:val="both"/>
        <w:rPr>
          <w:rFonts w:ascii="Arial" w:hAnsi="Arial" w:cs="Arial"/>
          <w:bCs/>
          <w:sz w:val="24"/>
          <w:szCs w:val="24"/>
          <w:shd w:val="clear" w:color="auto" w:fill="FFFFFF"/>
          <w:lang w:val="ru-RU"/>
        </w:rPr>
      </w:pPr>
      <w:r w:rsidRPr="00CA627C">
        <w:rPr>
          <w:rFonts w:ascii="Arial" w:hAnsi="Arial" w:cs="Arial"/>
          <w:bCs/>
          <w:sz w:val="24"/>
          <w:szCs w:val="24"/>
          <w:shd w:val="clear" w:color="auto" w:fill="FFFFFF"/>
          <w:lang w:val="ru-RU"/>
        </w:rPr>
        <w:t xml:space="preserve"> Лица, заражение ВИЧ или заболевание СПИД которых произошло в результате ненадлежащего исполнения своих обязанностей медицинскими работниками и работниками сферы бытового обслуживания, имеют право на возмещение вреда, причиненного жизни или здоровью, в соответствии с законодательством Республики Казахстан.</w:t>
      </w:r>
    </w:p>
    <w:p w:rsidR="00EE50FD" w:rsidRPr="00CA627C" w:rsidRDefault="00CA627C" w:rsidP="00EE50FD">
      <w:pPr>
        <w:spacing w:after="160" w:line="259" w:lineRule="auto"/>
        <w:ind w:firstLine="567"/>
        <w:jc w:val="both"/>
        <w:rPr>
          <w:rFonts w:ascii="Arial" w:hAnsi="Arial" w:cs="Arial"/>
          <w:sz w:val="24"/>
          <w:szCs w:val="24"/>
          <w:shd w:val="clear" w:color="auto" w:fill="FFFFFF"/>
          <w:lang w:val="ru-RU"/>
        </w:rPr>
      </w:pPr>
      <w:r w:rsidRPr="00CA627C">
        <w:rPr>
          <w:rFonts w:ascii="Arial" w:hAnsi="Arial" w:cs="Arial"/>
          <w:sz w:val="24"/>
          <w:szCs w:val="24"/>
          <w:shd w:val="clear" w:color="auto" w:fill="FFFFFF"/>
          <w:lang w:val="ru-RU"/>
        </w:rPr>
        <w:t>Обеспечение ВИЧ</w:t>
      </w:r>
      <w:r w:rsidR="00EE50FD" w:rsidRPr="00CA627C">
        <w:rPr>
          <w:rFonts w:ascii="Arial" w:hAnsi="Arial" w:cs="Arial"/>
          <w:sz w:val="24"/>
          <w:szCs w:val="24"/>
          <w:shd w:val="clear" w:color="auto" w:fill="FFFFFF"/>
          <w:lang w:val="ru-RU"/>
        </w:rPr>
        <w:t xml:space="preserve">-инфицированных детей  в Казахстане осуществляется исключительно оригинальными лекарственными препаратами. </w:t>
      </w:r>
    </w:p>
    <w:p w:rsidR="00EE50FD" w:rsidRPr="00CA627C" w:rsidRDefault="00CA627C" w:rsidP="00EE50FD">
      <w:pPr>
        <w:spacing w:after="160" w:line="259" w:lineRule="auto"/>
        <w:ind w:firstLine="567"/>
        <w:jc w:val="both"/>
        <w:rPr>
          <w:rFonts w:ascii="Arial" w:hAnsi="Arial" w:cs="Arial"/>
          <w:sz w:val="24"/>
          <w:szCs w:val="24"/>
          <w:shd w:val="clear" w:color="auto" w:fill="FFFFFF"/>
          <w:lang w:val="ru-RU"/>
        </w:rPr>
      </w:pPr>
      <w:r w:rsidRPr="00CA627C">
        <w:rPr>
          <w:rFonts w:ascii="Arial" w:hAnsi="Arial" w:cs="Arial"/>
          <w:sz w:val="24"/>
          <w:szCs w:val="24"/>
          <w:shd w:val="clear" w:color="auto" w:fill="FFFFFF"/>
          <w:lang w:val="ru-RU"/>
        </w:rPr>
        <w:t xml:space="preserve">В рамках </w:t>
      </w:r>
      <w:proofErr w:type="gramStart"/>
      <w:r w:rsidRPr="00CA627C">
        <w:rPr>
          <w:rFonts w:ascii="Arial" w:hAnsi="Arial" w:cs="Arial"/>
          <w:sz w:val="24"/>
          <w:szCs w:val="24"/>
          <w:shd w:val="clear" w:color="auto" w:fill="FFFFFF"/>
          <w:lang w:val="ru-RU"/>
        </w:rPr>
        <w:t>государственного социального заказа,</w:t>
      </w:r>
      <w:r w:rsidR="00EE50FD" w:rsidRPr="00CA627C">
        <w:rPr>
          <w:rFonts w:ascii="Arial" w:hAnsi="Arial" w:cs="Arial"/>
          <w:sz w:val="24"/>
          <w:szCs w:val="24"/>
          <w:shd w:val="clear" w:color="auto" w:fill="FFFFFF"/>
          <w:lang w:val="ru-RU"/>
        </w:rPr>
        <w:t xml:space="preserve"> выделенного Министерством здравоохранения в 2018 году для ВИЧ-инфицированных детей проводилась</w:t>
      </w:r>
      <w:proofErr w:type="gramEnd"/>
      <w:r w:rsidR="00EE50FD" w:rsidRPr="00CA627C">
        <w:rPr>
          <w:rFonts w:ascii="Arial" w:hAnsi="Arial" w:cs="Arial"/>
          <w:sz w:val="24"/>
          <w:szCs w:val="24"/>
          <w:shd w:val="clear" w:color="auto" w:fill="FFFFFF"/>
          <w:lang w:val="ru-RU"/>
        </w:rPr>
        <w:t xml:space="preserve"> летняя школа по разрытию ВИЧ статуса. Проведение этой работы планируется на ежегодной основе.</w:t>
      </w:r>
    </w:p>
    <w:p w:rsidR="00EE50FD" w:rsidRPr="00CA627C" w:rsidRDefault="00EE50FD" w:rsidP="00EE50FD">
      <w:pPr>
        <w:spacing w:after="160" w:line="259" w:lineRule="auto"/>
        <w:ind w:firstLine="567"/>
        <w:jc w:val="both"/>
        <w:rPr>
          <w:rFonts w:ascii="Arial" w:hAnsi="Arial" w:cs="Arial"/>
          <w:sz w:val="24"/>
          <w:szCs w:val="24"/>
          <w:lang w:val="ru-RU"/>
        </w:rPr>
      </w:pPr>
      <w:r w:rsidRPr="00CA627C">
        <w:rPr>
          <w:rFonts w:ascii="Arial" w:hAnsi="Arial" w:cs="Arial"/>
          <w:bCs/>
          <w:sz w:val="24"/>
          <w:szCs w:val="24"/>
          <w:shd w:val="clear" w:color="auto" w:fill="FFFFFF"/>
          <w:lang w:val="ru-RU"/>
        </w:rPr>
        <w:t xml:space="preserve"> Дополнительно, социальная помощь  предоставляется </w:t>
      </w:r>
      <w:r w:rsidRPr="00CA627C">
        <w:rPr>
          <w:rFonts w:ascii="Arial" w:hAnsi="Arial" w:cs="Arial"/>
          <w:sz w:val="24"/>
          <w:szCs w:val="24"/>
          <w:shd w:val="clear" w:color="auto" w:fill="F2F8F9"/>
          <w:lang w:val="ru-RU"/>
        </w:rPr>
        <w:t>в рамках бюджетной программы «Социальная помощь отдельным категориям нуждающихся граждан». По решению местного представительного органа предусмотрена единовременная социальная помощь отдельным категориям граждан: лицам, страдающим заболеванием вируса иммунодефицита человека. Сумма помощи  определяется местным исполнительным органом региона.</w:t>
      </w:r>
    </w:p>
    <w:p w:rsidR="00EE50FD" w:rsidRPr="00CA627C" w:rsidRDefault="00EE50FD" w:rsidP="00EE50FD">
      <w:pPr>
        <w:spacing w:after="0" w:line="240" w:lineRule="auto"/>
        <w:ind w:firstLine="567"/>
        <w:jc w:val="both"/>
        <w:rPr>
          <w:rFonts w:ascii="Arial" w:hAnsi="Arial" w:cs="Arial"/>
          <w:sz w:val="24"/>
          <w:szCs w:val="24"/>
          <w:lang w:val="ru-RU"/>
        </w:rPr>
      </w:pPr>
      <w:r w:rsidRPr="00CA627C">
        <w:rPr>
          <w:rFonts w:ascii="Arial" w:hAnsi="Arial" w:cs="Arial"/>
          <w:sz w:val="24"/>
          <w:szCs w:val="24"/>
          <w:lang w:val="ru-RU"/>
        </w:rPr>
        <w:t xml:space="preserve">Большая работа проводится в рамках Меморандума о взаимопонимании сторон социального партнёрства  между Правительством и республиканским объединением работников и работодателей ключевыми принципами которого является  эффективное использование социального диалога для решения проблем ВИЧ/СПИД в сфере трудовых отношений, не допущения обследования на ВИЧ с целью исключения из трудового процесса, обеспечение возможности продолжения трудовых отношений  для ВИЧ-инфицированных, </w:t>
      </w:r>
      <w:proofErr w:type="spellStart"/>
      <w:r w:rsidRPr="00CA627C">
        <w:rPr>
          <w:rFonts w:ascii="Arial" w:hAnsi="Arial" w:cs="Arial"/>
          <w:sz w:val="24"/>
          <w:szCs w:val="24"/>
          <w:lang w:val="ru-RU"/>
        </w:rPr>
        <w:t>профтлактики</w:t>
      </w:r>
      <w:proofErr w:type="spellEnd"/>
      <w:r w:rsidRPr="00CA627C">
        <w:rPr>
          <w:rFonts w:ascii="Arial" w:hAnsi="Arial" w:cs="Arial"/>
          <w:sz w:val="24"/>
          <w:szCs w:val="24"/>
          <w:lang w:val="ru-RU"/>
        </w:rPr>
        <w:t xml:space="preserve"> на рабочих местах, ухода и поддержки для ЛЖВ.</w:t>
      </w:r>
    </w:p>
    <w:p w:rsidR="00EE50FD" w:rsidRPr="00CA627C" w:rsidRDefault="00EE50FD" w:rsidP="00EE50FD">
      <w:pPr>
        <w:spacing w:after="0" w:line="240" w:lineRule="auto"/>
        <w:ind w:firstLine="567"/>
        <w:jc w:val="both"/>
        <w:rPr>
          <w:rFonts w:ascii="Arial" w:hAnsi="Arial" w:cs="Arial"/>
          <w:bCs/>
          <w:sz w:val="24"/>
          <w:szCs w:val="24"/>
          <w:shd w:val="clear" w:color="auto" w:fill="FFFFFF"/>
          <w:lang w:val="ru-RU"/>
        </w:rPr>
      </w:pPr>
      <w:r w:rsidRPr="00CA627C">
        <w:rPr>
          <w:rFonts w:ascii="Arial" w:hAnsi="Arial" w:cs="Arial"/>
          <w:bCs/>
          <w:sz w:val="24"/>
          <w:szCs w:val="24"/>
          <w:shd w:val="clear" w:color="auto" w:fill="FFFFFF"/>
          <w:lang w:val="ru-RU"/>
        </w:rPr>
        <w:lastRenderedPageBreak/>
        <w:t>В рамках совершенствования нормативных правовых актов в 2018 году исключена из Кодекса о здоровье народа и системе здравоохранения депортация ВИЧ-инфицированных иностранных лиц.</w:t>
      </w:r>
    </w:p>
    <w:p w:rsidR="00EE50FD" w:rsidRPr="00CA627C" w:rsidRDefault="00EE50FD" w:rsidP="00EE50FD">
      <w:pPr>
        <w:spacing w:after="160" w:line="259" w:lineRule="auto"/>
        <w:jc w:val="both"/>
        <w:rPr>
          <w:rFonts w:ascii="Arial" w:hAnsi="Arial" w:cs="Arial"/>
          <w:color w:val="002060"/>
          <w:sz w:val="24"/>
          <w:szCs w:val="24"/>
          <w:lang w:val="ru-RU"/>
        </w:rPr>
      </w:pPr>
    </w:p>
    <w:p w:rsidR="00EE50FD" w:rsidRPr="00875D9D" w:rsidRDefault="00EE50FD" w:rsidP="00CA627C">
      <w:pPr>
        <w:pStyle w:val="ab"/>
        <w:spacing w:after="160" w:line="259" w:lineRule="auto"/>
        <w:rPr>
          <w:rFonts w:ascii="Arial" w:hAnsi="Arial" w:cs="Arial"/>
          <w:b/>
          <w:color w:val="002060"/>
          <w:sz w:val="24"/>
          <w:szCs w:val="24"/>
          <w:lang w:val="ru-RU"/>
        </w:rPr>
      </w:pPr>
      <w:r w:rsidRPr="00875D9D">
        <w:rPr>
          <w:rFonts w:ascii="Arial" w:hAnsi="Arial" w:cs="Arial"/>
          <w:b/>
          <w:bCs/>
          <w:color w:val="002060"/>
          <w:sz w:val="24"/>
          <w:szCs w:val="24"/>
          <w:shd w:val="clear" w:color="auto" w:fill="FFFFFF"/>
          <w:lang w:val="ru-RU"/>
        </w:rPr>
        <w:t>ОБЯЗАТЕЛЬСТВО</w:t>
      </w:r>
      <w:r w:rsidR="00CA627C" w:rsidRPr="00875D9D">
        <w:rPr>
          <w:rFonts w:ascii="Arial" w:hAnsi="Arial" w:cs="Arial"/>
          <w:b/>
          <w:bCs/>
          <w:color w:val="002060"/>
          <w:sz w:val="24"/>
          <w:szCs w:val="24"/>
          <w:shd w:val="clear" w:color="auto" w:fill="FFFFFF"/>
          <w:lang w:val="ru-RU"/>
        </w:rPr>
        <w:t xml:space="preserve"> 7: обеспечить</w:t>
      </w:r>
      <w:r w:rsidRPr="00875D9D">
        <w:rPr>
          <w:rFonts w:ascii="Arial" w:hAnsi="Arial" w:cs="Arial"/>
          <w:b/>
          <w:bCs/>
          <w:color w:val="002060"/>
          <w:sz w:val="24"/>
          <w:szCs w:val="24"/>
          <w:shd w:val="clear" w:color="auto" w:fill="FFFFFF"/>
          <w:lang w:val="ru-RU"/>
        </w:rPr>
        <w:t xml:space="preserve"> оказание минимум 30% всех услуг в рамках общественных инициатив к 2020 году</w:t>
      </w:r>
    </w:p>
    <w:p w:rsidR="00EE50FD" w:rsidRPr="00CA627C" w:rsidRDefault="00EE50FD" w:rsidP="00EE50FD">
      <w:pPr>
        <w:spacing w:after="0" w:line="240" w:lineRule="auto"/>
        <w:ind w:firstLine="708"/>
        <w:jc w:val="both"/>
        <w:rPr>
          <w:rFonts w:ascii="Arial" w:hAnsi="Arial" w:cs="Arial"/>
          <w:sz w:val="24"/>
          <w:szCs w:val="24"/>
          <w:lang w:val="ru-RU"/>
        </w:rPr>
      </w:pPr>
      <w:proofErr w:type="gramStart"/>
      <w:r w:rsidRPr="00CA627C">
        <w:rPr>
          <w:rFonts w:ascii="Arial" w:hAnsi="Arial" w:cs="Arial"/>
          <w:bCs/>
          <w:sz w:val="24"/>
          <w:szCs w:val="24"/>
          <w:lang w:val="ru-RU"/>
        </w:rPr>
        <w:t>Неправительственные организации, работающие по вопросам ВИЧ/СПИД в Республике Казахстан оказывают</w:t>
      </w:r>
      <w:proofErr w:type="gramEnd"/>
      <w:r w:rsidRPr="00CA627C">
        <w:rPr>
          <w:rFonts w:ascii="Arial" w:hAnsi="Arial" w:cs="Arial"/>
          <w:bCs/>
          <w:sz w:val="24"/>
          <w:szCs w:val="24"/>
          <w:lang w:val="ru-RU"/>
        </w:rPr>
        <w:t xml:space="preserve"> существенное влияние на сдерживание эпидемии ВИЧ-инфекции путем организации и проведения профилактических мероприятий в ключевых группах населения, доступ в которые,  по ряду причин,  ограничен для государственных учреждений. </w:t>
      </w:r>
    </w:p>
    <w:p w:rsidR="00EE50FD" w:rsidRPr="00CA627C" w:rsidRDefault="00EE50FD" w:rsidP="00EE50FD">
      <w:pPr>
        <w:spacing w:after="0" w:line="240" w:lineRule="auto"/>
        <w:jc w:val="both"/>
        <w:rPr>
          <w:rFonts w:ascii="Arial" w:hAnsi="Arial" w:cs="Arial"/>
          <w:bCs/>
          <w:sz w:val="24"/>
          <w:szCs w:val="24"/>
          <w:lang w:val="ru-RU"/>
        </w:rPr>
      </w:pPr>
      <w:r w:rsidRPr="00CA627C">
        <w:rPr>
          <w:rFonts w:ascii="Arial" w:hAnsi="Arial" w:cs="Arial"/>
          <w:bCs/>
          <w:sz w:val="24"/>
          <w:szCs w:val="24"/>
          <w:lang w:val="ru-RU"/>
        </w:rPr>
        <w:t>Основными направлениями их работы являются</w:t>
      </w:r>
      <w:proofErr w:type="gramStart"/>
      <w:r w:rsidRPr="00CA627C">
        <w:rPr>
          <w:rFonts w:ascii="Arial" w:hAnsi="Arial" w:cs="Arial"/>
          <w:bCs/>
          <w:sz w:val="24"/>
          <w:szCs w:val="24"/>
          <w:lang w:val="ru-RU"/>
        </w:rPr>
        <w:t xml:space="preserve"> :</w:t>
      </w:r>
      <w:proofErr w:type="gramEnd"/>
    </w:p>
    <w:p w:rsidR="00EE50FD" w:rsidRPr="00CA627C" w:rsidRDefault="00EE50FD" w:rsidP="00EE50FD">
      <w:pPr>
        <w:spacing w:after="0" w:line="240" w:lineRule="auto"/>
        <w:jc w:val="both"/>
        <w:rPr>
          <w:rFonts w:ascii="Arial" w:hAnsi="Arial" w:cs="Arial"/>
          <w:sz w:val="24"/>
          <w:szCs w:val="24"/>
          <w:lang w:val="ru-RU"/>
        </w:rPr>
      </w:pPr>
      <w:r w:rsidRPr="00CA627C">
        <w:rPr>
          <w:rFonts w:ascii="Arial" w:hAnsi="Arial" w:cs="Arial"/>
          <w:sz w:val="24"/>
          <w:szCs w:val="24"/>
          <w:lang w:val="ru-RU"/>
        </w:rPr>
        <w:t xml:space="preserve">- Раздача средств индивидуальной защиты (презервативы,   шприцы, </w:t>
      </w:r>
      <w:proofErr w:type="spellStart"/>
      <w:r w:rsidRPr="00CA627C">
        <w:rPr>
          <w:rFonts w:ascii="Arial" w:hAnsi="Arial" w:cs="Arial"/>
          <w:sz w:val="24"/>
          <w:szCs w:val="24"/>
          <w:lang w:val="ru-RU"/>
        </w:rPr>
        <w:t>любриканты</w:t>
      </w:r>
      <w:proofErr w:type="spellEnd"/>
      <w:r w:rsidRPr="00CA627C">
        <w:rPr>
          <w:rFonts w:ascii="Arial" w:hAnsi="Arial" w:cs="Arial"/>
          <w:sz w:val="24"/>
          <w:szCs w:val="24"/>
          <w:lang w:val="ru-RU"/>
        </w:rPr>
        <w:t xml:space="preserve">, </w:t>
      </w:r>
      <w:proofErr w:type="spellStart"/>
      <w:r w:rsidRPr="00CA627C">
        <w:rPr>
          <w:rFonts w:ascii="Arial" w:hAnsi="Arial" w:cs="Arial"/>
          <w:sz w:val="24"/>
          <w:szCs w:val="24"/>
          <w:lang w:val="ru-RU"/>
        </w:rPr>
        <w:t>дезинфектанты</w:t>
      </w:r>
      <w:proofErr w:type="spellEnd"/>
      <w:r w:rsidRPr="00CA627C">
        <w:rPr>
          <w:rFonts w:ascii="Arial" w:hAnsi="Arial" w:cs="Arial"/>
          <w:sz w:val="24"/>
          <w:szCs w:val="24"/>
          <w:lang w:val="ru-RU"/>
        </w:rPr>
        <w:t xml:space="preserve">) </w:t>
      </w:r>
      <w:proofErr w:type="spellStart"/>
      <w:r w:rsidRPr="00CA627C">
        <w:rPr>
          <w:rFonts w:ascii="Arial" w:hAnsi="Arial" w:cs="Arial"/>
          <w:sz w:val="24"/>
          <w:szCs w:val="24"/>
          <w:lang w:val="ru-RU"/>
        </w:rPr>
        <w:t>черпункты</w:t>
      </w:r>
      <w:proofErr w:type="spellEnd"/>
      <w:r w:rsidRPr="00CA627C">
        <w:rPr>
          <w:rFonts w:ascii="Arial" w:hAnsi="Arial" w:cs="Arial"/>
          <w:sz w:val="24"/>
          <w:szCs w:val="24"/>
          <w:lang w:val="ru-RU"/>
        </w:rPr>
        <w:t xml:space="preserve"> доверия и дружественные кабинеты и аутрич-работников;</w:t>
      </w:r>
    </w:p>
    <w:p w:rsidR="00EE50FD" w:rsidRPr="00CA627C" w:rsidRDefault="00EE50FD" w:rsidP="00EE50FD">
      <w:pPr>
        <w:numPr>
          <w:ilvl w:val="0"/>
          <w:numId w:val="22"/>
        </w:numPr>
        <w:spacing w:after="0" w:line="240" w:lineRule="auto"/>
        <w:ind w:left="0"/>
        <w:jc w:val="both"/>
        <w:rPr>
          <w:rFonts w:ascii="Arial" w:hAnsi="Arial" w:cs="Arial"/>
          <w:sz w:val="24"/>
          <w:szCs w:val="24"/>
          <w:lang w:val="ru-RU"/>
        </w:rPr>
      </w:pPr>
      <w:r w:rsidRPr="00CA627C">
        <w:rPr>
          <w:rFonts w:ascii="Arial" w:hAnsi="Arial" w:cs="Arial"/>
          <w:sz w:val="24"/>
          <w:szCs w:val="24"/>
          <w:lang w:val="ru-RU"/>
        </w:rPr>
        <w:t>Перенаправление на тестирование на ВИЧ;</w:t>
      </w:r>
    </w:p>
    <w:p w:rsidR="00EE50FD" w:rsidRPr="00CA627C" w:rsidRDefault="00EE50FD" w:rsidP="00EE50FD">
      <w:pPr>
        <w:spacing w:after="0" w:line="240" w:lineRule="auto"/>
        <w:jc w:val="both"/>
        <w:rPr>
          <w:rFonts w:ascii="Arial" w:hAnsi="Arial" w:cs="Arial"/>
          <w:sz w:val="24"/>
          <w:szCs w:val="24"/>
          <w:lang w:val="ru-RU"/>
        </w:rPr>
      </w:pPr>
      <w:r w:rsidRPr="00CA627C">
        <w:rPr>
          <w:rFonts w:ascii="Arial" w:hAnsi="Arial" w:cs="Arial"/>
          <w:sz w:val="24"/>
          <w:szCs w:val="24"/>
          <w:lang w:val="ru-RU"/>
        </w:rPr>
        <w:t>- Социальная и психологическая поддержка ЛЖВ и их близкого окружения;</w:t>
      </w:r>
    </w:p>
    <w:p w:rsidR="00EE50FD" w:rsidRPr="00CA627C" w:rsidRDefault="00EE50FD" w:rsidP="00EE50FD">
      <w:pPr>
        <w:spacing w:after="0" w:line="240" w:lineRule="auto"/>
        <w:jc w:val="both"/>
        <w:rPr>
          <w:rFonts w:ascii="Arial" w:hAnsi="Arial" w:cs="Arial"/>
          <w:sz w:val="24"/>
          <w:szCs w:val="24"/>
          <w:lang w:val="ru-RU"/>
        </w:rPr>
      </w:pPr>
      <w:r w:rsidRPr="00CA627C">
        <w:rPr>
          <w:rFonts w:ascii="Arial" w:hAnsi="Arial" w:cs="Arial"/>
          <w:sz w:val="24"/>
          <w:szCs w:val="24"/>
          <w:lang w:val="ru-RU"/>
        </w:rPr>
        <w:t>- Предоставление социально-бытовых услуг</w:t>
      </w:r>
      <w:proofErr w:type="gramStart"/>
      <w:r w:rsidRPr="00CA627C">
        <w:rPr>
          <w:rFonts w:ascii="Arial" w:hAnsi="Arial" w:cs="Arial"/>
          <w:sz w:val="24"/>
          <w:szCs w:val="24"/>
          <w:lang w:val="ru-RU"/>
        </w:rPr>
        <w:t xml:space="preserve"> ;</w:t>
      </w:r>
      <w:proofErr w:type="gramEnd"/>
    </w:p>
    <w:p w:rsidR="00EE50FD" w:rsidRPr="00CA627C" w:rsidRDefault="00EE50FD" w:rsidP="00EE50FD">
      <w:pPr>
        <w:spacing w:after="0" w:line="240" w:lineRule="auto"/>
        <w:jc w:val="both"/>
        <w:rPr>
          <w:rFonts w:ascii="Arial" w:hAnsi="Arial" w:cs="Arial"/>
          <w:sz w:val="24"/>
          <w:szCs w:val="24"/>
          <w:lang w:val="ru-RU"/>
        </w:rPr>
      </w:pPr>
      <w:r w:rsidRPr="00CA627C">
        <w:rPr>
          <w:rFonts w:ascii="Arial" w:hAnsi="Arial" w:cs="Arial"/>
          <w:sz w:val="24"/>
          <w:szCs w:val="24"/>
          <w:lang w:val="ru-RU"/>
        </w:rPr>
        <w:t>- Реализация профилактических программ в тюрьмах;</w:t>
      </w:r>
    </w:p>
    <w:p w:rsidR="00EE50FD" w:rsidRPr="00CA627C" w:rsidRDefault="00EE50FD" w:rsidP="00EE50FD">
      <w:pPr>
        <w:spacing w:after="0" w:line="240" w:lineRule="auto"/>
        <w:jc w:val="both"/>
        <w:rPr>
          <w:rFonts w:ascii="Arial" w:hAnsi="Arial" w:cs="Arial"/>
          <w:sz w:val="24"/>
          <w:szCs w:val="24"/>
          <w:lang w:val="ru-RU"/>
        </w:rPr>
      </w:pPr>
      <w:r w:rsidRPr="00CA627C">
        <w:rPr>
          <w:rFonts w:ascii="Arial" w:hAnsi="Arial" w:cs="Arial"/>
          <w:sz w:val="24"/>
          <w:szCs w:val="24"/>
          <w:lang w:val="ru-RU"/>
        </w:rPr>
        <w:t>- Поддержка больных по приверженности  к антиретровирусной терапии;</w:t>
      </w:r>
    </w:p>
    <w:p w:rsidR="00EE50FD" w:rsidRPr="00CA627C" w:rsidRDefault="00EE50FD" w:rsidP="00EE50FD">
      <w:pPr>
        <w:spacing w:after="0" w:line="240" w:lineRule="auto"/>
        <w:jc w:val="both"/>
        <w:rPr>
          <w:rFonts w:ascii="Arial" w:hAnsi="Arial" w:cs="Arial"/>
          <w:sz w:val="24"/>
          <w:szCs w:val="24"/>
          <w:lang w:val="ru-RU"/>
        </w:rPr>
      </w:pPr>
      <w:r w:rsidRPr="00CA627C">
        <w:rPr>
          <w:rFonts w:ascii="Arial" w:hAnsi="Arial" w:cs="Arial"/>
          <w:sz w:val="24"/>
          <w:szCs w:val="24"/>
          <w:lang w:val="ru-RU"/>
        </w:rPr>
        <w:t>- Обеспечение доступа к  медицинским услугам: диагностике, лечению заболеваний, не связанных с ВИЧ (гепатиты, ИППП и др.);</w:t>
      </w:r>
    </w:p>
    <w:p w:rsidR="00EE50FD" w:rsidRPr="00CA627C" w:rsidRDefault="00EE50FD" w:rsidP="00EE50FD">
      <w:pPr>
        <w:spacing w:after="0" w:line="240" w:lineRule="auto"/>
        <w:jc w:val="both"/>
        <w:rPr>
          <w:rFonts w:ascii="Arial" w:hAnsi="Arial" w:cs="Arial"/>
          <w:sz w:val="24"/>
          <w:szCs w:val="24"/>
          <w:lang w:val="ru-RU"/>
        </w:rPr>
      </w:pPr>
      <w:r w:rsidRPr="00CA627C">
        <w:rPr>
          <w:rFonts w:ascii="Arial" w:hAnsi="Arial" w:cs="Arial"/>
          <w:sz w:val="24"/>
          <w:szCs w:val="24"/>
          <w:lang w:val="ru-RU"/>
        </w:rPr>
        <w:t>- Реализация  программ, направленных на снижение стигматизации.</w:t>
      </w:r>
    </w:p>
    <w:p w:rsidR="00EE50FD" w:rsidRPr="00CA627C" w:rsidRDefault="00EE50FD" w:rsidP="00EE50FD">
      <w:pPr>
        <w:spacing w:after="0" w:line="240" w:lineRule="auto"/>
        <w:jc w:val="both"/>
        <w:rPr>
          <w:rFonts w:ascii="Arial" w:hAnsi="Arial" w:cs="Arial"/>
          <w:sz w:val="24"/>
          <w:szCs w:val="24"/>
          <w:lang w:val="ru-RU"/>
        </w:rPr>
      </w:pPr>
      <w:r w:rsidRPr="00CA627C">
        <w:rPr>
          <w:rFonts w:ascii="Arial" w:hAnsi="Arial" w:cs="Arial"/>
          <w:sz w:val="24"/>
          <w:szCs w:val="24"/>
          <w:lang w:val="ru-RU"/>
        </w:rPr>
        <w:t>В целях обеспечения эффективной работы неправительственные организации заключают меморандумы. Примером тому является меморандумы между центрами СПИД и НПО в регионах. А возглавили эту работу Республиканский центр СПИД и Казахстанский союз людей, живущих с ВИЧ (далее – Казсоюз). Последний возглавил эту работу на республиканском уровне активно работая по различным направлениям: стигме и дискриминации, повышении профессионального уровня специалистов НПО, адвокационной работе, информационной и разъяснительной работе и т.д.</w:t>
      </w:r>
    </w:p>
    <w:p w:rsidR="00EE50FD" w:rsidRPr="00CA627C" w:rsidRDefault="00EE50FD" w:rsidP="00EE50FD">
      <w:pPr>
        <w:spacing w:after="0" w:line="240" w:lineRule="auto"/>
        <w:jc w:val="both"/>
        <w:rPr>
          <w:rFonts w:ascii="Arial" w:hAnsi="Arial" w:cs="Arial"/>
          <w:sz w:val="24"/>
          <w:szCs w:val="24"/>
          <w:lang w:val="ru-RU"/>
        </w:rPr>
      </w:pPr>
      <w:r w:rsidRPr="00CA627C">
        <w:rPr>
          <w:rFonts w:ascii="Arial" w:hAnsi="Arial" w:cs="Arial"/>
          <w:sz w:val="24"/>
          <w:szCs w:val="24"/>
          <w:lang w:val="ru-RU"/>
        </w:rPr>
        <w:t xml:space="preserve">В 2018 году Казсоюз возглавил кампанию в рамках Всемирного дня борьбы со СПИД и использования современных технологий и продвижения кампании в социальных сетях с привлечением известных </w:t>
      </w:r>
      <w:proofErr w:type="spellStart"/>
      <w:r w:rsidRPr="00CA627C">
        <w:rPr>
          <w:rFonts w:ascii="Arial" w:hAnsi="Arial" w:cs="Arial"/>
          <w:sz w:val="24"/>
          <w:szCs w:val="24"/>
          <w:lang w:val="ru-RU"/>
        </w:rPr>
        <w:t>медийных</w:t>
      </w:r>
      <w:proofErr w:type="spellEnd"/>
      <w:r w:rsidRPr="00CA627C">
        <w:rPr>
          <w:rFonts w:ascii="Arial" w:hAnsi="Arial" w:cs="Arial"/>
          <w:sz w:val="24"/>
          <w:szCs w:val="24"/>
          <w:lang w:val="ru-RU"/>
        </w:rPr>
        <w:t xml:space="preserve"> лиц, </w:t>
      </w:r>
      <w:proofErr w:type="spellStart"/>
      <w:r w:rsidRPr="00CA627C">
        <w:rPr>
          <w:rFonts w:ascii="Arial" w:hAnsi="Arial" w:cs="Arial"/>
          <w:sz w:val="24"/>
          <w:szCs w:val="24"/>
          <w:lang w:val="ru-RU"/>
        </w:rPr>
        <w:t>вайнеров</w:t>
      </w:r>
      <w:proofErr w:type="spellEnd"/>
      <w:r w:rsidRPr="00CA627C">
        <w:rPr>
          <w:rFonts w:ascii="Arial" w:hAnsi="Arial" w:cs="Arial"/>
          <w:sz w:val="24"/>
          <w:szCs w:val="24"/>
          <w:lang w:val="ru-RU"/>
        </w:rPr>
        <w:t xml:space="preserve"> и т.д.</w:t>
      </w:r>
    </w:p>
    <w:p w:rsidR="00EE50FD" w:rsidRPr="00CA627C" w:rsidRDefault="00EE50FD" w:rsidP="00CA627C">
      <w:pPr>
        <w:spacing w:after="0" w:line="240" w:lineRule="auto"/>
        <w:jc w:val="both"/>
        <w:rPr>
          <w:rFonts w:ascii="Arial" w:hAnsi="Arial" w:cs="Arial"/>
          <w:sz w:val="24"/>
          <w:szCs w:val="24"/>
          <w:lang w:val="ru-RU"/>
        </w:rPr>
      </w:pPr>
      <w:r w:rsidRPr="00CA627C">
        <w:rPr>
          <w:rFonts w:ascii="Arial" w:hAnsi="Arial" w:cs="Arial"/>
          <w:sz w:val="24"/>
          <w:szCs w:val="24"/>
          <w:lang w:val="ru-RU"/>
        </w:rPr>
        <w:t xml:space="preserve">Представители НПО  входят в состав Странового Координационного Комитета по работе с международными организациями, общественный совет при министерстве здравоохранения. НПО принимают активное участие в подготовке проекта нового Кодекса о здоровье народа. В сотрудничестве с РЦ СПИД  представители </w:t>
      </w:r>
      <w:proofErr w:type="spellStart"/>
      <w:r w:rsidRPr="00CA627C">
        <w:rPr>
          <w:rFonts w:ascii="Arial" w:hAnsi="Arial" w:cs="Arial"/>
          <w:sz w:val="24"/>
          <w:szCs w:val="24"/>
          <w:lang w:val="ru-RU"/>
        </w:rPr>
        <w:t>Казсоюза</w:t>
      </w:r>
      <w:proofErr w:type="spellEnd"/>
      <w:r w:rsidRPr="00CA627C">
        <w:rPr>
          <w:rFonts w:ascii="Arial" w:hAnsi="Arial" w:cs="Arial"/>
          <w:sz w:val="24"/>
          <w:szCs w:val="24"/>
          <w:lang w:val="ru-RU"/>
        </w:rPr>
        <w:t xml:space="preserve"> на постоянной основе привлекаются к работе по пересмотру действующих приказов службы СПИД.</w:t>
      </w:r>
    </w:p>
    <w:p w:rsidR="00EE50FD" w:rsidRPr="00CA627C" w:rsidRDefault="00EE50FD" w:rsidP="00CA627C">
      <w:pPr>
        <w:pStyle w:val="afff4"/>
        <w:pBdr>
          <w:bottom w:val="single" w:sz="4" w:space="5" w:color="FFFFFF"/>
        </w:pBdr>
        <w:spacing w:after="0" w:line="240" w:lineRule="auto"/>
        <w:ind w:left="0" w:firstLine="708"/>
        <w:jc w:val="both"/>
        <w:rPr>
          <w:rFonts w:ascii="Arial" w:hAnsi="Arial" w:cs="Arial"/>
          <w:sz w:val="24"/>
          <w:szCs w:val="24"/>
          <w:lang w:val="ru-RU"/>
        </w:rPr>
      </w:pPr>
      <w:r w:rsidRPr="00CA627C">
        <w:rPr>
          <w:rFonts w:ascii="Arial" w:hAnsi="Arial" w:cs="Arial"/>
          <w:sz w:val="24"/>
          <w:szCs w:val="24"/>
          <w:lang w:val="ru-RU"/>
        </w:rPr>
        <w:t xml:space="preserve">В результате реализации программ «снижение вреда» в РК, в том числе через НПО </w:t>
      </w:r>
      <w:r w:rsidRPr="00CA627C">
        <w:rPr>
          <w:rFonts w:ascii="Arial" w:hAnsi="Arial" w:cs="Arial"/>
          <w:bCs/>
          <w:sz w:val="24"/>
          <w:szCs w:val="24"/>
          <w:lang w:val="ru-RU"/>
        </w:rPr>
        <w:t>наблюдается сокращение регистрации парентерального пути передачи ВИЧ-инфекции среди ЛУИН  с 72% в 2006 году до 28,4% в 2018 году.</w:t>
      </w:r>
      <w:r w:rsidRPr="00CA627C">
        <w:rPr>
          <w:rFonts w:ascii="Arial" w:hAnsi="Arial" w:cs="Arial"/>
          <w:sz w:val="24"/>
          <w:szCs w:val="24"/>
          <w:lang w:val="ru-RU"/>
        </w:rPr>
        <w:t xml:space="preserve"> </w:t>
      </w:r>
    </w:p>
    <w:p w:rsidR="00EE50FD" w:rsidRPr="00CA627C" w:rsidRDefault="00EE50FD" w:rsidP="00CA627C">
      <w:pPr>
        <w:spacing w:after="0" w:line="240" w:lineRule="auto"/>
        <w:ind w:firstLine="708"/>
        <w:jc w:val="both"/>
        <w:rPr>
          <w:rFonts w:ascii="Arial" w:hAnsi="Arial" w:cs="Arial"/>
          <w:sz w:val="24"/>
          <w:szCs w:val="24"/>
          <w:lang w:val="ru-RU"/>
        </w:rPr>
      </w:pPr>
      <w:r w:rsidRPr="00CA627C">
        <w:rPr>
          <w:rFonts w:ascii="Arial" w:hAnsi="Arial" w:cs="Arial"/>
          <w:sz w:val="24"/>
          <w:szCs w:val="24"/>
          <w:lang w:val="ru-RU"/>
        </w:rPr>
        <w:t xml:space="preserve">Активная позиция НПО совместно с государственными (РЦ СПИД)  и международными организациями (ЮНЭЙДС, ЮНИСЭФ) позволило в </w:t>
      </w:r>
      <w:r w:rsidRPr="00CA627C">
        <w:rPr>
          <w:rFonts w:ascii="Arial" w:hAnsi="Arial" w:cs="Arial"/>
          <w:sz w:val="24"/>
          <w:szCs w:val="24"/>
          <w:lang w:val="ru-RU"/>
        </w:rPr>
        <w:lastRenderedPageBreak/>
        <w:t>2017- 2018годах добиться снижения цен на антиретровирусные препараты и тем самым без увеличения бюджетных средств, за счет экономии, увеличить количество лиц, получающих лечение практически в 2 раза (до 14</w:t>
      </w:r>
      <w:r w:rsidRPr="00CA627C">
        <w:rPr>
          <w:rFonts w:ascii="Arial" w:hAnsi="Arial" w:cs="Arial"/>
          <w:sz w:val="24"/>
          <w:szCs w:val="24"/>
        </w:rPr>
        <w:t> </w:t>
      </w:r>
      <w:r w:rsidRPr="00CA627C">
        <w:rPr>
          <w:rFonts w:ascii="Arial" w:hAnsi="Arial" w:cs="Arial"/>
          <w:sz w:val="24"/>
          <w:szCs w:val="24"/>
          <w:lang w:val="ru-RU"/>
        </w:rPr>
        <w:t xml:space="preserve">951 чел.). </w:t>
      </w:r>
    </w:p>
    <w:p w:rsidR="00EE50FD" w:rsidRPr="00CA627C" w:rsidRDefault="00EE50FD" w:rsidP="00CA627C">
      <w:pPr>
        <w:spacing w:after="0" w:line="240" w:lineRule="auto"/>
        <w:ind w:firstLine="708"/>
        <w:jc w:val="both"/>
        <w:rPr>
          <w:rFonts w:ascii="Arial" w:hAnsi="Arial" w:cs="Arial"/>
          <w:sz w:val="24"/>
          <w:szCs w:val="24"/>
          <w:lang w:val="ru-RU"/>
        </w:rPr>
      </w:pPr>
      <w:r w:rsidRPr="00CA627C">
        <w:rPr>
          <w:rFonts w:ascii="Arial" w:hAnsi="Arial" w:cs="Arial"/>
          <w:sz w:val="24"/>
          <w:szCs w:val="24"/>
          <w:lang w:val="ru-RU"/>
        </w:rPr>
        <w:t xml:space="preserve">В 2018 году в Казахстане работало  57  СПИД НПО по вопросам ВИЧ/СПИД, из них  по </w:t>
      </w:r>
      <w:proofErr w:type="spellStart"/>
      <w:r w:rsidRPr="00CA627C">
        <w:rPr>
          <w:rFonts w:ascii="Arial" w:hAnsi="Arial" w:cs="Arial"/>
          <w:sz w:val="24"/>
          <w:szCs w:val="24"/>
          <w:lang w:val="ru-RU"/>
        </w:rPr>
        <w:t>госсоцзаказу</w:t>
      </w:r>
      <w:proofErr w:type="spellEnd"/>
      <w:r w:rsidRPr="00CA627C">
        <w:rPr>
          <w:rFonts w:ascii="Arial" w:hAnsi="Arial" w:cs="Arial"/>
          <w:sz w:val="24"/>
          <w:szCs w:val="24"/>
          <w:lang w:val="ru-RU"/>
        </w:rPr>
        <w:t xml:space="preserve"> 20 НПО. В связи с этим службой СПИД  проводится большая работа по расширению сеть неправительственных организаций во всех регионах с учетом эпидемиологической ситуации в каждом регионе. Проводятся встречи с депутатами маслихатов, департаментами внутренней политики,  в акиматы направляются  письма о необходимости выделения государственного социального заказа, обоснование и тематика лотов.</w:t>
      </w:r>
    </w:p>
    <w:p w:rsidR="00EE50FD" w:rsidRPr="00CA627C" w:rsidRDefault="00EE50FD" w:rsidP="00EE50FD">
      <w:pPr>
        <w:spacing w:after="0" w:line="240" w:lineRule="auto"/>
        <w:ind w:firstLine="709"/>
        <w:jc w:val="both"/>
        <w:rPr>
          <w:rFonts w:ascii="Arial" w:hAnsi="Arial" w:cs="Arial"/>
          <w:bCs/>
          <w:sz w:val="24"/>
          <w:szCs w:val="24"/>
          <w:lang w:val="ru-RU"/>
        </w:rPr>
      </w:pPr>
      <w:r w:rsidRPr="00CA627C">
        <w:rPr>
          <w:rFonts w:ascii="Arial" w:hAnsi="Arial" w:cs="Arial"/>
          <w:bCs/>
          <w:sz w:val="24"/>
          <w:szCs w:val="24"/>
          <w:lang w:val="ru-RU"/>
        </w:rPr>
        <w:t xml:space="preserve">В настоящее время в Казахстане реализуется грант ГФ, целью которого является обеспечить устойчивый национальный ответ через систему социальных контрактов. Основной задачей его является разработка, совершенствование и внедрение механизма социального заказа через </w:t>
      </w:r>
      <w:proofErr w:type="gramStart"/>
      <w:r w:rsidRPr="00CA627C">
        <w:rPr>
          <w:rFonts w:ascii="Arial" w:hAnsi="Arial" w:cs="Arial"/>
          <w:bCs/>
          <w:sz w:val="24"/>
          <w:szCs w:val="24"/>
          <w:lang w:val="ru-RU"/>
        </w:rPr>
        <w:t>НПО</w:t>
      </w:r>
      <w:proofErr w:type="gramEnd"/>
      <w:r w:rsidRPr="00CA627C">
        <w:rPr>
          <w:rFonts w:ascii="Arial" w:hAnsi="Arial" w:cs="Arial"/>
          <w:bCs/>
          <w:sz w:val="24"/>
          <w:szCs w:val="24"/>
          <w:lang w:val="ru-RU"/>
        </w:rPr>
        <w:t xml:space="preserve"> работающие по ВИЧ/СПИД. Решение данной задачи позволит:</w:t>
      </w:r>
    </w:p>
    <w:p w:rsidR="00EE50FD" w:rsidRPr="00CA627C" w:rsidRDefault="00EE50FD" w:rsidP="00EE50FD">
      <w:pPr>
        <w:spacing w:after="0" w:line="240" w:lineRule="auto"/>
        <w:ind w:firstLine="709"/>
        <w:jc w:val="both"/>
        <w:rPr>
          <w:rFonts w:ascii="Arial" w:hAnsi="Arial" w:cs="Arial"/>
          <w:bCs/>
          <w:sz w:val="24"/>
          <w:szCs w:val="24"/>
          <w:lang w:val="ru-RU"/>
        </w:rPr>
      </w:pPr>
      <w:r w:rsidRPr="00CA627C">
        <w:rPr>
          <w:rFonts w:ascii="Arial" w:hAnsi="Arial" w:cs="Arial"/>
          <w:bCs/>
          <w:sz w:val="24"/>
          <w:szCs w:val="24"/>
          <w:lang w:val="ru-RU"/>
        </w:rPr>
        <w:t xml:space="preserve">  - Добиться  увеличения государственного  финансирование на профилактические программы  по ВИЧ для УГН, в т. ч. на закуп расходных материалов (шприцев, презервативов, экспресс тестов);</w:t>
      </w:r>
    </w:p>
    <w:p w:rsidR="00EE50FD" w:rsidRPr="00CA627C" w:rsidRDefault="00EE50FD" w:rsidP="00EE50FD">
      <w:pPr>
        <w:spacing w:after="0" w:line="240" w:lineRule="auto"/>
        <w:ind w:firstLine="709"/>
        <w:jc w:val="both"/>
        <w:rPr>
          <w:rFonts w:ascii="Arial" w:hAnsi="Arial" w:cs="Arial"/>
          <w:bCs/>
          <w:sz w:val="24"/>
          <w:szCs w:val="24"/>
          <w:lang w:val="ru-RU"/>
        </w:rPr>
      </w:pPr>
      <w:r w:rsidRPr="00CA627C">
        <w:rPr>
          <w:rFonts w:ascii="Arial" w:hAnsi="Arial" w:cs="Arial"/>
          <w:bCs/>
          <w:sz w:val="24"/>
          <w:szCs w:val="24"/>
          <w:lang w:val="ru-RU"/>
        </w:rPr>
        <w:t xml:space="preserve">   - Будет способствовать расширению числа </w:t>
      </w:r>
      <w:proofErr w:type="gramStart"/>
      <w:r w:rsidRPr="00CA627C">
        <w:rPr>
          <w:rFonts w:ascii="Arial" w:hAnsi="Arial" w:cs="Arial"/>
          <w:bCs/>
          <w:sz w:val="24"/>
          <w:szCs w:val="24"/>
          <w:lang w:val="ru-RU"/>
        </w:rPr>
        <w:t>СПИД-сервисных</w:t>
      </w:r>
      <w:proofErr w:type="gramEnd"/>
      <w:r w:rsidRPr="00CA627C">
        <w:rPr>
          <w:rFonts w:ascii="Arial" w:hAnsi="Arial" w:cs="Arial"/>
          <w:bCs/>
          <w:sz w:val="24"/>
          <w:szCs w:val="24"/>
          <w:lang w:val="ru-RU"/>
        </w:rPr>
        <w:t xml:space="preserve"> НПО и усилит их  роль в  реализации профилактических программ среди УГН; </w:t>
      </w:r>
    </w:p>
    <w:p w:rsidR="00EE50FD" w:rsidRPr="00CA627C" w:rsidRDefault="00EE50FD" w:rsidP="00EE50FD">
      <w:pPr>
        <w:spacing w:after="0" w:line="240" w:lineRule="auto"/>
        <w:ind w:firstLine="709"/>
        <w:jc w:val="both"/>
        <w:rPr>
          <w:rFonts w:ascii="Arial" w:hAnsi="Arial" w:cs="Arial"/>
          <w:bCs/>
          <w:sz w:val="24"/>
          <w:szCs w:val="24"/>
          <w:lang w:val="ru-RU"/>
        </w:rPr>
      </w:pPr>
      <w:r w:rsidRPr="00CA627C">
        <w:rPr>
          <w:rFonts w:ascii="Arial" w:hAnsi="Arial" w:cs="Arial"/>
          <w:bCs/>
          <w:sz w:val="24"/>
          <w:szCs w:val="24"/>
          <w:lang w:val="ru-RU"/>
        </w:rPr>
        <w:t xml:space="preserve">    - Будет содействовать созданию  благоприятных условий для привлечения УГН в профилактические программы и предоставит им   комплекс  услуг   в соответствии с их нуждами и  потребностями, включая  качество  диспансерного наблюдения, доступ  к  лечению и т.д.</w:t>
      </w:r>
    </w:p>
    <w:p w:rsidR="00EE50FD" w:rsidRDefault="00EE50FD" w:rsidP="00EE50FD">
      <w:pPr>
        <w:tabs>
          <w:tab w:val="left" w:pos="709"/>
        </w:tabs>
        <w:spacing w:after="0" w:line="240" w:lineRule="auto"/>
        <w:jc w:val="both"/>
        <w:rPr>
          <w:rFonts w:ascii="Arial" w:hAnsi="Arial" w:cs="Arial"/>
          <w:bCs/>
          <w:sz w:val="24"/>
          <w:szCs w:val="24"/>
          <w:lang w:val="ru-RU"/>
        </w:rPr>
      </w:pPr>
      <w:r w:rsidRPr="00CA627C">
        <w:rPr>
          <w:rFonts w:ascii="Arial" w:hAnsi="Arial" w:cs="Arial"/>
          <w:bCs/>
          <w:sz w:val="24"/>
          <w:szCs w:val="24"/>
          <w:lang w:val="ru-RU"/>
        </w:rPr>
        <w:tab/>
        <w:t>Проводится работа по изучению  опыта внедрения метода экспресс тестирования на ВИЧ  в НПО в пилотных регионах при поддержке государства и международных партнеров  (Проект «Флагман») для дальнейшего решения  вопроса внедрения экспресс-тестирования в НПО на уровне страны.</w:t>
      </w:r>
    </w:p>
    <w:p w:rsidR="00CA627C" w:rsidRPr="00CA627C" w:rsidRDefault="00CA627C" w:rsidP="00EE50FD">
      <w:pPr>
        <w:tabs>
          <w:tab w:val="left" w:pos="709"/>
        </w:tabs>
        <w:spacing w:after="0" w:line="240" w:lineRule="auto"/>
        <w:jc w:val="both"/>
        <w:rPr>
          <w:rFonts w:ascii="Arial" w:hAnsi="Arial" w:cs="Arial"/>
          <w:b/>
          <w:bCs/>
          <w:color w:val="333333"/>
          <w:sz w:val="24"/>
          <w:szCs w:val="24"/>
          <w:shd w:val="clear" w:color="auto" w:fill="FFFFFF"/>
          <w:lang w:val="ru-RU"/>
        </w:rPr>
      </w:pPr>
    </w:p>
    <w:p w:rsidR="00EE50FD" w:rsidRPr="00875D9D" w:rsidRDefault="00EE50FD" w:rsidP="00EE50FD">
      <w:pPr>
        <w:spacing w:after="0" w:line="240" w:lineRule="auto"/>
        <w:ind w:firstLine="709"/>
        <w:jc w:val="both"/>
        <w:rPr>
          <w:rFonts w:ascii="Arial" w:hAnsi="Arial" w:cs="Arial"/>
          <w:bCs/>
          <w:sz w:val="24"/>
          <w:szCs w:val="24"/>
          <w:lang w:val="ru-RU"/>
        </w:rPr>
      </w:pPr>
    </w:p>
    <w:p w:rsidR="00875D9D" w:rsidRPr="00875D9D" w:rsidRDefault="00875D9D" w:rsidP="0071052E">
      <w:pPr>
        <w:pStyle w:val="ab"/>
        <w:spacing w:after="160" w:line="259" w:lineRule="auto"/>
        <w:ind w:left="0"/>
        <w:jc w:val="both"/>
        <w:rPr>
          <w:rFonts w:ascii="Arial" w:hAnsi="Arial" w:cs="Arial"/>
          <w:b/>
          <w:color w:val="002060"/>
          <w:sz w:val="24"/>
          <w:szCs w:val="24"/>
          <w:lang w:val="ru-RU"/>
        </w:rPr>
      </w:pPr>
      <w:r w:rsidRPr="00823FBD">
        <w:rPr>
          <w:rFonts w:ascii="Arial" w:hAnsi="Arial" w:cs="Arial"/>
          <w:b/>
          <w:bCs/>
          <w:color w:val="002060"/>
          <w:sz w:val="24"/>
          <w:szCs w:val="24"/>
          <w:shd w:val="clear" w:color="auto" w:fill="FFFFFF"/>
          <w:lang w:val="ru-RU"/>
        </w:rPr>
        <w:t>ОБЯЗАТЕЛЬСТВО 8: Обеспечить увеличение инвестиций на борьбу с ВИЧ до 26 миллиардов долларов США к 2020 году, включая 25% на профилактику ВИЧ-инфекции и 6% на системы социального обеспечения</w:t>
      </w:r>
    </w:p>
    <w:p w:rsidR="00875D9D" w:rsidRDefault="00875D9D" w:rsidP="00875D9D">
      <w:pPr>
        <w:pStyle w:val="ab"/>
        <w:spacing w:after="160" w:line="259" w:lineRule="auto"/>
        <w:rPr>
          <w:rFonts w:ascii="Arial" w:hAnsi="Arial" w:cs="Arial"/>
          <w:b/>
          <w:bCs/>
          <w:color w:val="002060"/>
          <w:sz w:val="20"/>
          <w:szCs w:val="20"/>
          <w:shd w:val="clear" w:color="auto" w:fill="FFFFFF"/>
          <w:lang w:val="ru-RU"/>
        </w:rPr>
      </w:pPr>
    </w:p>
    <w:p w:rsidR="002849FE" w:rsidRPr="002849FE" w:rsidRDefault="002849FE" w:rsidP="002849FE">
      <w:pPr>
        <w:spacing w:after="0" w:line="240" w:lineRule="auto"/>
        <w:ind w:firstLine="708"/>
        <w:jc w:val="both"/>
        <w:rPr>
          <w:rFonts w:ascii="Arial" w:eastAsia="Calibri" w:hAnsi="Arial" w:cs="Arial"/>
          <w:color w:val="000000"/>
          <w:sz w:val="24"/>
          <w:szCs w:val="24"/>
          <w:lang w:val="ru-RU"/>
        </w:rPr>
      </w:pPr>
      <w:r w:rsidRPr="002849FE">
        <w:rPr>
          <w:rFonts w:ascii="Arial" w:eastAsia="Calibri" w:hAnsi="Arial" w:cs="Arial"/>
          <w:sz w:val="24"/>
          <w:szCs w:val="24"/>
          <w:lang w:val="kk-KZ"/>
        </w:rPr>
        <w:t xml:space="preserve">В Республике Казахстан служба СПИД располагает достаточными финансовыми и человеческими ресурсами для </w:t>
      </w:r>
      <w:r w:rsidRPr="002849FE">
        <w:rPr>
          <w:rFonts w:ascii="Arial" w:eastAsia="Calibri" w:hAnsi="Arial" w:cs="Arial"/>
          <w:color w:val="000000"/>
          <w:sz w:val="24"/>
          <w:szCs w:val="24"/>
          <w:lang w:val="ru-RU"/>
        </w:rPr>
        <w:t xml:space="preserve"> достижения целей глобальной стратегии «Ускорение: прекращение эпидемии СПИДа к 2030 году», включая достижение целей 90</w:t>
      </w:r>
      <w:r w:rsidR="00E907BA">
        <w:rPr>
          <w:rFonts w:ascii="Arial" w:eastAsia="Calibri" w:hAnsi="Arial" w:cs="Arial"/>
          <w:color w:val="000000"/>
          <w:sz w:val="24"/>
          <w:szCs w:val="24"/>
          <w:lang w:val="ru-RU"/>
        </w:rPr>
        <w:t xml:space="preserve"> </w:t>
      </w:r>
      <w:r w:rsidRPr="002849FE">
        <w:rPr>
          <w:rFonts w:ascii="Arial" w:eastAsia="Calibri" w:hAnsi="Arial" w:cs="Arial"/>
          <w:color w:val="000000"/>
          <w:sz w:val="24"/>
          <w:szCs w:val="24"/>
          <w:lang w:val="ru-RU"/>
        </w:rPr>
        <w:t>90</w:t>
      </w:r>
      <w:r w:rsidR="00E907BA">
        <w:rPr>
          <w:rFonts w:ascii="Arial" w:eastAsia="Calibri" w:hAnsi="Arial" w:cs="Arial"/>
          <w:color w:val="000000"/>
          <w:sz w:val="24"/>
          <w:szCs w:val="24"/>
          <w:lang w:val="ru-RU"/>
        </w:rPr>
        <w:t xml:space="preserve"> </w:t>
      </w:r>
      <w:r w:rsidRPr="002849FE">
        <w:rPr>
          <w:rFonts w:ascii="Arial" w:eastAsia="Calibri" w:hAnsi="Arial" w:cs="Arial"/>
          <w:color w:val="000000"/>
          <w:sz w:val="24"/>
          <w:szCs w:val="24"/>
          <w:lang w:val="ru-RU"/>
        </w:rPr>
        <w:t>90 к 2020 году.</w:t>
      </w:r>
    </w:p>
    <w:p w:rsidR="002849FE" w:rsidRPr="002849FE" w:rsidRDefault="002849FE" w:rsidP="002849FE">
      <w:pPr>
        <w:spacing w:after="0" w:line="240" w:lineRule="auto"/>
        <w:ind w:firstLine="708"/>
        <w:jc w:val="both"/>
        <w:rPr>
          <w:rFonts w:ascii="Arial" w:eastAsia="Calibri" w:hAnsi="Arial" w:cs="Arial"/>
          <w:sz w:val="24"/>
          <w:szCs w:val="24"/>
          <w:lang w:val="kk-KZ"/>
        </w:rPr>
      </w:pPr>
      <w:r w:rsidRPr="002849FE">
        <w:rPr>
          <w:rFonts w:ascii="Arial" w:eastAsia="Calibri" w:hAnsi="Arial" w:cs="Arial"/>
          <w:sz w:val="24"/>
          <w:szCs w:val="24"/>
          <w:lang w:val="kk-KZ"/>
        </w:rPr>
        <w:t xml:space="preserve">В настоящее время служба по профилактике и борьбе со СПИД представлена </w:t>
      </w:r>
      <w:r w:rsidR="0095211B">
        <w:rPr>
          <w:rFonts w:ascii="Arial" w:eastAsia="Calibri" w:hAnsi="Arial" w:cs="Arial"/>
          <w:sz w:val="24"/>
          <w:szCs w:val="24"/>
          <w:lang w:val="kk-KZ"/>
        </w:rPr>
        <w:t>Казахским научным центром дерматологии и инфекционных заболеваний</w:t>
      </w:r>
      <w:r w:rsidRPr="002849FE">
        <w:rPr>
          <w:rFonts w:ascii="Arial" w:eastAsia="Calibri" w:hAnsi="Arial" w:cs="Arial"/>
          <w:sz w:val="24"/>
          <w:szCs w:val="24"/>
          <w:lang w:val="kk-KZ"/>
        </w:rPr>
        <w:t>,  1</w:t>
      </w:r>
      <w:r w:rsidR="008F7373">
        <w:rPr>
          <w:rFonts w:ascii="Arial" w:eastAsia="Calibri" w:hAnsi="Arial" w:cs="Arial"/>
          <w:sz w:val="24"/>
          <w:szCs w:val="24"/>
          <w:lang w:val="kk-KZ"/>
        </w:rPr>
        <w:t>4</w:t>
      </w:r>
      <w:r w:rsidRPr="002849FE">
        <w:rPr>
          <w:rFonts w:ascii="Arial" w:eastAsia="Calibri" w:hAnsi="Arial" w:cs="Arial"/>
          <w:sz w:val="24"/>
          <w:szCs w:val="24"/>
          <w:lang w:val="kk-KZ"/>
        </w:rPr>
        <w:t xml:space="preserve"> областными и </w:t>
      </w:r>
      <w:r w:rsidR="008F7373">
        <w:rPr>
          <w:rFonts w:ascii="Arial" w:eastAsia="Calibri" w:hAnsi="Arial" w:cs="Arial"/>
          <w:sz w:val="24"/>
          <w:szCs w:val="24"/>
          <w:lang w:val="kk-KZ"/>
        </w:rPr>
        <w:t xml:space="preserve">3 </w:t>
      </w:r>
      <w:r w:rsidRPr="002849FE">
        <w:rPr>
          <w:rFonts w:ascii="Arial" w:eastAsia="Calibri" w:hAnsi="Arial" w:cs="Arial"/>
          <w:sz w:val="24"/>
          <w:szCs w:val="24"/>
          <w:lang w:val="kk-KZ"/>
        </w:rPr>
        <w:t>центрами СПИД городов</w:t>
      </w:r>
      <w:r w:rsidR="008F7373">
        <w:rPr>
          <w:rFonts w:ascii="Arial" w:eastAsia="Calibri" w:hAnsi="Arial" w:cs="Arial"/>
          <w:sz w:val="24"/>
          <w:szCs w:val="24"/>
          <w:lang w:val="kk-KZ"/>
        </w:rPr>
        <w:t xml:space="preserve"> республиканского значения</w:t>
      </w:r>
      <w:r w:rsidR="0011707A">
        <w:rPr>
          <w:rFonts w:ascii="Arial" w:eastAsia="Calibri" w:hAnsi="Arial" w:cs="Arial"/>
          <w:sz w:val="24"/>
          <w:szCs w:val="24"/>
          <w:lang w:val="kk-KZ"/>
        </w:rPr>
        <w:t xml:space="preserve">  </w:t>
      </w:r>
      <w:r w:rsidRPr="002849FE">
        <w:rPr>
          <w:rFonts w:ascii="Arial" w:eastAsia="Calibri" w:hAnsi="Arial" w:cs="Arial"/>
          <w:sz w:val="24"/>
          <w:szCs w:val="24"/>
          <w:lang w:val="kk-KZ"/>
        </w:rPr>
        <w:t xml:space="preserve"> Астана</w:t>
      </w:r>
      <w:r w:rsidR="00F60E42">
        <w:rPr>
          <w:rFonts w:ascii="Arial" w:eastAsia="Calibri" w:hAnsi="Arial" w:cs="Arial"/>
          <w:sz w:val="24"/>
          <w:szCs w:val="24"/>
          <w:lang w:val="kk-KZ"/>
        </w:rPr>
        <w:t>,</w:t>
      </w:r>
      <w:r w:rsidRPr="002849FE">
        <w:rPr>
          <w:rFonts w:ascii="Arial" w:eastAsia="Calibri" w:hAnsi="Arial" w:cs="Arial"/>
          <w:sz w:val="24"/>
          <w:szCs w:val="24"/>
          <w:lang w:val="kk-KZ"/>
        </w:rPr>
        <w:t xml:space="preserve"> Алматы</w:t>
      </w:r>
      <w:r w:rsidR="00F60E42">
        <w:rPr>
          <w:rFonts w:ascii="Arial" w:eastAsia="Calibri" w:hAnsi="Arial" w:cs="Arial"/>
          <w:sz w:val="24"/>
          <w:szCs w:val="24"/>
          <w:lang w:val="kk-KZ"/>
        </w:rPr>
        <w:t>, Шымкент</w:t>
      </w:r>
      <w:r w:rsidRPr="002849FE">
        <w:rPr>
          <w:rFonts w:ascii="Arial" w:eastAsia="Calibri" w:hAnsi="Arial" w:cs="Arial"/>
          <w:sz w:val="24"/>
          <w:szCs w:val="24"/>
          <w:lang w:val="kk-KZ"/>
        </w:rPr>
        <w:t xml:space="preserve">. </w:t>
      </w:r>
    </w:p>
    <w:p w:rsidR="002849FE" w:rsidRPr="002849FE" w:rsidRDefault="002849FE" w:rsidP="002849FE">
      <w:pPr>
        <w:tabs>
          <w:tab w:val="num" w:pos="0"/>
          <w:tab w:val="left" w:pos="142"/>
        </w:tabs>
        <w:spacing w:after="0" w:line="240" w:lineRule="auto"/>
        <w:ind w:firstLine="567"/>
        <w:jc w:val="both"/>
        <w:rPr>
          <w:rFonts w:ascii="Arial" w:eastAsia="Calibri" w:hAnsi="Arial" w:cs="Arial"/>
          <w:sz w:val="24"/>
          <w:szCs w:val="24"/>
          <w:lang w:val="ru-RU"/>
        </w:rPr>
      </w:pPr>
      <w:r w:rsidRPr="002849FE">
        <w:rPr>
          <w:rFonts w:ascii="Arial" w:eastAsia="Calibri" w:hAnsi="Arial" w:cs="Arial"/>
          <w:sz w:val="24"/>
          <w:szCs w:val="24"/>
          <w:lang w:val="kk-KZ"/>
        </w:rPr>
        <w:t xml:space="preserve"> </w:t>
      </w:r>
    </w:p>
    <w:p w:rsidR="002849FE" w:rsidRPr="002849FE" w:rsidRDefault="002849FE" w:rsidP="002849FE">
      <w:pPr>
        <w:spacing w:after="0" w:line="240" w:lineRule="auto"/>
        <w:jc w:val="both"/>
        <w:rPr>
          <w:rFonts w:ascii="Arial" w:eastAsia="Times New Roman" w:hAnsi="Arial" w:cs="Arial"/>
          <w:b/>
          <w:sz w:val="24"/>
          <w:szCs w:val="24"/>
          <w:lang w:val="ru-RU" w:eastAsia="ru-RU"/>
        </w:rPr>
      </w:pPr>
      <w:r w:rsidRPr="002849FE">
        <w:rPr>
          <w:rFonts w:ascii="Arial" w:eastAsia="Times New Roman" w:hAnsi="Arial" w:cs="Arial"/>
          <w:b/>
          <w:sz w:val="24"/>
          <w:szCs w:val="24"/>
          <w:lang w:val="ru-RU" w:eastAsia="ru-RU"/>
        </w:rPr>
        <w:t>Финансирования мероприятий по ВИЧ/СПИД  в Республике Казахстан проводится по следующим категориям:</w:t>
      </w:r>
    </w:p>
    <w:p w:rsidR="002849FE" w:rsidRPr="002849FE" w:rsidRDefault="002849FE" w:rsidP="002849FE">
      <w:pPr>
        <w:spacing w:after="0" w:line="240" w:lineRule="auto"/>
        <w:rPr>
          <w:rFonts w:ascii="Arial" w:eastAsia="Calibri" w:hAnsi="Arial" w:cs="Arial"/>
          <w:sz w:val="24"/>
          <w:szCs w:val="24"/>
          <w:lang w:val="kk-KZ"/>
        </w:rPr>
      </w:pPr>
      <w:r w:rsidRPr="002849FE">
        <w:rPr>
          <w:rFonts w:ascii="Arial" w:eastAsia="Calibri" w:hAnsi="Arial" w:cs="Arial"/>
          <w:sz w:val="24"/>
          <w:szCs w:val="24"/>
          <w:u w:val="single"/>
          <w:lang w:val="ru-RU"/>
        </w:rPr>
        <w:lastRenderedPageBreak/>
        <w:t xml:space="preserve">1. </w:t>
      </w:r>
      <w:r w:rsidRPr="002849FE">
        <w:rPr>
          <w:rFonts w:ascii="Arial" w:eastAsia="Calibri" w:hAnsi="Arial" w:cs="Arial"/>
          <w:sz w:val="24"/>
          <w:szCs w:val="24"/>
          <w:u w:val="single"/>
          <w:lang w:val="kk-KZ"/>
        </w:rPr>
        <w:t>Профилактические программы</w:t>
      </w:r>
      <w:r w:rsidRPr="002849FE">
        <w:rPr>
          <w:rFonts w:ascii="Arial" w:eastAsia="Calibri" w:hAnsi="Arial" w:cs="Arial"/>
          <w:sz w:val="24"/>
          <w:szCs w:val="24"/>
          <w:lang w:val="kk-KZ"/>
        </w:rPr>
        <w:t xml:space="preserve">: закуп шприцев, закуп презервативов, издание и распространение информационных материалов, финансирование аутрич-работников, финансирование НПО (в </w:t>
      </w:r>
      <w:r w:rsidR="0083316E">
        <w:rPr>
          <w:rFonts w:ascii="Arial" w:eastAsia="Calibri" w:hAnsi="Arial" w:cs="Arial"/>
          <w:sz w:val="24"/>
          <w:szCs w:val="24"/>
          <w:lang w:val="kk-KZ"/>
        </w:rPr>
        <w:t>отдельных</w:t>
      </w:r>
      <w:r w:rsidRPr="002849FE">
        <w:rPr>
          <w:rFonts w:ascii="Arial" w:eastAsia="Calibri" w:hAnsi="Arial" w:cs="Arial"/>
          <w:sz w:val="24"/>
          <w:szCs w:val="24"/>
          <w:lang w:val="kk-KZ"/>
        </w:rPr>
        <w:t xml:space="preserve"> регионах), информационную подде</w:t>
      </w:r>
      <w:r w:rsidR="0040555D">
        <w:rPr>
          <w:rFonts w:ascii="Arial" w:eastAsia="Calibri" w:hAnsi="Arial" w:cs="Arial"/>
          <w:sz w:val="24"/>
          <w:szCs w:val="24"/>
          <w:lang w:val="kk-KZ"/>
        </w:rPr>
        <w:t>р</w:t>
      </w:r>
      <w:r w:rsidRPr="002849FE">
        <w:rPr>
          <w:rFonts w:ascii="Arial" w:eastAsia="Calibri" w:hAnsi="Arial" w:cs="Arial"/>
          <w:sz w:val="24"/>
          <w:szCs w:val="24"/>
          <w:lang w:val="kk-KZ"/>
        </w:rPr>
        <w:t>жку по вопросам ВИЧ и СПИД;</w:t>
      </w:r>
    </w:p>
    <w:p w:rsidR="002849FE" w:rsidRPr="002849FE" w:rsidRDefault="002849FE" w:rsidP="002849FE">
      <w:pPr>
        <w:spacing w:after="0" w:line="240" w:lineRule="auto"/>
        <w:jc w:val="both"/>
        <w:rPr>
          <w:rFonts w:ascii="Arial" w:eastAsia="Calibri" w:hAnsi="Arial" w:cs="Arial"/>
          <w:sz w:val="24"/>
          <w:szCs w:val="24"/>
          <w:lang w:val="kk-KZ"/>
        </w:rPr>
      </w:pPr>
      <w:r w:rsidRPr="002849FE">
        <w:rPr>
          <w:rFonts w:ascii="Arial" w:eastAsia="Calibri" w:hAnsi="Arial" w:cs="Arial"/>
          <w:sz w:val="24"/>
          <w:szCs w:val="24"/>
          <w:u w:val="single"/>
          <w:lang w:val="kk-KZ"/>
        </w:rPr>
        <w:t>2. Диагностика:</w:t>
      </w:r>
      <w:r w:rsidRPr="002849FE">
        <w:rPr>
          <w:rFonts w:ascii="Arial" w:eastAsia="Calibri" w:hAnsi="Arial" w:cs="Arial"/>
          <w:sz w:val="24"/>
          <w:szCs w:val="24"/>
          <w:lang w:val="kk-KZ"/>
        </w:rPr>
        <w:t xml:space="preserve"> закуп тест-систем для скрининга на ВИЧ, для определения иммунного статуса, для определения вирусной нагрузки, закуп тест-систем для диагностики СПИД-индикаторных заболеваний; </w:t>
      </w:r>
      <w:r w:rsidR="000169D5">
        <w:rPr>
          <w:rFonts w:ascii="Arial" w:eastAsia="Calibri" w:hAnsi="Arial" w:cs="Arial"/>
          <w:sz w:val="24"/>
          <w:szCs w:val="24"/>
          <w:lang w:val="kk-KZ"/>
        </w:rPr>
        <w:t>закуп экспресс-тестов для ключевых групп населения и беременных женщин;</w:t>
      </w:r>
    </w:p>
    <w:p w:rsidR="002849FE" w:rsidRPr="002849FE" w:rsidRDefault="002849FE" w:rsidP="002849FE">
      <w:pPr>
        <w:spacing w:after="0" w:line="240" w:lineRule="auto"/>
        <w:jc w:val="both"/>
        <w:rPr>
          <w:rFonts w:ascii="Arial" w:eastAsia="Calibri" w:hAnsi="Arial" w:cs="Arial"/>
          <w:sz w:val="24"/>
          <w:szCs w:val="24"/>
          <w:lang w:val="kk-KZ"/>
        </w:rPr>
      </w:pPr>
      <w:r w:rsidRPr="002849FE">
        <w:rPr>
          <w:rFonts w:ascii="Arial" w:eastAsia="Calibri" w:hAnsi="Arial" w:cs="Arial"/>
          <w:sz w:val="24"/>
          <w:szCs w:val="24"/>
          <w:u w:val="single"/>
          <w:lang w:val="kk-KZ"/>
        </w:rPr>
        <w:t>3. Лечение:</w:t>
      </w:r>
      <w:r w:rsidRPr="002849FE">
        <w:rPr>
          <w:rFonts w:ascii="Arial" w:eastAsia="Calibri" w:hAnsi="Arial" w:cs="Arial"/>
          <w:sz w:val="24"/>
          <w:szCs w:val="24"/>
          <w:lang w:val="kk-KZ"/>
        </w:rPr>
        <w:t xml:space="preserve"> закуп АРВ-препаратов</w:t>
      </w:r>
      <w:r w:rsidR="006B03CC">
        <w:rPr>
          <w:rFonts w:ascii="Arial" w:eastAsia="Calibri" w:hAnsi="Arial" w:cs="Arial"/>
          <w:sz w:val="24"/>
          <w:szCs w:val="24"/>
          <w:lang w:val="kk-KZ"/>
        </w:rPr>
        <w:t xml:space="preserve"> для </w:t>
      </w:r>
      <w:r w:rsidR="008B7C5D">
        <w:rPr>
          <w:rFonts w:ascii="Arial" w:eastAsia="Calibri" w:hAnsi="Arial" w:cs="Arial"/>
          <w:sz w:val="24"/>
          <w:szCs w:val="24"/>
          <w:lang w:val="kk-KZ"/>
        </w:rPr>
        <w:t xml:space="preserve">лечения </w:t>
      </w:r>
      <w:r w:rsidR="006B03CC">
        <w:rPr>
          <w:rFonts w:ascii="Arial" w:eastAsia="Calibri" w:hAnsi="Arial" w:cs="Arial"/>
          <w:sz w:val="24"/>
          <w:szCs w:val="24"/>
          <w:lang w:val="kk-KZ"/>
        </w:rPr>
        <w:t>взрослых и детей</w:t>
      </w:r>
      <w:r w:rsidR="008B7C5D">
        <w:rPr>
          <w:rFonts w:ascii="Arial" w:eastAsia="Calibri" w:hAnsi="Arial" w:cs="Arial"/>
          <w:sz w:val="24"/>
          <w:szCs w:val="24"/>
          <w:lang w:val="kk-KZ"/>
        </w:rPr>
        <w:t>;</w:t>
      </w:r>
      <w:r w:rsidRPr="002849FE">
        <w:rPr>
          <w:rFonts w:ascii="Arial" w:eastAsia="Calibri" w:hAnsi="Arial" w:cs="Arial"/>
          <w:sz w:val="24"/>
          <w:szCs w:val="24"/>
          <w:lang w:val="kk-KZ"/>
        </w:rPr>
        <w:t xml:space="preserve"> закуп АРВ препаратов для постконтактной профилактики лиц, подве</w:t>
      </w:r>
      <w:r w:rsidR="008B7C5D">
        <w:rPr>
          <w:rFonts w:ascii="Arial" w:eastAsia="Calibri" w:hAnsi="Arial" w:cs="Arial"/>
          <w:sz w:val="24"/>
          <w:szCs w:val="24"/>
          <w:lang w:val="kk-KZ"/>
        </w:rPr>
        <w:t>ргшихся риску ВИЧ-инфицирования;</w:t>
      </w:r>
      <w:r w:rsidRPr="002849FE">
        <w:rPr>
          <w:rFonts w:ascii="Arial" w:eastAsia="Calibri" w:hAnsi="Arial" w:cs="Arial"/>
          <w:sz w:val="24"/>
          <w:szCs w:val="24"/>
          <w:lang w:val="kk-KZ"/>
        </w:rPr>
        <w:t xml:space="preserve"> </w:t>
      </w:r>
      <w:r w:rsidR="00B70E5C" w:rsidRPr="002849FE">
        <w:rPr>
          <w:rFonts w:ascii="Arial" w:eastAsia="Calibri" w:hAnsi="Arial" w:cs="Arial"/>
          <w:sz w:val="24"/>
          <w:szCs w:val="24"/>
          <w:lang w:val="kk-KZ"/>
        </w:rPr>
        <w:t>закуп АРВ-препаратов</w:t>
      </w:r>
      <w:r w:rsidR="00B70E5C">
        <w:rPr>
          <w:rFonts w:ascii="Arial" w:eastAsia="Calibri" w:hAnsi="Arial" w:cs="Arial"/>
          <w:sz w:val="24"/>
          <w:szCs w:val="24"/>
          <w:lang w:val="kk-KZ"/>
        </w:rPr>
        <w:t xml:space="preserve"> для</w:t>
      </w:r>
      <w:r w:rsidRPr="002849FE">
        <w:rPr>
          <w:rFonts w:ascii="Arial" w:eastAsia="Calibri" w:hAnsi="Arial" w:cs="Arial"/>
          <w:sz w:val="24"/>
          <w:szCs w:val="24"/>
          <w:lang w:val="kk-KZ"/>
        </w:rPr>
        <w:t xml:space="preserve"> профилактик</w:t>
      </w:r>
      <w:r w:rsidR="00B70E5C">
        <w:rPr>
          <w:rFonts w:ascii="Arial" w:eastAsia="Calibri" w:hAnsi="Arial" w:cs="Arial"/>
          <w:sz w:val="24"/>
          <w:szCs w:val="24"/>
          <w:lang w:val="kk-KZ"/>
        </w:rPr>
        <w:t>и</w:t>
      </w:r>
      <w:r w:rsidRPr="002849FE">
        <w:rPr>
          <w:rFonts w:ascii="Arial" w:eastAsia="Calibri" w:hAnsi="Arial" w:cs="Arial"/>
          <w:sz w:val="24"/>
          <w:szCs w:val="24"/>
          <w:lang w:val="kk-KZ"/>
        </w:rPr>
        <w:t xml:space="preserve"> передачи ВИЧ от матери ребенку;</w:t>
      </w:r>
      <w:r w:rsidR="00323135">
        <w:rPr>
          <w:rFonts w:ascii="Arial" w:eastAsia="Calibri" w:hAnsi="Arial" w:cs="Arial"/>
          <w:sz w:val="24"/>
          <w:szCs w:val="24"/>
          <w:lang w:val="kk-KZ"/>
        </w:rPr>
        <w:t xml:space="preserve"> </w:t>
      </w:r>
      <w:r w:rsidR="00323135" w:rsidRPr="00323135">
        <w:rPr>
          <w:rFonts w:ascii="Arial" w:eastAsia="Calibri" w:hAnsi="Arial" w:cs="Arial"/>
          <w:sz w:val="24"/>
          <w:szCs w:val="24"/>
          <w:lang w:val="kk-KZ"/>
        </w:rPr>
        <w:t xml:space="preserve"> </w:t>
      </w:r>
      <w:r w:rsidR="00323135" w:rsidRPr="002849FE">
        <w:rPr>
          <w:rFonts w:ascii="Arial" w:eastAsia="Calibri" w:hAnsi="Arial" w:cs="Arial"/>
          <w:sz w:val="24"/>
          <w:szCs w:val="24"/>
          <w:lang w:val="kk-KZ"/>
        </w:rPr>
        <w:t>закуп</w:t>
      </w:r>
      <w:r w:rsidR="00323135" w:rsidRPr="00323135">
        <w:rPr>
          <w:rFonts w:ascii="Arial" w:eastAsia="Calibri" w:hAnsi="Arial" w:cs="Arial"/>
          <w:sz w:val="24"/>
          <w:szCs w:val="24"/>
          <w:lang w:val="kk-KZ"/>
        </w:rPr>
        <w:t xml:space="preserve"> </w:t>
      </w:r>
      <w:r w:rsidR="00323135" w:rsidRPr="002849FE">
        <w:rPr>
          <w:rFonts w:ascii="Arial" w:eastAsia="Calibri" w:hAnsi="Arial" w:cs="Arial"/>
          <w:sz w:val="24"/>
          <w:szCs w:val="24"/>
          <w:lang w:val="kk-KZ"/>
        </w:rPr>
        <w:t>препаратов</w:t>
      </w:r>
      <w:r w:rsidR="00323135">
        <w:rPr>
          <w:rFonts w:ascii="Arial" w:eastAsia="Calibri" w:hAnsi="Arial" w:cs="Arial"/>
          <w:sz w:val="24"/>
          <w:szCs w:val="24"/>
          <w:lang w:val="kk-KZ"/>
        </w:rPr>
        <w:t xml:space="preserve"> для профилактики и лечения оппортунистических заболеваний у ЛЖВ</w:t>
      </w:r>
      <w:r w:rsidR="00D56782">
        <w:rPr>
          <w:rFonts w:ascii="Arial" w:eastAsia="Calibri" w:hAnsi="Arial" w:cs="Arial"/>
          <w:sz w:val="24"/>
          <w:szCs w:val="24"/>
          <w:lang w:val="kk-KZ"/>
        </w:rPr>
        <w:t>;</w:t>
      </w:r>
    </w:p>
    <w:p w:rsidR="002849FE" w:rsidRPr="002849FE" w:rsidRDefault="002849FE" w:rsidP="0026698A">
      <w:pPr>
        <w:spacing w:after="0" w:line="240" w:lineRule="auto"/>
        <w:jc w:val="both"/>
        <w:rPr>
          <w:rFonts w:ascii="Arial" w:eastAsia="Calibri" w:hAnsi="Arial" w:cs="Arial"/>
          <w:sz w:val="24"/>
          <w:szCs w:val="24"/>
          <w:lang w:val="kk-KZ"/>
        </w:rPr>
      </w:pPr>
      <w:r w:rsidRPr="002849FE">
        <w:rPr>
          <w:rFonts w:ascii="Arial" w:eastAsia="Calibri" w:hAnsi="Arial" w:cs="Arial"/>
          <w:sz w:val="24"/>
          <w:szCs w:val="24"/>
          <w:lang w:val="kk-KZ"/>
        </w:rPr>
        <w:t>4</w:t>
      </w:r>
      <w:r w:rsidRPr="002849FE">
        <w:rPr>
          <w:rFonts w:ascii="Arial" w:eastAsia="Calibri" w:hAnsi="Arial" w:cs="Arial"/>
          <w:sz w:val="24"/>
          <w:szCs w:val="24"/>
          <w:u w:val="single"/>
          <w:lang w:val="kk-KZ"/>
        </w:rPr>
        <w:t>. Другие мероприятия</w:t>
      </w:r>
      <w:r w:rsidRPr="002849FE">
        <w:rPr>
          <w:rFonts w:ascii="Arial" w:eastAsia="Calibri" w:hAnsi="Arial" w:cs="Arial"/>
          <w:sz w:val="24"/>
          <w:szCs w:val="24"/>
          <w:lang w:val="kk-KZ"/>
        </w:rPr>
        <w:t xml:space="preserve">:  совершенствование системы эпиднадзора за ВИЧ и укрепление системы МиО, ДЭН,   химиопрофилактика туберкулеза  у ВИЧ инфицированных, закуп оборудования и изделий медицинского назначения, лечение </w:t>
      </w:r>
      <w:r w:rsidR="002C2AAF">
        <w:rPr>
          <w:rFonts w:ascii="Arial" w:eastAsia="Calibri" w:hAnsi="Arial" w:cs="Arial"/>
          <w:sz w:val="24"/>
          <w:szCs w:val="24"/>
          <w:lang w:val="kk-KZ"/>
        </w:rPr>
        <w:t>инфекций, передающихся  половым путем у ключевых групп населения и ЛЖВ;</w:t>
      </w:r>
      <w:r w:rsidRPr="002849FE">
        <w:rPr>
          <w:rFonts w:ascii="Arial" w:eastAsia="Calibri" w:hAnsi="Arial" w:cs="Arial"/>
          <w:sz w:val="24"/>
          <w:szCs w:val="24"/>
          <w:lang w:val="kk-KZ"/>
        </w:rPr>
        <w:t xml:space="preserve"> медицинское обслуживание и содержание центров СПИД. </w:t>
      </w:r>
    </w:p>
    <w:p w:rsidR="00E83C3A" w:rsidRPr="008B10B8" w:rsidRDefault="002849FE" w:rsidP="002849FE">
      <w:pPr>
        <w:spacing w:after="0" w:line="240" w:lineRule="auto"/>
        <w:jc w:val="both"/>
        <w:rPr>
          <w:rFonts w:ascii="Arial" w:eastAsia="Calibri" w:hAnsi="Arial" w:cs="Arial"/>
          <w:bCs/>
          <w:sz w:val="24"/>
          <w:szCs w:val="24"/>
          <w:shd w:val="clear" w:color="auto" w:fill="FFFFFF"/>
          <w:lang w:val="ru-RU"/>
        </w:rPr>
      </w:pPr>
      <w:r w:rsidRPr="002849FE">
        <w:rPr>
          <w:rFonts w:ascii="Arial" w:eastAsia="Calibri" w:hAnsi="Arial" w:cs="Arial"/>
          <w:bCs/>
          <w:color w:val="333333"/>
          <w:sz w:val="24"/>
          <w:szCs w:val="24"/>
          <w:shd w:val="clear" w:color="auto" w:fill="FFFFFF"/>
          <w:lang w:val="ru-RU"/>
        </w:rPr>
        <w:t xml:space="preserve">       </w:t>
      </w:r>
      <w:r w:rsidR="0012640E" w:rsidRPr="008B10B8">
        <w:rPr>
          <w:rFonts w:ascii="Arial" w:eastAsia="Calibri" w:hAnsi="Arial" w:cs="Arial"/>
          <w:bCs/>
          <w:sz w:val="24"/>
          <w:szCs w:val="24"/>
          <w:shd w:val="clear" w:color="auto" w:fill="FFFFFF"/>
          <w:lang w:val="ru-RU"/>
        </w:rPr>
        <w:t xml:space="preserve">В 2018 году на ответные мероприятия по ВИЧ </w:t>
      </w:r>
      <w:r w:rsidR="0023448F" w:rsidRPr="008B10B8">
        <w:rPr>
          <w:rFonts w:ascii="Arial" w:eastAsia="Calibri" w:hAnsi="Arial" w:cs="Arial"/>
          <w:bCs/>
          <w:sz w:val="24"/>
          <w:szCs w:val="24"/>
          <w:shd w:val="clear" w:color="auto" w:fill="FFFFFF"/>
          <w:lang w:val="ru-RU"/>
        </w:rPr>
        <w:t>в Республике Казахстан выделено из государственного бюджета</w:t>
      </w:r>
      <w:r w:rsidR="00A91B33" w:rsidRPr="008B10B8">
        <w:rPr>
          <w:rFonts w:ascii="Arial" w:eastAsia="Calibri" w:hAnsi="Arial" w:cs="Arial"/>
          <w:bCs/>
          <w:sz w:val="24"/>
          <w:szCs w:val="24"/>
          <w:shd w:val="clear" w:color="auto" w:fill="FFFFFF"/>
          <w:lang w:val="ru-RU"/>
        </w:rPr>
        <w:t xml:space="preserve"> более 10 миллиардов тенге</w:t>
      </w:r>
      <w:r w:rsidR="00C149DD">
        <w:rPr>
          <w:rFonts w:ascii="Arial" w:eastAsia="Calibri" w:hAnsi="Arial" w:cs="Arial"/>
          <w:bCs/>
          <w:sz w:val="24"/>
          <w:szCs w:val="24"/>
          <w:shd w:val="clear" w:color="auto" w:fill="FFFFFF"/>
          <w:lang w:val="ru-RU"/>
        </w:rPr>
        <w:t>. До</w:t>
      </w:r>
      <w:r w:rsidRPr="002849FE">
        <w:rPr>
          <w:rFonts w:ascii="Arial" w:eastAsia="Calibri" w:hAnsi="Arial" w:cs="Arial"/>
          <w:bCs/>
          <w:sz w:val="24"/>
          <w:szCs w:val="24"/>
          <w:shd w:val="clear" w:color="auto" w:fill="FFFFFF"/>
          <w:lang w:val="ru-RU"/>
        </w:rPr>
        <w:t>ля государственных средств составляет 9</w:t>
      </w:r>
      <w:r w:rsidR="000F4F48" w:rsidRPr="008B10B8">
        <w:rPr>
          <w:rFonts w:ascii="Arial" w:eastAsia="Calibri" w:hAnsi="Arial" w:cs="Arial"/>
          <w:bCs/>
          <w:sz w:val="24"/>
          <w:szCs w:val="24"/>
          <w:shd w:val="clear" w:color="auto" w:fill="FFFFFF"/>
          <w:lang w:val="ru-RU"/>
        </w:rPr>
        <w:t>2</w:t>
      </w:r>
      <w:r w:rsidRPr="002849FE">
        <w:rPr>
          <w:rFonts w:ascii="Arial" w:eastAsia="Calibri" w:hAnsi="Arial" w:cs="Arial"/>
          <w:bCs/>
          <w:sz w:val="24"/>
          <w:szCs w:val="24"/>
          <w:shd w:val="clear" w:color="auto" w:fill="FFFFFF"/>
          <w:lang w:val="ru-RU"/>
        </w:rPr>
        <w:t xml:space="preserve">%,  остальные </w:t>
      </w:r>
      <w:r w:rsidR="000F4F48" w:rsidRPr="008B10B8">
        <w:rPr>
          <w:rFonts w:ascii="Arial" w:eastAsia="Calibri" w:hAnsi="Arial" w:cs="Arial"/>
          <w:bCs/>
          <w:sz w:val="24"/>
          <w:szCs w:val="24"/>
          <w:shd w:val="clear" w:color="auto" w:fill="FFFFFF"/>
          <w:lang w:val="ru-RU"/>
        </w:rPr>
        <w:t>8</w:t>
      </w:r>
      <w:r w:rsidRPr="002849FE">
        <w:rPr>
          <w:rFonts w:ascii="Arial" w:eastAsia="Calibri" w:hAnsi="Arial" w:cs="Arial"/>
          <w:bCs/>
          <w:sz w:val="24"/>
          <w:szCs w:val="24"/>
          <w:shd w:val="clear" w:color="auto" w:fill="FFFFFF"/>
          <w:lang w:val="ru-RU"/>
        </w:rPr>
        <w:t>%</w:t>
      </w:r>
      <w:r w:rsidR="008B10B8" w:rsidRPr="008B10B8">
        <w:rPr>
          <w:rFonts w:ascii="Arial" w:eastAsia="Calibri" w:hAnsi="Arial" w:cs="Arial"/>
          <w:bCs/>
          <w:sz w:val="24"/>
          <w:szCs w:val="24"/>
          <w:shd w:val="clear" w:color="auto" w:fill="FFFFFF"/>
          <w:lang w:val="ru-RU"/>
        </w:rPr>
        <w:t xml:space="preserve"> -</w:t>
      </w:r>
      <w:r w:rsidRPr="002849FE">
        <w:rPr>
          <w:rFonts w:ascii="Arial" w:eastAsia="Calibri" w:hAnsi="Arial" w:cs="Arial"/>
          <w:bCs/>
          <w:sz w:val="24"/>
          <w:szCs w:val="24"/>
          <w:shd w:val="clear" w:color="auto" w:fill="FFFFFF"/>
          <w:lang w:val="ru-RU"/>
        </w:rPr>
        <w:t xml:space="preserve"> финансируются за счет международных партнеров</w:t>
      </w:r>
      <w:r w:rsidR="00200572">
        <w:rPr>
          <w:rFonts w:ascii="Arial" w:eastAsia="Calibri" w:hAnsi="Arial" w:cs="Arial"/>
          <w:bCs/>
          <w:sz w:val="24"/>
          <w:szCs w:val="24"/>
          <w:shd w:val="clear" w:color="auto" w:fill="FFFFFF"/>
          <w:lang w:val="ru-RU"/>
        </w:rPr>
        <w:t xml:space="preserve"> (</w:t>
      </w:r>
      <w:r w:rsidR="003A132D">
        <w:rPr>
          <w:rFonts w:ascii="Arial" w:eastAsia="Calibri" w:hAnsi="Arial" w:cs="Arial"/>
          <w:bCs/>
          <w:sz w:val="24"/>
          <w:szCs w:val="24"/>
          <w:shd w:val="clear" w:color="auto" w:fill="FFFFFF"/>
          <w:lang w:val="ru-RU"/>
        </w:rPr>
        <w:t xml:space="preserve">более </w:t>
      </w:r>
      <w:r w:rsidR="00200572">
        <w:rPr>
          <w:rFonts w:ascii="Arial" w:eastAsia="Calibri" w:hAnsi="Arial" w:cs="Arial"/>
          <w:bCs/>
          <w:sz w:val="24"/>
          <w:szCs w:val="24"/>
          <w:shd w:val="clear" w:color="auto" w:fill="FFFFFF"/>
          <w:lang w:val="ru-RU"/>
        </w:rPr>
        <w:t>858</w:t>
      </w:r>
      <w:r w:rsidR="003A132D">
        <w:rPr>
          <w:rFonts w:ascii="Arial" w:eastAsia="Calibri" w:hAnsi="Arial" w:cs="Arial"/>
          <w:bCs/>
          <w:sz w:val="24"/>
          <w:szCs w:val="24"/>
          <w:shd w:val="clear" w:color="auto" w:fill="FFFFFF"/>
          <w:lang w:val="ru-RU"/>
        </w:rPr>
        <w:t xml:space="preserve"> миллионов тенге</w:t>
      </w:r>
      <w:r w:rsidR="00200572">
        <w:rPr>
          <w:rFonts w:ascii="Arial" w:eastAsia="Calibri" w:hAnsi="Arial" w:cs="Arial"/>
          <w:bCs/>
          <w:sz w:val="24"/>
          <w:szCs w:val="24"/>
          <w:shd w:val="clear" w:color="auto" w:fill="FFFFFF"/>
          <w:lang w:val="ru-RU"/>
        </w:rPr>
        <w:t>)</w:t>
      </w:r>
      <w:r w:rsidRPr="002849FE">
        <w:rPr>
          <w:rFonts w:ascii="Arial" w:eastAsia="Calibri" w:hAnsi="Arial" w:cs="Arial"/>
          <w:bCs/>
          <w:sz w:val="24"/>
          <w:szCs w:val="24"/>
          <w:shd w:val="clear" w:color="auto" w:fill="FFFFFF"/>
          <w:lang w:val="ru-RU"/>
        </w:rPr>
        <w:t xml:space="preserve">. В составе международной помощи, предоставляемой Республике Казахстан на реализацию мероприятий по контролю эпидемии ВИЧ-инфекции, </w:t>
      </w:r>
      <w:r w:rsidR="00E83C3A" w:rsidRPr="008B10B8">
        <w:rPr>
          <w:rFonts w:ascii="Arial" w:eastAsia="Calibri" w:hAnsi="Arial" w:cs="Arial"/>
          <w:bCs/>
          <w:sz w:val="24"/>
          <w:szCs w:val="24"/>
          <w:shd w:val="clear" w:color="auto" w:fill="FFFFFF"/>
          <w:lang w:val="ru-RU"/>
        </w:rPr>
        <w:t>средства</w:t>
      </w:r>
      <w:r w:rsidR="00376DB5" w:rsidRPr="008B10B8">
        <w:rPr>
          <w:rFonts w:ascii="Arial" w:eastAsia="Calibri" w:hAnsi="Arial" w:cs="Arial"/>
          <w:bCs/>
          <w:sz w:val="24"/>
          <w:szCs w:val="24"/>
          <w:shd w:val="clear" w:color="auto" w:fill="FFFFFF"/>
          <w:lang w:val="ru-RU"/>
        </w:rPr>
        <w:t>,</w:t>
      </w:r>
      <w:r w:rsidR="00E83C3A" w:rsidRPr="008B10B8">
        <w:rPr>
          <w:rFonts w:ascii="Arial" w:eastAsia="Calibri" w:hAnsi="Arial" w:cs="Arial"/>
          <w:bCs/>
          <w:sz w:val="24"/>
          <w:szCs w:val="24"/>
          <w:shd w:val="clear" w:color="auto" w:fill="FFFFFF"/>
          <w:lang w:val="ru-RU"/>
        </w:rPr>
        <w:t xml:space="preserve"> </w:t>
      </w:r>
      <w:r w:rsidR="00376DB5" w:rsidRPr="008B10B8">
        <w:rPr>
          <w:rFonts w:ascii="Arial" w:eastAsia="Calibri" w:hAnsi="Arial" w:cs="Arial"/>
          <w:bCs/>
          <w:sz w:val="24"/>
          <w:szCs w:val="24"/>
          <w:shd w:val="clear" w:color="auto" w:fill="FFFFFF"/>
          <w:lang w:val="ru-RU"/>
        </w:rPr>
        <w:t>выделенные</w:t>
      </w:r>
      <w:r w:rsidR="00E83C3A" w:rsidRPr="008B10B8">
        <w:rPr>
          <w:rFonts w:ascii="Arial" w:eastAsia="Calibri" w:hAnsi="Arial" w:cs="Arial"/>
          <w:bCs/>
          <w:sz w:val="24"/>
          <w:szCs w:val="24"/>
          <w:shd w:val="clear" w:color="auto" w:fill="FFFFFF"/>
          <w:lang w:val="ru-RU"/>
        </w:rPr>
        <w:t xml:space="preserve"> </w:t>
      </w:r>
      <w:r w:rsidR="00E83C3A" w:rsidRPr="002849FE">
        <w:rPr>
          <w:rFonts w:ascii="Arial" w:eastAsia="Calibri" w:hAnsi="Arial" w:cs="Arial"/>
          <w:bCs/>
          <w:sz w:val="24"/>
          <w:szCs w:val="24"/>
          <w:shd w:val="clear" w:color="auto" w:fill="FFFFFF"/>
          <w:lang w:val="ru-RU"/>
        </w:rPr>
        <w:t>правительств</w:t>
      </w:r>
      <w:r w:rsidR="00376DB5" w:rsidRPr="008B10B8">
        <w:rPr>
          <w:rFonts w:ascii="Arial" w:eastAsia="Calibri" w:hAnsi="Arial" w:cs="Arial"/>
          <w:bCs/>
          <w:sz w:val="24"/>
          <w:szCs w:val="24"/>
          <w:shd w:val="clear" w:color="auto" w:fill="FFFFFF"/>
          <w:lang w:val="ru-RU"/>
        </w:rPr>
        <w:t>ом</w:t>
      </w:r>
      <w:r w:rsidR="00E83C3A" w:rsidRPr="002849FE">
        <w:rPr>
          <w:rFonts w:ascii="Arial" w:eastAsia="Calibri" w:hAnsi="Arial" w:cs="Arial"/>
          <w:bCs/>
          <w:sz w:val="24"/>
          <w:szCs w:val="24"/>
          <w:shd w:val="clear" w:color="auto" w:fill="FFFFFF"/>
          <w:lang w:val="ru-RU"/>
        </w:rPr>
        <w:t xml:space="preserve"> США (</w:t>
      </w:r>
      <w:r w:rsidR="00E83C3A" w:rsidRPr="002849FE">
        <w:rPr>
          <w:rFonts w:ascii="Arial" w:eastAsia="Calibri" w:hAnsi="Arial" w:cs="Arial"/>
          <w:bCs/>
          <w:sz w:val="24"/>
          <w:szCs w:val="24"/>
          <w:shd w:val="clear" w:color="auto" w:fill="FFFFFF"/>
        </w:rPr>
        <w:t>USAID</w:t>
      </w:r>
      <w:r w:rsidR="00E83C3A" w:rsidRPr="002849FE">
        <w:rPr>
          <w:rFonts w:ascii="Arial" w:eastAsia="Calibri" w:hAnsi="Arial" w:cs="Arial"/>
          <w:bCs/>
          <w:sz w:val="24"/>
          <w:szCs w:val="24"/>
          <w:shd w:val="clear" w:color="auto" w:fill="FFFFFF"/>
          <w:lang w:val="ru-RU"/>
        </w:rPr>
        <w:t>/</w:t>
      </w:r>
      <w:r w:rsidR="00E83C3A" w:rsidRPr="002849FE">
        <w:rPr>
          <w:rFonts w:ascii="Arial" w:eastAsia="Calibri" w:hAnsi="Arial" w:cs="Arial"/>
          <w:bCs/>
          <w:sz w:val="24"/>
          <w:szCs w:val="24"/>
          <w:shd w:val="clear" w:color="auto" w:fill="FFFFFF"/>
        </w:rPr>
        <w:t>PEPFAR</w:t>
      </w:r>
      <w:r w:rsidR="00E83C3A" w:rsidRPr="002849FE">
        <w:rPr>
          <w:rFonts w:ascii="Arial" w:eastAsia="Calibri" w:hAnsi="Arial" w:cs="Arial"/>
          <w:bCs/>
          <w:sz w:val="24"/>
          <w:szCs w:val="24"/>
          <w:shd w:val="clear" w:color="auto" w:fill="FFFFFF"/>
          <w:lang w:val="ru-RU"/>
        </w:rPr>
        <w:t xml:space="preserve">, </w:t>
      </w:r>
      <w:r w:rsidR="00E83C3A" w:rsidRPr="002849FE">
        <w:rPr>
          <w:rFonts w:ascii="Arial" w:eastAsia="Calibri" w:hAnsi="Arial" w:cs="Arial"/>
          <w:bCs/>
          <w:sz w:val="24"/>
          <w:szCs w:val="24"/>
          <w:shd w:val="clear" w:color="auto" w:fill="FFFFFF"/>
        </w:rPr>
        <w:t>CDC</w:t>
      </w:r>
      <w:r w:rsidR="00E83C3A" w:rsidRPr="002849FE">
        <w:rPr>
          <w:rFonts w:ascii="Arial" w:eastAsia="Calibri" w:hAnsi="Arial" w:cs="Arial"/>
          <w:bCs/>
          <w:sz w:val="24"/>
          <w:szCs w:val="24"/>
          <w:shd w:val="clear" w:color="auto" w:fill="FFFFFF"/>
          <w:lang w:val="ru-RU"/>
        </w:rPr>
        <w:t>/</w:t>
      </w:r>
      <w:r w:rsidR="00E83C3A" w:rsidRPr="002849FE">
        <w:rPr>
          <w:rFonts w:ascii="Arial" w:eastAsia="Calibri" w:hAnsi="Arial" w:cs="Arial"/>
          <w:bCs/>
          <w:sz w:val="24"/>
          <w:szCs w:val="24"/>
          <w:shd w:val="clear" w:color="auto" w:fill="FFFFFF"/>
        </w:rPr>
        <w:t>PEPFAR</w:t>
      </w:r>
      <w:r w:rsidR="00E83C3A" w:rsidRPr="002849FE">
        <w:rPr>
          <w:rFonts w:ascii="Arial" w:eastAsia="Calibri" w:hAnsi="Arial" w:cs="Arial"/>
          <w:bCs/>
          <w:sz w:val="24"/>
          <w:szCs w:val="24"/>
          <w:shd w:val="clear" w:color="auto" w:fill="FFFFFF"/>
          <w:lang w:val="ru-RU"/>
        </w:rPr>
        <w:t>)</w:t>
      </w:r>
      <w:r w:rsidR="00376DB5" w:rsidRPr="008B10B8">
        <w:rPr>
          <w:rFonts w:ascii="Arial" w:eastAsia="Calibri" w:hAnsi="Arial" w:cs="Arial"/>
          <w:bCs/>
          <w:sz w:val="24"/>
          <w:szCs w:val="24"/>
          <w:shd w:val="clear" w:color="auto" w:fill="FFFFFF"/>
          <w:lang w:val="ru-RU"/>
        </w:rPr>
        <w:t xml:space="preserve">, </w:t>
      </w:r>
      <w:r w:rsidR="00376DB5" w:rsidRPr="002849FE">
        <w:rPr>
          <w:rFonts w:ascii="Arial" w:eastAsia="Calibri" w:hAnsi="Arial" w:cs="Arial"/>
          <w:bCs/>
          <w:sz w:val="24"/>
          <w:szCs w:val="24"/>
          <w:shd w:val="clear" w:color="auto" w:fill="FFFFFF"/>
          <w:lang w:val="ru-RU"/>
        </w:rPr>
        <w:t xml:space="preserve">Глобальным фондом по борьбе со </w:t>
      </w:r>
      <w:r w:rsidR="00376DB5" w:rsidRPr="008B10B8">
        <w:rPr>
          <w:rFonts w:ascii="Arial" w:eastAsia="Calibri" w:hAnsi="Arial" w:cs="Arial"/>
          <w:bCs/>
          <w:sz w:val="24"/>
          <w:szCs w:val="24"/>
          <w:shd w:val="clear" w:color="auto" w:fill="FFFFFF"/>
          <w:lang w:val="ru-RU"/>
        </w:rPr>
        <w:t xml:space="preserve">СПИДом, туберкулезом и малярией, </w:t>
      </w:r>
      <w:r w:rsidR="0066013F" w:rsidRPr="008B10B8">
        <w:rPr>
          <w:rFonts w:ascii="Arial" w:eastAsia="Calibri" w:hAnsi="Arial" w:cs="Arial"/>
          <w:bCs/>
          <w:sz w:val="24"/>
          <w:szCs w:val="24"/>
          <w:shd w:val="clear" w:color="auto" w:fill="FFFFFF"/>
          <w:lang w:val="ru-RU"/>
        </w:rPr>
        <w:t>агентством</w:t>
      </w:r>
      <w:r w:rsidR="0066013F" w:rsidRPr="002849FE">
        <w:rPr>
          <w:rFonts w:ascii="Arial" w:eastAsia="Calibri" w:hAnsi="Arial" w:cs="Arial"/>
          <w:bCs/>
          <w:sz w:val="24"/>
          <w:szCs w:val="24"/>
          <w:shd w:val="clear" w:color="auto" w:fill="FFFFFF"/>
          <w:lang w:val="ru-RU"/>
        </w:rPr>
        <w:t xml:space="preserve"> ООН и други</w:t>
      </w:r>
      <w:r w:rsidR="0066013F" w:rsidRPr="008B10B8">
        <w:rPr>
          <w:rFonts w:ascii="Arial" w:eastAsia="Calibri" w:hAnsi="Arial" w:cs="Arial"/>
          <w:bCs/>
          <w:sz w:val="24"/>
          <w:szCs w:val="24"/>
          <w:shd w:val="clear" w:color="auto" w:fill="FFFFFF"/>
          <w:lang w:val="ru-RU"/>
        </w:rPr>
        <w:t>ми</w:t>
      </w:r>
      <w:r w:rsidR="0066013F" w:rsidRPr="002849FE">
        <w:rPr>
          <w:rFonts w:ascii="Arial" w:eastAsia="Calibri" w:hAnsi="Arial" w:cs="Arial"/>
          <w:bCs/>
          <w:sz w:val="24"/>
          <w:szCs w:val="24"/>
          <w:shd w:val="clear" w:color="auto" w:fill="FFFFFF"/>
          <w:lang w:val="ru-RU"/>
        </w:rPr>
        <w:t xml:space="preserve"> партнер</w:t>
      </w:r>
      <w:r w:rsidR="0066013F" w:rsidRPr="008B10B8">
        <w:rPr>
          <w:rFonts w:ascii="Arial" w:eastAsia="Calibri" w:hAnsi="Arial" w:cs="Arial"/>
          <w:bCs/>
          <w:sz w:val="24"/>
          <w:szCs w:val="24"/>
          <w:shd w:val="clear" w:color="auto" w:fill="FFFFFF"/>
          <w:lang w:val="ru-RU"/>
        </w:rPr>
        <w:t>ами</w:t>
      </w:r>
      <w:r w:rsidR="0066013F" w:rsidRPr="002849FE">
        <w:rPr>
          <w:rFonts w:ascii="Arial" w:eastAsia="Calibri" w:hAnsi="Arial" w:cs="Arial"/>
          <w:bCs/>
          <w:sz w:val="24"/>
          <w:szCs w:val="24"/>
          <w:shd w:val="clear" w:color="auto" w:fill="FFFFFF"/>
          <w:lang w:val="ru-RU"/>
        </w:rPr>
        <w:t>.</w:t>
      </w:r>
    </w:p>
    <w:p w:rsidR="0071052E" w:rsidRPr="00BC65CA" w:rsidRDefault="0071052E" w:rsidP="00875D9D">
      <w:pPr>
        <w:pStyle w:val="ab"/>
        <w:spacing w:after="160" w:line="259" w:lineRule="auto"/>
        <w:rPr>
          <w:rFonts w:ascii="Arial" w:hAnsi="Arial" w:cs="Arial"/>
          <w:b/>
          <w:bCs/>
          <w:color w:val="002060"/>
          <w:sz w:val="20"/>
          <w:szCs w:val="20"/>
          <w:shd w:val="clear" w:color="auto" w:fill="FFFFFF"/>
          <w:lang w:val="ru-RU"/>
        </w:rPr>
      </w:pPr>
    </w:p>
    <w:p w:rsidR="0071052E" w:rsidRPr="00BC65CA" w:rsidRDefault="0071052E" w:rsidP="00875D9D">
      <w:pPr>
        <w:pStyle w:val="ab"/>
        <w:spacing w:after="160" w:line="259" w:lineRule="auto"/>
        <w:rPr>
          <w:rFonts w:ascii="Arial" w:hAnsi="Arial" w:cs="Arial"/>
          <w:b/>
          <w:bCs/>
          <w:color w:val="002060"/>
          <w:sz w:val="20"/>
          <w:szCs w:val="20"/>
          <w:shd w:val="clear" w:color="auto" w:fill="FFFFFF"/>
          <w:lang w:val="ru-RU"/>
        </w:rPr>
      </w:pPr>
    </w:p>
    <w:p w:rsidR="0071052E" w:rsidRPr="00BC65CA" w:rsidRDefault="0071052E" w:rsidP="00875D9D">
      <w:pPr>
        <w:pStyle w:val="ab"/>
        <w:spacing w:after="160" w:line="259" w:lineRule="auto"/>
        <w:rPr>
          <w:rFonts w:ascii="Arial" w:hAnsi="Arial" w:cs="Arial"/>
          <w:b/>
          <w:bCs/>
          <w:color w:val="002060"/>
          <w:sz w:val="20"/>
          <w:szCs w:val="20"/>
          <w:shd w:val="clear" w:color="auto" w:fill="FFFFFF"/>
          <w:lang w:val="ru-RU"/>
        </w:rPr>
      </w:pPr>
    </w:p>
    <w:p w:rsidR="00875D9D" w:rsidRPr="00BC65CA" w:rsidRDefault="00875D9D" w:rsidP="00875D9D">
      <w:pPr>
        <w:pStyle w:val="ab"/>
        <w:spacing w:after="160" w:line="259" w:lineRule="auto"/>
        <w:rPr>
          <w:rFonts w:ascii="Arial" w:hAnsi="Arial" w:cs="Arial"/>
          <w:b/>
          <w:bCs/>
          <w:color w:val="002060"/>
          <w:sz w:val="24"/>
          <w:szCs w:val="24"/>
          <w:shd w:val="clear" w:color="auto" w:fill="FFFFFF"/>
          <w:lang w:val="ru-RU"/>
        </w:rPr>
      </w:pPr>
    </w:p>
    <w:p w:rsidR="00875D9D" w:rsidRDefault="00875D9D" w:rsidP="00875D9D">
      <w:pPr>
        <w:pStyle w:val="ab"/>
        <w:spacing w:after="160" w:line="259" w:lineRule="auto"/>
        <w:rPr>
          <w:rFonts w:ascii="Arial" w:hAnsi="Arial" w:cs="Arial"/>
          <w:b/>
          <w:bCs/>
          <w:color w:val="002060"/>
          <w:sz w:val="24"/>
          <w:szCs w:val="24"/>
          <w:shd w:val="clear" w:color="auto" w:fill="FFFFFF"/>
          <w:lang w:val="ru-RU"/>
        </w:rPr>
      </w:pPr>
      <w:r w:rsidRPr="00875D9D">
        <w:rPr>
          <w:rFonts w:ascii="Arial" w:hAnsi="Arial" w:cs="Arial"/>
          <w:b/>
          <w:bCs/>
          <w:color w:val="002060"/>
          <w:sz w:val="24"/>
          <w:szCs w:val="24"/>
          <w:shd w:val="clear" w:color="auto" w:fill="FFFFFF"/>
          <w:lang w:val="ru-RU"/>
        </w:rPr>
        <w:t>ОБЯЗАТЕЛЬСТВО 9: Обеспечить людей, живущих с ВИЧ, находящихся в группе риска или пострадавших от ВИЧ, возможностями по просвещению в сфере имеющихся у них прав и доступом к правосудию и юридическим услугам для профилактики и борьбы с нарушениями прав человека</w:t>
      </w:r>
    </w:p>
    <w:p w:rsidR="00227BC8" w:rsidRDefault="00227BC8" w:rsidP="00875D9D">
      <w:pPr>
        <w:pStyle w:val="ab"/>
        <w:spacing w:after="160" w:line="259" w:lineRule="auto"/>
        <w:rPr>
          <w:rFonts w:ascii="Arial" w:hAnsi="Arial" w:cs="Arial"/>
          <w:b/>
          <w:bCs/>
          <w:color w:val="002060"/>
          <w:sz w:val="24"/>
          <w:szCs w:val="24"/>
          <w:shd w:val="clear" w:color="auto" w:fill="FFFFFF"/>
          <w:lang w:val="ru-RU"/>
        </w:rPr>
      </w:pPr>
    </w:p>
    <w:p w:rsidR="00227BC8" w:rsidRDefault="00227BC8" w:rsidP="00875D9D">
      <w:pPr>
        <w:pStyle w:val="ab"/>
        <w:spacing w:after="160" w:line="259" w:lineRule="auto"/>
        <w:rPr>
          <w:rFonts w:ascii="Arial" w:hAnsi="Arial" w:cs="Arial"/>
          <w:b/>
          <w:bCs/>
          <w:color w:val="002060"/>
          <w:sz w:val="24"/>
          <w:szCs w:val="24"/>
          <w:shd w:val="clear" w:color="auto" w:fill="FFFFFF"/>
          <w:lang w:val="ru-RU"/>
        </w:rPr>
      </w:pPr>
    </w:p>
    <w:p w:rsidR="00227BC8" w:rsidRDefault="00227BC8" w:rsidP="00875D9D">
      <w:pPr>
        <w:pStyle w:val="ab"/>
        <w:spacing w:after="160" w:line="259" w:lineRule="auto"/>
        <w:rPr>
          <w:rFonts w:ascii="Arial" w:hAnsi="Arial" w:cs="Arial"/>
          <w:b/>
          <w:bCs/>
          <w:color w:val="002060"/>
          <w:sz w:val="24"/>
          <w:szCs w:val="24"/>
          <w:shd w:val="clear" w:color="auto" w:fill="FFFFFF"/>
          <w:lang w:val="ru-RU"/>
        </w:rPr>
      </w:pPr>
    </w:p>
    <w:tbl>
      <w:tblPr>
        <w:tblStyle w:val="afd"/>
        <w:tblW w:w="9630" w:type="dxa"/>
        <w:tblInd w:w="-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4306"/>
      </w:tblGrid>
      <w:tr w:rsidR="00227BC8" w:rsidRPr="00605005" w:rsidTr="00227BC8">
        <w:tc>
          <w:tcPr>
            <w:tcW w:w="5324" w:type="dxa"/>
          </w:tcPr>
          <w:p w:rsidR="00227BC8" w:rsidRDefault="00227BC8" w:rsidP="00875D9D">
            <w:pPr>
              <w:pStyle w:val="ab"/>
              <w:spacing w:after="160" w:line="259" w:lineRule="auto"/>
              <w:ind w:left="0"/>
              <w:rPr>
                <w:rFonts w:ascii="Arial" w:hAnsi="Arial" w:cs="Arial"/>
                <w:b/>
                <w:color w:val="002060"/>
                <w:sz w:val="24"/>
                <w:szCs w:val="24"/>
                <w:lang w:val="ru-RU"/>
              </w:rPr>
            </w:pPr>
            <w:r>
              <w:rPr>
                <w:noProof/>
                <w:lang w:val="ru-RU" w:eastAsia="ru-RU"/>
              </w:rPr>
              <w:lastRenderedPageBreak/>
              <w:drawing>
                <wp:inline distT="0" distB="0" distL="0" distR="0" wp14:anchorId="34E85C61" wp14:editId="49A45C50">
                  <wp:extent cx="3012844" cy="2003728"/>
                  <wp:effectExtent l="0" t="0" r="0" b="0"/>
                  <wp:docPr id="14" name="Picture 14" descr="Ð ÐÐ°Ð·Ð°ÑÑÑÐ°Ð½Ðµ Ð¿Ð¾Ð´Ð¿Ð¸ÑÐ°Ð½ ÐÐ°ÑÐ¸Ð¾Ð½Ð°Ð»ÑÐ½ÑÐ¹ Ð¿Ð»Ð°Ð½ Ð¿Ð¾ Ð±Ð¾ÑÑÐ±Ðµ ÑÐ¾ ÑÑÐ¸Ð³Ð¼Ð¾Ð¹ Ð¸ Ð´Ð¸ÑÐºÑÐ¸Ð¼Ð¸Ð½Ð°ÑÐ¸ÐµÐ¹ Ð»ÑÐ´ÐµÐ¹, Ð¶Ð¸Ð²ÑÑÐ¸Ñ Ñ 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Ð°Ð·Ð°ÑÑÑÐ°Ð½Ðµ Ð¿Ð¾Ð´Ð¿Ð¸ÑÐ°Ð½ ÐÐ°ÑÐ¸Ð¾Ð½Ð°Ð»ÑÐ½ÑÐ¹ Ð¿Ð»Ð°Ð½ Ð¿Ð¾ Ð±Ð¾ÑÑÐ±Ðµ ÑÐ¾ ÑÑÐ¸Ð³Ð¼Ð¾Ð¹ Ð¸ Ð´Ð¸ÑÐºÑÐ¸Ð¼Ð¸Ð½Ð°ÑÐ¸ÐµÐ¹ Ð»ÑÐ´ÐµÐ¹, Ð¶Ð¸Ð²ÑÑÐ¸Ñ Ñ ÐÐ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4135" cy="2017888"/>
                          </a:xfrm>
                          <a:prstGeom prst="rect">
                            <a:avLst/>
                          </a:prstGeom>
                          <a:noFill/>
                          <a:ln>
                            <a:noFill/>
                          </a:ln>
                        </pic:spPr>
                      </pic:pic>
                    </a:graphicData>
                  </a:graphic>
                </wp:inline>
              </w:drawing>
            </w:r>
          </w:p>
        </w:tc>
        <w:tc>
          <w:tcPr>
            <w:tcW w:w="4306" w:type="dxa"/>
          </w:tcPr>
          <w:p w:rsidR="00227BC8" w:rsidRDefault="00227BC8" w:rsidP="00875D9D">
            <w:pPr>
              <w:pStyle w:val="ab"/>
              <w:spacing w:after="160" w:line="259" w:lineRule="auto"/>
              <w:ind w:left="0"/>
              <w:rPr>
                <w:rFonts w:ascii="Arial" w:hAnsi="Arial" w:cs="Arial"/>
                <w:b/>
                <w:color w:val="002060"/>
                <w:sz w:val="24"/>
                <w:szCs w:val="24"/>
                <w:lang w:val="ru-RU"/>
              </w:rPr>
            </w:pPr>
            <w:r>
              <w:rPr>
                <w:rFonts w:ascii="Arial" w:eastAsia="Times New Roman" w:hAnsi="Arial" w:cs="Arial"/>
                <w:color w:val="000000"/>
                <w:sz w:val="24"/>
                <w:szCs w:val="24"/>
                <w:lang w:val="ru-RU"/>
              </w:rPr>
              <w:t>1 марта 2018 года</w:t>
            </w:r>
            <w:r w:rsidRPr="00AD09E3">
              <w:rPr>
                <w:rFonts w:ascii="Arial" w:eastAsia="Times New Roman" w:hAnsi="Arial" w:cs="Arial"/>
                <w:color w:val="000000"/>
                <w:sz w:val="24"/>
                <w:szCs w:val="24"/>
                <w:lang w:val="ru-RU"/>
              </w:rPr>
              <w:t xml:space="preserve"> в День «Ноль дискриминации» в Казахстане</w:t>
            </w:r>
            <w:r w:rsidRPr="00AD09E3">
              <w:rPr>
                <w:rFonts w:ascii="Arial" w:eastAsia="Times New Roman" w:hAnsi="Arial" w:cs="Arial"/>
                <w:color w:val="000000"/>
                <w:sz w:val="24"/>
                <w:szCs w:val="24"/>
              </w:rPr>
              <w:t> </w:t>
            </w:r>
            <w:r w:rsidRPr="00AD09E3">
              <w:rPr>
                <w:rFonts w:ascii="Arial" w:eastAsia="Times New Roman" w:hAnsi="Arial" w:cs="Arial"/>
                <w:color w:val="000000"/>
                <w:sz w:val="24"/>
                <w:szCs w:val="24"/>
                <w:lang w:val="ru-RU"/>
              </w:rPr>
              <w:t xml:space="preserve"> состоялось подписание</w:t>
            </w:r>
            <w:r w:rsidRPr="00AD09E3">
              <w:rPr>
                <w:rFonts w:ascii="Arial" w:eastAsia="Times New Roman" w:hAnsi="Arial" w:cs="Arial"/>
                <w:color w:val="000000"/>
                <w:sz w:val="24"/>
                <w:szCs w:val="24"/>
              </w:rPr>
              <w:t> </w:t>
            </w:r>
            <w:r w:rsidRPr="00AD09E3">
              <w:rPr>
                <w:rFonts w:ascii="Arial" w:eastAsia="Times New Roman" w:hAnsi="Arial" w:cs="Arial"/>
                <w:color w:val="000000"/>
                <w:sz w:val="24"/>
                <w:szCs w:val="24"/>
                <w:lang w:val="ru-RU"/>
              </w:rPr>
              <w:t xml:space="preserve"> Национального плана по борьбе со стигмой и дискриминацией людей, живущих с ВИЧ (ЛЖВ) на 2018-2019 годы. Документ подписали Генеральный директор Республиканского центра по профилактике и борьбе со СПИД Министерства здравоохранения РК</w:t>
            </w:r>
            <w:r w:rsidRPr="00AD09E3">
              <w:rPr>
                <w:rFonts w:ascii="Arial" w:eastAsia="Times New Roman" w:hAnsi="Arial" w:cs="Arial"/>
                <w:color w:val="000000"/>
                <w:sz w:val="24"/>
                <w:szCs w:val="24"/>
              </w:rPr>
              <w:t> </w:t>
            </w:r>
            <w:r w:rsidRPr="00AD09E3">
              <w:rPr>
                <w:rFonts w:ascii="Arial" w:eastAsia="Times New Roman" w:hAnsi="Arial" w:cs="Arial"/>
                <w:color w:val="000000"/>
                <w:sz w:val="24"/>
                <w:szCs w:val="24"/>
                <w:lang w:val="ru-RU"/>
              </w:rPr>
              <w:t xml:space="preserve"> Бауыржан Байсеркин и Президент Казахстанского Союза ЛЖВ Нурали Аманжолов</w:t>
            </w:r>
          </w:p>
        </w:tc>
      </w:tr>
    </w:tbl>
    <w:p w:rsidR="00227BC8" w:rsidRPr="00875D9D" w:rsidRDefault="00227BC8" w:rsidP="00875D9D">
      <w:pPr>
        <w:pStyle w:val="ab"/>
        <w:spacing w:after="160" w:line="259" w:lineRule="auto"/>
        <w:rPr>
          <w:rFonts w:ascii="Arial" w:hAnsi="Arial" w:cs="Arial"/>
          <w:b/>
          <w:color w:val="002060"/>
          <w:sz w:val="24"/>
          <w:szCs w:val="24"/>
          <w:lang w:val="ru-RU"/>
        </w:rPr>
      </w:pPr>
    </w:p>
    <w:p w:rsidR="00AD09E3" w:rsidRPr="00AD09E3" w:rsidRDefault="00AD09E3" w:rsidP="00227BC8">
      <w:pPr>
        <w:shd w:val="clear" w:color="auto" w:fill="FFFFFF"/>
        <w:spacing w:after="0" w:line="240" w:lineRule="auto"/>
        <w:ind w:firstLine="720"/>
        <w:jc w:val="both"/>
        <w:rPr>
          <w:rFonts w:ascii="Arial" w:eastAsia="Times New Roman" w:hAnsi="Arial" w:cs="Arial"/>
          <w:color w:val="000000"/>
          <w:sz w:val="24"/>
          <w:szCs w:val="24"/>
          <w:lang w:val="ru-RU"/>
        </w:rPr>
      </w:pPr>
      <w:r w:rsidRPr="00AD09E3">
        <w:rPr>
          <w:rFonts w:ascii="Arial" w:eastAsia="Times New Roman" w:hAnsi="Arial" w:cs="Arial"/>
          <w:color w:val="000000"/>
          <w:sz w:val="24"/>
          <w:szCs w:val="24"/>
          <w:lang w:val="ru-RU"/>
        </w:rPr>
        <w:t>Национальный план имеет четыре стратегические цели, которые направлены на снижение уровня стигмы и дискриминации к людям, живущим с ВИЧ (ЛЖВ) в обществе, в том числе,</w:t>
      </w:r>
      <w:r w:rsidRPr="00AD09E3">
        <w:rPr>
          <w:rFonts w:ascii="Arial" w:eastAsia="Times New Roman" w:hAnsi="Arial" w:cs="Arial"/>
          <w:color w:val="000000"/>
          <w:sz w:val="24"/>
          <w:szCs w:val="24"/>
        </w:rPr>
        <w:t> </w:t>
      </w:r>
      <w:r w:rsidRPr="00AD09E3">
        <w:rPr>
          <w:rFonts w:ascii="Arial" w:eastAsia="Times New Roman" w:hAnsi="Arial" w:cs="Arial"/>
          <w:color w:val="000000"/>
          <w:sz w:val="24"/>
          <w:szCs w:val="24"/>
          <w:lang w:val="ru-RU"/>
        </w:rPr>
        <w:t xml:space="preserve"> в медицинских учреждениях и в сообществе ЛЖВ, а также</w:t>
      </w:r>
      <w:r w:rsidRPr="00AD09E3">
        <w:rPr>
          <w:rFonts w:ascii="Arial" w:eastAsia="Times New Roman" w:hAnsi="Arial" w:cs="Arial"/>
          <w:color w:val="000000"/>
          <w:sz w:val="24"/>
          <w:szCs w:val="24"/>
        </w:rPr>
        <w:t> </w:t>
      </w:r>
      <w:r w:rsidRPr="00AD09E3">
        <w:rPr>
          <w:rFonts w:ascii="Arial" w:eastAsia="Times New Roman" w:hAnsi="Arial" w:cs="Arial"/>
          <w:color w:val="000000"/>
          <w:sz w:val="24"/>
          <w:szCs w:val="24"/>
          <w:lang w:val="ru-RU"/>
        </w:rPr>
        <w:t xml:space="preserve"> совершенствование законодательных норм.</w:t>
      </w:r>
      <w:r w:rsidRPr="00AD09E3">
        <w:rPr>
          <w:rFonts w:ascii="Arial" w:eastAsia="Times New Roman" w:hAnsi="Arial" w:cs="Arial"/>
          <w:color w:val="000000"/>
          <w:sz w:val="24"/>
          <w:szCs w:val="24"/>
        </w:rPr>
        <w:t> </w:t>
      </w:r>
    </w:p>
    <w:p w:rsidR="00CF7AB2" w:rsidRPr="00AD09E3" w:rsidRDefault="00CF7AB2" w:rsidP="006423A5">
      <w:pPr>
        <w:shd w:val="clear" w:color="auto" w:fill="FFFFFF"/>
        <w:spacing w:after="0" w:line="240" w:lineRule="auto"/>
        <w:ind w:firstLine="720"/>
        <w:jc w:val="both"/>
        <w:rPr>
          <w:rFonts w:ascii="Arial" w:eastAsia="Times New Roman" w:hAnsi="Arial" w:cs="Arial"/>
          <w:color w:val="000000"/>
          <w:sz w:val="24"/>
          <w:szCs w:val="24"/>
          <w:lang w:val="ru-RU"/>
        </w:rPr>
      </w:pPr>
      <w:r w:rsidRPr="00CF7AB2">
        <w:rPr>
          <w:rFonts w:ascii="Arial" w:hAnsi="Arial" w:cs="Arial"/>
          <w:color w:val="000000"/>
          <w:sz w:val="24"/>
          <w:szCs w:val="24"/>
          <w:shd w:val="clear" w:color="auto" w:fill="FFFFFF"/>
          <w:lang w:val="ru-RU"/>
        </w:rPr>
        <w:t>Во время подписания документа сотрудниками организаций, работающими в сфере ВИЧ-инфекции, и гражданскими активистами дан старт кампани</w:t>
      </w:r>
      <w:r w:rsidR="006423A5">
        <w:rPr>
          <w:rFonts w:ascii="Arial" w:hAnsi="Arial" w:cs="Arial"/>
          <w:color w:val="000000"/>
          <w:sz w:val="24"/>
          <w:szCs w:val="24"/>
          <w:shd w:val="clear" w:color="auto" w:fill="FFFFFF"/>
          <w:lang w:val="ru-RU"/>
        </w:rPr>
        <w:t xml:space="preserve">и </w:t>
      </w:r>
      <w:r w:rsidRPr="00CF7AB2">
        <w:rPr>
          <w:rFonts w:ascii="Arial" w:hAnsi="Arial" w:cs="Arial"/>
          <w:color w:val="000000"/>
          <w:sz w:val="24"/>
          <w:szCs w:val="24"/>
          <w:shd w:val="clear" w:color="auto" w:fill="FFFFFF"/>
          <w:lang w:val="ru-RU"/>
        </w:rPr>
        <w:t>в социальных медиа. Это даст возможность каждому желающему выразить свои взгляды на дискриминацию, связанную с ВИЧ-статусом.</w:t>
      </w:r>
    </w:p>
    <w:p w:rsidR="004A0353" w:rsidRDefault="004A0353" w:rsidP="00CF7AB2">
      <w:pPr>
        <w:pStyle w:val="a5"/>
        <w:ind w:firstLine="720"/>
        <w:jc w:val="both"/>
        <w:rPr>
          <w:rFonts w:ascii="Arial" w:hAnsi="Arial" w:cs="Arial"/>
          <w:sz w:val="24"/>
          <w:szCs w:val="24"/>
          <w:shd w:val="clear" w:color="auto" w:fill="FFFFFF"/>
          <w:lang w:val="ru-RU"/>
        </w:rPr>
      </w:pPr>
      <w:r w:rsidRPr="00CF7AB2">
        <w:rPr>
          <w:rFonts w:ascii="Arial" w:hAnsi="Arial" w:cs="Arial"/>
          <w:sz w:val="24"/>
          <w:szCs w:val="24"/>
          <w:shd w:val="clear" w:color="auto" w:fill="FFFFFF"/>
          <w:lang w:val="ru-RU"/>
        </w:rPr>
        <w:t xml:space="preserve"> </w:t>
      </w:r>
      <w:r w:rsidR="001C65A5">
        <w:rPr>
          <w:rFonts w:ascii="Arial" w:hAnsi="Arial" w:cs="Arial"/>
          <w:sz w:val="24"/>
          <w:szCs w:val="24"/>
          <w:shd w:val="clear" w:color="auto" w:fill="FFFFFF"/>
          <w:lang w:val="ru-RU"/>
        </w:rPr>
        <w:t xml:space="preserve">В 2018-2019 гг. </w:t>
      </w:r>
      <w:r w:rsidRPr="00CF7AB2">
        <w:rPr>
          <w:rFonts w:ascii="Arial" w:hAnsi="Arial" w:cs="Arial"/>
          <w:sz w:val="24"/>
          <w:szCs w:val="24"/>
          <w:shd w:val="clear" w:color="auto" w:fill="FFFFFF"/>
          <w:lang w:val="ru-RU"/>
        </w:rPr>
        <w:t xml:space="preserve">Кластерное Бюро ЮНЕСКО в Алматы, при финансовой поддержке ЮНЭЙДС и при технической поддержке Казахстанского Союза Людей, живущих с ВИЧ разработали и провели </w:t>
      </w:r>
      <w:r w:rsidRPr="00CF7AB2">
        <w:rPr>
          <w:rFonts w:ascii="Arial" w:hAnsi="Arial" w:cs="Arial"/>
          <w:sz w:val="24"/>
          <w:szCs w:val="24"/>
          <w:shd w:val="clear" w:color="auto" w:fill="FFFFFF"/>
        </w:rPr>
        <w:t>on</w:t>
      </w:r>
      <w:r w:rsidRPr="00CF7AB2">
        <w:rPr>
          <w:rFonts w:ascii="Arial" w:hAnsi="Arial" w:cs="Arial"/>
          <w:sz w:val="24"/>
          <w:szCs w:val="24"/>
          <w:shd w:val="clear" w:color="auto" w:fill="FFFFFF"/>
          <w:lang w:val="ru-RU"/>
        </w:rPr>
        <w:t>-</w:t>
      </w:r>
      <w:r w:rsidRPr="00CF7AB2">
        <w:rPr>
          <w:rFonts w:ascii="Arial" w:hAnsi="Arial" w:cs="Arial"/>
          <w:sz w:val="24"/>
          <w:szCs w:val="24"/>
          <w:shd w:val="clear" w:color="auto" w:fill="FFFFFF"/>
        </w:rPr>
        <w:t>line</w:t>
      </w:r>
      <w:r w:rsidRPr="00CF7AB2">
        <w:rPr>
          <w:rFonts w:ascii="Arial" w:hAnsi="Arial" w:cs="Arial"/>
          <w:sz w:val="24"/>
          <w:szCs w:val="24"/>
          <w:shd w:val="clear" w:color="auto" w:fill="FFFFFF"/>
          <w:lang w:val="ru-RU"/>
        </w:rPr>
        <w:t xml:space="preserve"> Кампанию #</w:t>
      </w:r>
      <w:proofErr w:type="spellStart"/>
      <w:r w:rsidRPr="00CF7AB2">
        <w:rPr>
          <w:rFonts w:ascii="Arial" w:hAnsi="Arial" w:cs="Arial"/>
          <w:sz w:val="24"/>
          <w:szCs w:val="24"/>
          <w:shd w:val="clear" w:color="auto" w:fill="FFFFFF"/>
          <w:lang w:val="ru-RU"/>
        </w:rPr>
        <w:t>НиктоНеЛишний</w:t>
      </w:r>
      <w:proofErr w:type="spellEnd"/>
      <w:r w:rsidRPr="00CF7AB2">
        <w:rPr>
          <w:rFonts w:ascii="Arial" w:hAnsi="Arial" w:cs="Arial"/>
          <w:sz w:val="24"/>
          <w:szCs w:val="24"/>
          <w:shd w:val="clear" w:color="auto" w:fill="FFFFFF"/>
          <w:lang w:val="ru-RU"/>
        </w:rPr>
        <w:t>, в интегрированную структуру капании входили следующие компоненты: фотопроект #</w:t>
      </w:r>
      <w:proofErr w:type="spellStart"/>
      <w:r w:rsidRPr="00CF7AB2">
        <w:rPr>
          <w:rFonts w:ascii="Arial" w:hAnsi="Arial" w:cs="Arial"/>
          <w:sz w:val="24"/>
          <w:szCs w:val="24"/>
          <w:shd w:val="clear" w:color="auto" w:fill="FFFFFF"/>
        </w:rPr>
        <w:t>GuesWho</w:t>
      </w:r>
      <w:proofErr w:type="spellEnd"/>
      <w:r w:rsidRPr="00CF7AB2">
        <w:rPr>
          <w:rFonts w:ascii="Arial" w:hAnsi="Arial" w:cs="Arial"/>
          <w:sz w:val="24"/>
          <w:szCs w:val="24"/>
          <w:shd w:val="clear" w:color="auto" w:fill="FFFFFF"/>
          <w:lang w:val="ru-RU"/>
        </w:rPr>
        <w:t xml:space="preserve"> (Догадайся кто?), голос звезды, беседы о личном (</w:t>
      </w:r>
      <w:proofErr w:type="spellStart"/>
      <w:r w:rsidRPr="00CF7AB2">
        <w:rPr>
          <w:rFonts w:ascii="Arial" w:hAnsi="Arial" w:cs="Arial"/>
          <w:sz w:val="24"/>
          <w:szCs w:val="24"/>
          <w:shd w:val="clear" w:color="auto" w:fill="FFFFFF"/>
          <w:lang w:val="ru-RU"/>
        </w:rPr>
        <w:t>сторителинг</w:t>
      </w:r>
      <w:proofErr w:type="spellEnd"/>
      <w:r w:rsidRPr="00CF7AB2">
        <w:rPr>
          <w:rFonts w:ascii="Arial" w:hAnsi="Arial" w:cs="Arial"/>
          <w:sz w:val="24"/>
          <w:szCs w:val="24"/>
          <w:shd w:val="clear" w:color="auto" w:fill="FFFFFF"/>
          <w:lang w:val="ru-RU"/>
        </w:rPr>
        <w:t xml:space="preserve">), </w:t>
      </w:r>
      <w:proofErr w:type="spellStart"/>
      <w:r w:rsidRPr="00CF7AB2">
        <w:rPr>
          <w:rFonts w:ascii="Arial" w:hAnsi="Arial" w:cs="Arial"/>
          <w:sz w:val="24"/>
          <w:szCs w:val="24"/>
          <w:shd w:val="clear" w:color="auto" w:fill="FFFFFF"/>
          <w:lang w:val="ru-RU"/>
        </w:rPr>
        <w:t>вайн</w:t>
      </w:r>
      <w:proofErr w:type="spellEnd"/>
      <w:r w:rsidRPr="00CF7AB2">
        <w:rPr>
          <w:rFonts w:ascii="Arial" w:hAnsi="Arial" w:cs="Arial"/>
          <w:sz w:val="24"/>
          <w:szCs w:val="24"/>
          <w:shd w:val="clear" w:color="auto" w:fill="FFFFFF"/>
          <w:lang w:val="ru-RU"/>
        </w:rPr>
        <w:t xml:space="preserve">-проект с молодыми блогерами в Казахстане. В коротких видеороликах казахстанские знаменитости поделились своими мыслями по поводу ВИЧ, стигмы и дискриминации в отношении Людей, Живущих с ВИЧ. Ролики были дополнены инфографикой о способах передачи ВИЧ инфекции, возможностях пройти тест на ВИЧ, о предоставлении АРТ лечения и другим. Ролики опубликованы на личных социальных сетях звёзд и размещены на популярном сайте </w:t>
      </w:r>
      <w:proofErr w:type="spellStart"/>
      <w:r w:rsidRPr="00CF7AB2">
        <w:rPr>
          <w:rFonts w:ascii="Arial" w:hAnsi="Arial" w:cs="Arial"/>
          <w:sz w:val="24"/>
          <w:szCs w:val="24"/>
          <w:shd w:val="clear" w:color="auto" w:fill="FFFFFF"/>
        </w:rPr>
        <w:t>Namba</w:t>
      </w:r>
      <w:proofErr w:type="spellEnd"/>
      <w:r w:rsidRPr="00CF7AB2">
        <w:rPr>
          <w:rFonts w:ascii="Arial" w:hAnsi="Arial" w:cs="Arial"/>
          <w:sz w:val="24"/>
          <w:szCs w:val="24"/>
          <w:shd w:val="clear" w:color="auto" w:fill="FFFFFF"/>
          <w:lang w:val="ru-RU"/>
        </w:rPr>
        <w:t xml:space="preserve">, за период проведения кампании ролики были просмотрены 600 тысяч раз.  На фото 2, страница из </w:t>
      </w:r>
      <w:proofErr w:type="spellStart"/>
      <w:r w:rsidRPr="00CF7AB2">
        <w:rPr>
          <w:rFonts w:ascii="Arial" w:hAnsi="Arial" w:cs="Arial"/>
          <w:sz w:val="24"/>
          <w:szCs w:val="24"/>
          <w:shd w:val="clear" w:color="auto" w:fill="FFFFFF"/>
          <w:lang w:val="ru-RU"/>
        </w:rPr>
        <w:t>инстаграма</w:t>
      </w:r>
      <w:proofErr w:type="spellEnd"/>
      <w:r w:rsidRPr="00CF7AB2">
        <w:rPr>
          <w:rFonts w:ascii="Arial" w:hAnsi="Arial" w:cs="Arial"/>
          <w:sz w:val="24"/>
          <w:szCs w:val="24"/>
          <w:shd w:val="clear" w:color="auto" w:fill="FFFFFF"/>
          <w:lang w:val="ru-RU"/>
        </w:rPr>
        <w:t xml:space="preserve"> популярного </w:t>
      </w:r>
      <w:proofErr w:type="spellStart"/>
      <w:r w:rsidRPr="00CF7AB2">
        <w:rPr>
          <w:rFonts w:ascii="Arial" w:hAnsi="Arial" w:cs="Arial"/>
          <w:sz w:val="24"/>
          <w:szCs w:val="24"/>
          <w:shd w:val="clear" w:color="auto" w:fill="FFFFFF"/>
          <w:lang w:val="ru-RU"/>
        </w:rPr>
        <w:t>бло</w:t>
      </w:r>
      <w:r>
        <w:rPr>
          <w:rFonts w:ascii="Arial" w:hAnsi="Arial" w:cs="Arial"/>
          <w:sz w:val="24"/>
          <w:szCs w:val="24"/>
          <w:shd w:val="clear" w:color="auto" w:fill="FFFFFF"/>
          <w:lang w:val="ru-RU"/>
        </w:rPr>
        <w:t>гера</w:t>
      </w:r>
      <w:proofErr w:type="spellEnd"/>
      <w:r>
        <w:rPr>
          <w:rFonts w:ascii="Arial" w:hAnsi="Arial" w:cs="Arial"/>
          <w:sz w:val="24"/>
          <w:szCs w:val="24"/>
          <w:shd w:val="clear" w:color="auto" w:fill="FFFFFF"/>
          <w:lang w:val="ru-RU"/>
        </w:rPr>
        <w:t xml:space="preserve"> и фотомодели </w:t>
      </w:r>
      <w:proofErr w:type="spellStart"/>
      <w:r>
        <w:rPr>
          <w:rFonts w:ascii="Arial" w:hAnsi="Arial" w:cs="Arial"/>
          <w:sz w:val="24"/>
          <w:szCs w:val="24"/>
          <w:shd w:val="clear" w:color="auto" w:fill="FFFFFF"/>
          <w:lang w:val="ru-RU"/>
        </w:rPr>
        <w:t>Тамины</w:t>
      </w:r>
      <w:proofErr w:type="spellEnd"/>
      <w:r>
        <w:rPr>
          <w:rFonts w:ascii="Arial" w:hAnsi="Arial" w:cs="Arial"/>
          <w:sz w:val="24"/>
          <w:szCs w:val="24"/>
          <w:shd w:val="clear" w:color="auto" w:fill="FFFFFF"/>
          <w:lang w:val="ru-RU"/>
        </w:rPr>
        <w:t xml:space="preserve"> </w:t>
      </w:r>
      <w:proofErr w:type="spellStart"/>
      <w:r>
        <w:rPr>
          <w:rFonts w:ascii="Arial" w:hAnsi="Arial" w:cs="Arial"/>
          <w:sz w:val="24"/>
          <w:szCs w:val="24"/>
          <w:shd w:val="clear" w:color="auto" w:fill="FFFFFF"/>
          <w:lang w:val="ru-RU"/>
        </w:rPr>
        <w:t>Раиповой</w:t>
      </w:r>
      <w:proofErr w:type="spellEnd"/>
      <w:r>
        <w:rPr>
          <w:rFonts w:ascii="Arial" w:hAnsi="Arial" w:cs="Arial"/>
          <w:sz w:val="24"/>
          <w:szCs w:val="24"/>
          <w:shd w:val="clear" w:color="auto" w:fill="FFFFFF"/>
          <w:lang w:val="ru-RU"/>
        </w:rPr>
        <w:t xml:space="preserve"> об участии в проекте ЮНЕСКО.</w:t>
      </w:r>
    </w:p>
    <w:p w:rsidR="004A0353" w:rsidRDefault="004A0353" w:rsidP="004A0353">
      <w:pPr>
        <w:pStyle w:val="a5"/>
        <w:ind w:firstLine="720"/>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Фото 2.</w:t>
      </w:r>
    </w:p>
    <w:p w:rsidR="004A0353" w:rsidRDefault="004A0353" w:rsidP="004A0353">
      <w:pPr>
        <w:pStyle w:val="a5"/>
        <w:ind w:firstLine="720"/>
        <w:jc w:val="both"/>
        <w:rPr>
          <w:rFonts w:ascii="Arial" w:hAnsi="Arial" w:cs="Arial"/>
          <w:sz w:val="24"/>
          <w:szCs w:val="24"/>
          <w:shd w:val="clear" w:color="auto" w:fill="FFFFFF"/>
          <w:lang w:val="ru-RU"/>
        </w:rPr>
      </w:pPr>
    </w:p>
    <w:p w:rsidR="004A0353" w:rsidRPr="00E11E20" w:rsidRDefault="004A0353" w:rsidP="004A0353">
      <w:pPr>
        <w:pStyle w:val="a5"/>
        <w:ind w:firstLine="720"/>
        <w:jc w:val="both"/>
        <w:rPr>
          <w:rFonts w:ascii="Arial" w:hAnsi="Arial" w:cs="Arial"/>
          <w:sz w:val="24"/>
          <w:szCs w:val="24"/>
          <w:shd w:val="clear" w:color="auto" w:fill="FFFFFF"/>
          <w:lang w:val="ru-RU"/>
        </w:rPr>
      </w:pPr>
      <w:r>
        <w:rPr>
          <w:noProof/>
          <w:lang w:val="ru-RU" w:eastAsia="ru-RU"/>
        </w:rPr>
        <w:lastRenderedPageBreak/>
        <w:drawing>
          <wp:inline distT="0" distB="0" distL="0" distR="0" wp14:anchorId="1F9D3BCE" wp14:editId="6E0C09A0">
            <wp:extent cx="4305300" cy="25353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17493" cy="2542483"/>
                    </a:xfrm>
                    <a:prstGeom prst="rect">
                      <a:avLst/>
                    </a:prstGeom>
                  </pic:spPr>
                </pic:pic>
              </a:graphicData>
            </a:graphic>
          </wp:inline>
        </w:drawing>
      </w:r>
    </w:p>
    <w:p w:rsidR="004A0353" w:rsidRDefault="004A0353" w:rsidP="004A0353">
      <w:pPr>
        <w:pStyle w:val="a5"/>
        <w:ind w:firstLine="720"/>
        <w:jc w:val="both"/>
        <w:rPr>
          <w:rFonts w:ascii="Arial" w:hAnsi="Arial" w:cs="Arial"/>
          <w:sz w:val="24"/>
          <w:szCs w:val="24"/>
          <w:shd w:val="clear" w:color="auto" w:fill="FFFFFF"/>
          <w:lang w:val="ru-RU"/>
        </w:rPr>
      </w:pPr>
    </w:p>
    <w:p w:rsidR="004A0353" w:rsidRDefault="004A0353" w:rsidP="004A0353">
      <w:pPr>
        <w:pStyle w:val="a5"/>
        <w:ind w:firstLine="720"/>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 xml:space="preserve">Подход </w:t>
      </w:r>
      <w:proofErr w:type="spellStart"/>
      <w:r>
        <w:rPr>
          <w:rFonts w:ascii="Arial" w:hAnsi="Arial" w:cs="Arial"/>
          <w:sz w:val="24"/>
          <w:szCs w:val="24"/>
          <w:shd w:val="clear" w:color="auto" w:fill="FFFFFF"/>
          <w:lang w:val="ru-RU"/>
        </w:rPr>
        <w:t>сторителинг</w:t>
      </w:r>
      <w:proofErr w:type="spellEnd"/>
      <w:r>
        <w:rPr>
          <w:rFonts w:ascii="Arial" w:hAnsi="Arial" w:cs="Arial"/>
          <w:sz w:val="24"/>
          <w:szCs w:val="24"/>
          <w:shd w:val="clear" w:color="auto" w:fill="FFFFFF"/>
          <w:lang w:val="ru-RU"/>
        </w:rPr>
        <w:t xml:space="preserve"> с участием трех героев с диагнозом ВИЧ инфекция, набрал более 300,000 просмотрев на канале </w:t>
      </w:r>
      <w:proofErr w:type="spellStart"/>
      <w:r>
        <w:rPr>
          <w:rFonts w:ascii="Arial" w:hAnsi="Arial" w:cs="Arial"/>
          <w:sz w:val="24"/>
          <w:szCs w:val="24"/>
          <w:shd w:val="clear" w:color="auto" w:fill="FFFFFF"/>
          <w:lang w:val="ru-RU"/>
        </w:rPr>
        <w:t>ютубе</w:t>
      </w:r>
      <w:proofErr w:type="spellEnd"/>
      <w:r>
        <w:rPr>
          <w:rFonts w:ascii="Arial" w:hAnsi="Arial" w:cs="Arial"/>
          <w:sz w:val="24"/>
          <w:szCs w:val="24"/>
          <w:shd w:val="clear" w:color="auto" w:fill="FFFFFF"/>
          <w:lang w:val="ru-RU"/>
        </w:rPr>
        <w:t>.</w:t>
      </w:r>
    </w:p>
    <w:p w:rsidR="004A0353" w:rsidRDefault="004A0353" w:rsidP="004A0353">
      <w:pPr>
        <w:pStyle w:val="a5"/>
        <w:ind w:firstLine="720"/>
        <w:jc w:val="both"/>
        <w:rPr>
          <w:rFonts w:ascii="Arial" w:hAnsi="Arial" w:cs="Arial"/>
          <w:sz w:val="24"/>
          <w:szCs w:val="24"/>
          <w:shd w:val="clear" w:color="auto" w:fill="FFFFFF"/>
          <w:lang w:val="ru-RU"/>
        </w:rPr>
      </w:pPr>
    </w:p>
    <w:p w:rsidR="004A0353" w:rsidRDefault="004A0353" w:rsidP="004A0353">
      <w:pPr>
        <w:pStyle w:val="a5"/>
        <w:ind w:firstLine="720"/>
        <w:jc w:val="both"/>
        <w:rPr>
          <w:rFonts w:ascii="Arial" w:hAnsi="Arial" w:cs="Arial"/>
          <w:sz w:val="24"/>
          <w:szCs w:val="24"/>
          <w:shd w:val="clear" w:color="auto" w:fill="FFFFFF"/>
          <w:lang w:val="ru-RU"/>
        </w:rPr>
      </w:pPr>
      <w:r>
        <w:rPr>
          <w:noProof/>
          <w:lang w:val="ru-RU" w:eastAsia="ru-RU"/>
        </w:rPr>
        <w:drawing>
          <wp:inline distT="0" distB="0" distL="0" distR="0" wp14:anchorId="5EDA3D61" wp14:editId="75718E9F">
            <wp:extent cx="4533900" cy="2664464"/>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2607" cy="2669581"/>
                    </a:xfrm>
                    <a:prstGeom prst="rect">
                      <a:avLst/>
                    </a:prstGeom>
                  </pic:spPr>
                </pic:pic>
              </a:graphicData>
            </a:graphic>
          </wp:inline>
        </w:drawing>
      </w:r>
    </w:p>
    <w:p w:rsidR="004A0353" w:rsidRDefault="004A0353" w:rsidP="004A0353">
      <w:pPr>
        <w:pStyle w:val="a5"/>
        <w:ind w:firstLine="720"/>
        <w:jc w:val="both"/>
        <w:rPr>
          <w:rFonts w:ascii="Arial" w:hAnsi="Arial" w:cs="Arial"/>
          <w:sz w:val="24"/>
          <w:szCs w:val="24"/>
          <w:shd w:val="clear" w:color="auto" w:fill="FFFFFF"/>
          <w:lang w:val="ru-RU"/>
        </w:rPr>
      </w:pPr>
    </w:p>
    <w:p w:rsidR="004A0353" w:rsidRDefault="004A0353" w:rsidP="004A0353">
      <w:pPr>
        <w:pStyle w:val="a5"/>
        <w:ind w:firstLine="720"/>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 xml:space="preserve">Дополнительными каналами продвижения кампании </w:t>
      </w:r>
      <w:r w:rsidRPr="00782322">
        <w:rPr>
          <w:rFonts w:ascii="Arial" w:hAnsi="Arial" w:cs="Arial"/>
          <w:sz w:val="24"/>
          <w:szCs w:val="24"/>
          <w:shd w:val="clear" w:color="auto" w:fill="FFFFFF"/>
          <w:lang w:val="ru-RU"/>
        </w:rPr>
        <w:t>#</w:t>
      </w:r>
      <w:proofErr w:type="spellStart"/>
      <w:r>
        <w:rPr>
          <w:rFonts w:ascii="Arial" w:hAnsi="Arial" w:cs="Arial"/>
          <w:sz w:val="24"/>
          <w:szCs w:val="24"/>
          <w:shd w:val="clear" w:color="auto" w:fill="FFFFFF"/>
          <w:lang w:val="ru-RU"/>
        </w:rPr>
        <w:t>НиктоНелишний</w:t>
      </w:r>
      <w:proofErr w:type="spellEnd"/>
      <w:r>
        <w:rPr>
          <w:rFonts w:ascii="Arial" w:hAnsi="Arial" w:cs="Arial"/>
          <w:sz w:val="24"/>
          <w:szCs w:val="24"/>
          <w:shd w:val="clear" w:color="auto" w:fill="FFFFFF"/>
          <w:lang w:val="ru-RU"/>
        </w:rPr>
        <w:t xml:space="preserve"> стали официальный веб-сайт и медиа каналы Кластерного офиса ЮНЕСКО (</w:t>
      </w:r>
      <w:proofErr w:type="spellStart"/>
      <w:r>
        <w:rPr>
          <w:rFonts w:ascii="Arial" w:hAnsi="Arial" w:cs="Arial"/>
          <w:sz w:val="24"/>
          <w:szCs w:val="24"/>
          <w:shd w:val="clear" w:color="auto" w:fill="FFFFFF"/>
          <w:lang w:val="ru-RU"/>
        </w:rPr>
        <w:t>ютубе</w:t>
      </w:r>
      <w:proofErr w:type="spellEnd"/>
      <w:r>
        <w:rPr>
          <w:rFonts w:ascii="Arial" w:hAnsi="Arial" w:cs="Arial"/>
          <w:sz w:val="24"/>
          <w:szCs w:val="24"/>
          <w:shd w:val="clear" w:color="auto" w:fill="FFFFFF"/>
          <w:lang w:val="ru-RU"/>
        </w:rPr>
        <w:t xml:space="preserve">, </w:t>
      </w:r>
      <w:proofErr w:type="spellStart"/>
      <w:r>
        <w:rPr>
          <w:rFonts w:ascii="Arial" w:hAnsi="Arial" w:cs="Arial"/>
          <w:sz w:val="24"/>
          <w:szCs w:val="24"/>
          <w:shd w:val="clear" w:color="auto" w:fill="FFFFFF"/>
          <w:lang w:val="ru-RU"/>
        </w:rPr>
        <w:t>инстаграм</w:t>
      </w:r>
      <w:proofErr w:type="spellEnd"/>
      <w:r>
        <w:rPr>
          <w:rFonts w:ascii="Arial" w:hAnsi="Arial" w:cs="Arial"/>
          <w:sz w:val="24"/>
          <w:szCs w:val="24"/>
          <w:shd w:val="clear" w:color="auto" w:fill="FFFFFF"/>
          <w:lang w:val="ru-RU"/>
        </w:rPr>
        <w:t xml:space="preserve">), веб-портал </w:t>
      </w:r>
      <w:proofErr w:type="spellStart"/>
      <w:r>
        <w:rPr>
          <w:rFonts w:ascii="Arial" w:hAnsi="Arial" w:cs="Arial"/>
          <w:sz w:val="24"/>
          <w:szCs w:val="24"/>
          <w:shd w:val="clear" w:color="auto" w:fill="FFFFFF"/>
        </w:rPr>
        <w:t>Namba</w:t>
      </w:r>
      <w:proofErr w:type="spellEnd"/>
      <w:r w:rsidRPr="00C75169">
        <w:rPr>
          <w:rFonts w:ascii="Arial" w:hAnsi="Arial" w:cs="Arial"/>
          <w:sz w:val="24"/>
          <w:szCs w:val="24"/>
          <w:shd w:val="clear" w:color="auto" w:fill="FFFFFF"/>
          <w:lang w:val="ru-RU"/>
        </w:rPr>
        <w:t xml:space="preserve"> </w:t>
      </w:r>
      <w:r>
        <w:rPr>
          <w:rFonts w:ascii="Arial" w:hAnsi="Arial" w:cs="Arial"/>
          <w:sz w:val="24"/>
          <w:szCs w:val="24"/>
          <w:shd w:val="clear" w:color="auto" w:fill="FFFFFF"/>
          <w:lang w:val="ru-RU"/>
        </w:rPr>
        <w:t xml:space="preserve">и аналитический журнал </w:t>
      </w:r>
      <w:proofErr w:type="spellStart"/>
      <w:r>
        <w:rPr>
          <w:rFonts w:ascii="Arial" w:hAnsi="Arial" w:cs="Arial"/>
          <w:sz w:val="24"/>
          <w:szCs w:val="24"/>
          <w:shd w:val="clear" w:color="auto" w:fill="FFFFFF"/>
        </w:rPr>
        <w:t>Vlast</w:t>
      </w:r>
      <w:proofErr w:type="spellEnd"/>
      <w:r w:rsidRPr="00914ECC">
        <w:rPr>
          <w:rFonts w:ascii="Arial" w:hAnsi="Arial" w:cs="Arial"/>
          <w:sz w:val="24"/>
          <w:szCs w:val="24"/>
          <w:shd w:val="clear" w:color="auto" w:fill="FFFFFF"/>
          <w:lang w:val="ru-RU"/>
        </w:rPr>
        <w:t>.</w:t>
      </w:r>
      <w:proofErr w:type="spellStart"/>
      <w:r>
        <w:rPr>
          <w:rFonts w:ascii="Arial" w:hAnsi="Arial" w:cs="Arial"/>
          <w:sz w:val="24"/>
          <w:szCs w:val="24"/>
          <w:shd w:val="clear" w:color="auto" w:fill="FFFFFF"/>
        </w:rPr>
        <w:t>kz</w:t>
      </w:r>
      <w:proofErr w:type="spellEnd"/>
      <w:r>
        <w:rPr>
          <w:rFonts w:ascii="Arial" w:hAnsi="Arial" w:cs="Arial"/>
          <w:sz w:val="24"/>
          <w:szCs w:val="24"/>
          <w:shd w:val="clear" w:color="auto" w:fill="FFFFFF"/>
          <w:lang w:val="ru-RU"/>
        </w:rPr>
        <w:t xml:space="preserve">, в результате кампании общее число просмотров достигло около 1,5 миллиона с очень положительной обратной связью от просмотров. </w:t>
      </w:r>
    </w:p>
    <w:p w:rsidR="004A2670" w:rsidRDefault="004A2670" w:rsidP="004A0353">
      <w:pPr>
        <w:pStyle w:val="a5"/>
        <w:ind w:firstLine="720"/>
        <w:jc w:val="both"/>
        <w:rPr>
          <w:rFonts w:ascii="Arial" w:hAnsi="Arial" w:cs="Arial"/>
          <w:sz w:val="24"/>
          <w:szCs w:val="24"/>
          <w:shd w:val="clear" w:color="auto" w:fill="FFFFFF"/>
          <w:lang w:val="ru-RU"/>
        </w:rPr>
      </w:pPr>
    </w:p>
    <w:p w:rsidR="004A0353" w:rsidRDefault="004A0353" w:rsidP="004A0353">
      <w:pPr>
        <w:pStyle w:val="a5"/>
        <w:ind w:firstLine="720"/>
        <w:jc w:val="both"/>
        <w:rPr>
          <w:rFonts w:ascii="Arial" w:hAnsi="Arial" w:cs="Arial"/>
          <w:sz w:val="24"/>
          <w:szCs w:val="24"/>
          <w:shd w:val="clear" w:color="auto" w:fill="FFFFFF"/>
          <w:lang w:val="ru-RU"/>
        </w:rPr>
      </w:pPr>
    </w:p>
    <w:p w:rsidR="004A0353" w:rsidRDefault="004A0353" w:rsidP="004A0353">
      <w:pPr>
        <w:pStyle w:val="a5"/>
        <w:jc w:val="both"/>
        <w:rPr>
          <w:rFonts w:ascii="Arial" w:hAnsi="Arial" w:cs="Arial"/>
          <w:sz w:val="24"/>
          <w:szCs w:val="24"/>
          <w:shd w:val="clear" w:color="auto" w:fill="FFFFFF"/>
          <w:lang w:val="ru-RU"/>
        </w:rPr>
      </w:pPr>
      <w:r>
        <w:rPr>
          <w:noProof/>
          <w:lang w:val="ru-RU" w:eastAsia="ru-RU"/>
        </w:rPr>
        <w:lastRenderedPageBreak/>
        <w:drawing>
          <wp:inline distT="0" distB="0" distL="0" distR="0" wp14:anchorId="2079688B" wp14:editId="6CAC5CDB">
            <wp:extent cx="5257800" cy="308483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7800" cy="3084830"/>
                    </a:xfrm>
                    <a:prstGeom prst="rect">
                      <a:avLst/>
                    </a:prstGeom>
                  </pic:spPr>
                </pic:pic>
              </a:graphicData>
            </a:graphic>
          </wp:inline>
        </w:drawing>
      </w:r>
      <w:r>
        <w:rPr>
          <w:rFonts w:ascii="Arial" w:hAnsi="Arial" w:cs="Arial"/>
          <w:sz w:val="24"/>
          <w:szCs w:val="24"/>
          <w:shd w:val="clear" w:color="auto" w:fill="FFFFFF"/>
          <w:lang w:val="ru-RU"/>
        </w:rPr>
        <w:t xml:space="preserve">  </w:t>
      </w:r>
    </w:p>
    <w:p w:rsidR="004A0353" w:rsidRDefault="004A0353" w:rsidP="004A0353">
      <w:pPr>
        <w:pStyle w:val="a5"/>
        <w:jc w:val="both"/>
        <w:rPr>
          <w:rFonts w:ascii="Arial" w:hAnsi="Arial" w:cs="Arial"/>
          <w:sz w:val="24"/>
          <w:szCs w:val="24"/>
          <w:shd w:val="clear" w:color="auto" w:fill="FFFFFF"/>
          <w:lang w:val="ru-RU"/>
        </w:rPr>
      </w:pPr>
    </w:p>
    <w:p w:rsidR="00D53C9D" w:rsidRPr="00DA5AFF" w:rsidRDefault="004A0353" w:rsidP="004A0353">
      <w:pPr>
        <w:pStyle w:val="a5"/>
        <w:jc w:val="both"/>
        <w:rPr>
          <w:rStyle w:val="af3"/>
          <w:rFonts w:ascii="Arial" w:hAnsi="Arial" w:cs="Arial"/>
          <w:sz w:val="24"/>
          <w:szCs w:val="24"/>
          <w:shd w:val="clear" w:color="auto" w:fill="FFFFFF"/>
          <w:lang w:val="ru-RU"/>
        </w:rPr>
      </w:pPr>
      <w:r>
        <w:rPr>
          <w:rFonts w:ascii="Arial" w:hAnsi="Arial" w:cs="Arial"/>
          <w:sz w:val="24"/>
          <w:szCs w:val="24"/>
          <w:shd w:val="clear" w:color="auto" w:fill="FFFFFF"/>
          <w:lang w:val="ru-RU"/>
        </w:rPr>
        <w:tab/>
      </w:r>
      <w:proofErr w:type="spellStart"/>
      <w:r w:rsidR="00D53C9D" w:rsidRPr="00D53C9D">
        <w:rPr>
          <w:rStyle w:val="af3"/>
          <w:rFonts w:ascii="Arial" w:hAnsi="Arial" w:cs="Arial"/>
          <w:sz w:val="24"/>
          <w:szCs w:val="24"/>
          <w:shd w:val="clear" w:color="auto" w:fill="FFFFFF"/>
          <w:lang w:val="ru-RU"/>
        </w:rPr>
        <w:t>Вайн</w:t>
      </w:r>
      <w:proofErr w:type="spellEnd"/>
      <w:r w:rsidR="00D53C9D" w:rsidRPr="00D53C9D">
        <w:rPr>
          <w:rStyle w:val="af3"/>
          <w:rFonts w:ascii="Arial" w:hAnsi="Arial" w:cs="Arial"/>
          <w:sz w:val="24"/>
          <w:szCs w:val="24"/>
          <w:shd w:val="clear" w:color="auto" w:fill="FFFFFF"/>
          <w:lang w:val="ru-RU"/>
        </w:rPr>
        <w:t>-проект</w:t>
      </w:r>
      <w:r w:rsidR="00D53C9D" w:rsidRPr="00D53C9D">
        <w:rPr>
          <w:rStyle w:val="af3"/>
          <w:rFonts w:ascii="Arial" w:hAnsi="Arial" w:cs="Arial"/>
          <w:sz w:val="24"/>
          <w:szCs w:val="24"/>
          <w:shd w:val="clear" w:color="auto" w:fill="FFFFFF"/>
        </w:rPr>
        <w:t> </w:t>
      </w:r>
    </w:p>
    <w:p w:rsidR="00D53C9D" w:rsidRPr="00DA5AFF" w:rsidRDefault="00D53C9D" w:rsidP="004A0353">
      <w:pPr>
        <w:pStyle w:val="a5"/>
        <w:jc w:val="both"/>
        <w:rPr>
          <w:rFonts w:ascii="Arial" w:hAnsi="Arial" w:cs="Arial"/>
          <w:sz w:val="24"/>
          <w:szCs w:val="24"/>
          <w:shd w:val="clear" w:color="auto" w:fill="FFFFFF"/>
          <w:lang w:val="ru-RU"/>
        </w:rPr>
      </w:pPr>
      <w:r w:rsidRPr="00D53C9D">
        <w:rPr>
          <w:rFonts w:ascii="Arial" w:hAnsi="Arial" w:cs="Arial"/>
          <w:sz w:val="24"/>
          <w:szCs w:val="24"/>
          <w:lang w:val="ru-RU"/>
        </w:rPr>
        <w:br/>
      </w:r>
      <w:proofErr w:type="spellStart"/>
      <w:r w:rsidRPr="00D53C9D">
        <w:rPr>
          <w:rFonts w:ascii="Arial" w:hAnsi="Arial" w:cs="Arial"/>
          <w:sz w:val="24"/>
          <w:szCs w:val="24"/>
          <w:shd w:val="clear" w:color="auto" w:fill="FFFFFF"/>
          <w:lang w:val="ru-RU"/>
        </w:rPr>
        <w:t>Вайн</w:t>
      </w:r>
      <w:proofErr w:type="spellEnd"/>
      <w:r w:rsidRPr="00D53C9D">
        <w:rPr>
          <w:rFonts w:ascii="Arial" w:hAnsi="Arial" w:cs="Arial"/>
          <w:sz w:val="24"/>
          <w:szCs w:val="24"/>
          <w:shd w:val="clear" w:color="auto" w:fill="FFFFFF"/>
          <w:lang w:val="ru-RU"/>
        </w:rPr>
        <w:t xml:space="preserve">-проект был направлен на охват большего количества молодых людей в возрасте 17-25 лет. Он привлек популярных молодых блогеров в Казахстане. Они подготовили и разместили на своих каналах </w:t>
      </w:r>
      <w:r w:rsidRPr="00D53C9D">
        <w:rPr>
          <w:rFonts w:ascii="Arial" w:hAnsi="Arial" w:cs="Arial"/>
          <w:sz w:val="24"/>
          <w:szCs w:val="24"/>
          <w:shd w:val="clear" w:color="auto" w:fill="FFFFFF"/>
        </w:rPr>
        <w:t>Instagram</w:t>
      </w:r>
      <w:r w:rsidRPr="00D53C9D">
        <w:rPr>
          <w:rFonts w:ascii="Arial" w:hAnsi="Arial" w:cs="Arial"/>
          <w:sz w:val="24"/>
          <w:szCs w:val="24"/>
          <w:shd w:val="clear" w:color="auto" w:fill="FFFFFF"/>
          <w:lang w:val="ru-RU"/>
        </w:rPr>
        <w:t xml:space="preserve"> и </w:t>
      </w:r>
      <w:r w:rsidRPr="00D53C9D">
        <w:rPr>
          <w:rFonts w:ascii="Arial" w:hAnsi="Arial" w:cs="Arial"/>
          <w:sz w:val="24"/>
          <w:szCs w:val="24"/>
          <w:shd w:val="clear" w:color="auto" w:fill="FFFFFF"/>
        </w:rPr>
        <w:t>YouTube</w:t>
      </w:r>
      <w:r w:rsidRPr="00D53C9D">
        <w:rPr>
          <w:rFonts w:ascii="Arial" w:hAnsi="Arial" w:cs="Arial"/>
          <w:sz w:val="24"/>
          <w:szCs w:val="24"/>
          <w:shd w:val="clear" w:color="auto" w:fill="FFFFFF"/>
          <w:lang w:val="ru-RU"/>
        </w:rPr>
        <w:t xml:space="preserve"> 3 </w:t>
      </w:r>
      <w:proofErr w:type="spellStart"/>
      <w:r w:rsidRPr="00D53C9D">
        <w:rPr>
          <w:rFonts w:ascii="Arial" w:hAnsi="Arial" w:cs="Arial"/>
          <w:sz w:val="24"/>
          <w:szCs w:val="24"/>
          <w:shd w:val="clear" w:color="auto" w:fill="FFFFFF"/>
          <w:lang w:val="ru-RU"/>
        </w:rPr>
        <w:t>вайна</w:t>
      </w:r>
      <w:proofErr w:type="spellEnd"/>
      <w:r w:rsidRPr="00D53C9D">
        <w:rPr>
          <w:rFonts w:ascii="Arial" w:hAnsi="Arial" w:cs="Arial"/>
          <w:sz w:val="24"/>
          <w:szCs w:val="24"/>
          <w:shd w:val="clear" w:color="auto" w:fill="FFFFFF"/>
          <w:lang w:val="ru-RU"/>
        </w:rPr>
        <w:t xml:space="preserve"> (короткие видеоролики, популярные в </w:t>
      </w:r>
      <w:r w:rsidRPr="00D53C9D">
        <w:rPr>
          <w:rFonts w:ascii="Arial" w:hAnsi="Arial" w:cs="Arial"/>
          <w:sz w:val="24"/>
          <w:szCs w:val="24"/>
          <w:shd w:val="clear" w:color="auto" w:fill="FFFFFF"/>
        </w:rPr>
        <w:t>Instagram</w:t>
      </w:r>
      <w:r w:rsidRPr="00D53C9D">
        <w:rPr>
          <w:rFonts w:ascii="Arial" w:hAnsi="Arial" w:cs="Arial"/>
          <w:sz w:val="24"/>
          <w:szCs w:val="24"/>
          <w:shd w:val="clear" w:color="auto" w:fill="FFFFFF"/>
          <w:lang w:val="ru-RU"/>
        </w:rPr>
        <w:t>) с призывом отказаться от стигматизации и дискриминации людей, живущих с ВИЧ.</w:t>
      </w:r>
      <w:r w:rsidRPr="00D53C9D">
        <w:rPr>
          <w:rFonts w:ascii="Arial" w:hAnsi="Arial" w:cs="Arial"/>
          <w:sz w:val="24"/>
          <w:szCs w:val="24"/>
          <w:shd w:val="clear" w:color="auto" w:fill="FFFFFF"/>
        </w:rPr>
        <w:t> </w:t>
      </w:r>
    </w:p>
    <w:p w:rsidR="004A0353" w:rsidRDefault="00D53C9D" w:rsidP="00D53C9D">
      <w:pPr>
        <w:pStyle w:val="a5"/>
        <w:ind w:firstLine="720"/>
        <w:jc w:val="both"/>
        <w:rPr>
          <w:rFonts w:ascii="Arial" w:hAnsi="Arial" w:cs="Arial"/>
          <w:sz w:val="24"/>
          <w:szCs w:val="24"/>
          <w:shd w:val="clear" w:color="auto" w:fill="FFFFFF"/>
          <w:lang w:val="ru-RU"/>
        </w:rPr>
      </w:pPr>
      <w:r>
        <w:rPr>
          <w:rFonts w:ascii="Arial" w:hAnsi="Arial" w:cs="Arial"/>
          <w:sz w:val="24"/>
          <w:szCs w:val="24"/>
          <w:shd w:val="clear" w:color="auto" w:fill="FFFFFF"/>
          <w:lang w:val="ru-RU"/>
        </w:rPr>
        <w:t>Для Казахстана</w:t>
      </w:r>
      <w:r w:rsidR="004A0353">
        <w:rPr>
          <w:rFonts w:ascii="Arial" w:hAnsi="Arial" w:cs="Arial"/>
          <w:sz w:val="24"/>
          <w:szCs w:val="24"/>
          <w:shd w:val="clear" w:color="auto" w:fill="FFFFFF"/>
          <w:lang w:val="ru-RU"/>
        </w:rPr>
        <w:t xml:space="preserve"> использование </w:t>
      </w:r>
      <w:proofErr w:type="spellStart"/>
      <w:r w:rsidR="004A0353">
        <w:rPr>
          <w:rFonts w:ascii="Arial" w:hAnsi="Arial" w:cs="Arial"/>
          <w:sz w:val="24"/>
          <w:szCs w:val="24"/>
          <w:shd w:val="clear" w:color="auto" w:fill="FFFFFF"/>
          <w:lang w:val="ru-RU"/>
        </w:rPr>
        <w:t>вайнеров</w:t>
      </w:r>
      <w:proofErr w:type="spellEnd"/>
      <w:r w:rsidR="004A0353">
        <w:rPr>
          <w:rFonts w:ascii="Arial" w:hAnsi="Arial" w:cs="Arial"/>
          <w:sz w:val="24"/>
          <w:szCs w:val="24"/>
          <w:shd w:val="clear" w:color="auto" w:fill="FFFFFF"/>
          <w:lang w:val="ru-RU"/>
        </w:rPr>
        <w:t>, активных и популярных в сети инстаграм</w:t>
      </w:r>
      <w:r w:rsidR="000B07DA">
        <w:rPr>
          <w:rFonts w:ascii="Arial" w:hAnsi="Arial" w:cs="Arial"/>
          <w:sz w:val="24"/>
          <w:szCs w:val="24"/>
          <w:shd w:val="clear" w:color="auto" w:fill="FFFFFF"/>
          <w:lang w:val="ru-RU"/>
        </w:rPr>
        <w:t xml:space="preserve"> стало своего рода инновационным подходом для проведения кампании по снижению стигмы и дискриминации в отношении людей, живущих с ВИЧ</w:t>
      </w:r>
      <w:r w:rsidR="004A0353">
        <w:rPr>
          <w:rFonts w:ascii="Arial" w:hAnsi="Arial" w:cs="Arial"/>
          <w:sz w:val="24"/>
          <w:szCs w:val="24"/>
          <w:shd w:val="clear" w:color="auto" w:fill="FFFFFF"/>
          <w:lang w:val="ru-RU"/>
        </w:rPr>
        <w:t xml:space="preserve">. Примером служит </w:t>
      </w:r>
      <w:proofErr w:type="spellStart"/>
      <w:r w:rsidR="004A0353">
        <w:rPr>
          <w:rFonts w:ascii="Arial" w:hAnsi="Arial" w:cs="Arial"/>
          <w:sz w:val="24"/>
          <w:szCs w:val="24"/>
          <w:shd w:val="clear" w:color="auto" w:fill="FFFFFF"/>
          <w:lang w:val="ru-RU"/>
        </w:rPr>
        <w:t>вайн</w:t>
      </w:r>
      <w:proofErr w:type="spellEnd"/>
      <w:r w:rsidR="004A0353">
        <w:rPr>
          <w:rFonts w:ascii="Arial" w:hAnsi="Arial" w:cs="Arial"/>
          <w:sz w:val="24"/>
          <w:szCs w:val="24"/>
          <w:shd w:val="clear" w:color="auto" w:fill="FFFFFF"/>
          <w:lang w:val="ru-RU"/>
        </w:rPr>
        <w:t xml:space="preserve">-проект с </w:t>
      </w:r>
      <w:proofErr w:type="spellStart"/>
      <w:r w:rsidR="004A0353">
        <w:rPr>
          <w:rFonts w:ascii="Arial" w:hAnsi="Arial" w:cs="Arial"/>
          <w:sz w:val="24"/>
          <w:szCs w:val="24"/>
          <w:shd w:val="clear" w:color="auto" w:fill="FFFFFF"/>
          <w:lang w:val="ru-RU"/>
        </w:rPr>
        <w:t>Эльданой</w:t>
      </w:r>
      <w:proofErr w:type="spellEnd"/>
      <w:r w:rsidR="004A0353">
        <w:rPr>
          <w:rFonts w:ascii="Arial" w:hAnsi="Arial" w:cs="Arial"/>
          <w:sz w:val="24"/>
          <w:szCs w:val="24"/>
          <w:shd w:val="clear" w:color="auto" w:fill="FFFFFF"/>
          <w:lang w:val="ru-RU"/>
        </w:rPr>
        <w:t xml:space="preserve"> с просмотром более чем 300, 000. </w:t>
      </w:r>
    </w:p>
    <w:p w:rsidR="004A0353" w:rsidRDefault="004A0353" w:rsidP="004A0353">
      <w:pPr>
        <w:pStyle w:val="a5"/>
        <w:jc w:val="both"/>
        <w:rPr>
          <w:rFonts w:ascii="Arial" w:hAnsi="Arial" w:cs="Arial"/>
          <w:sz w:val="24"/>
          <w:szCs w:val="24"/>
          <w:shd w:val="clear" w:color="auto" w:fill="FFFFFF"/>
          <w:lang w:val="ru-RU"/>
        </w:rPr>
      </w:pPr>
      <w:r>
        <w:rPr>
          <w:rFonts w:ascii="Arial" w:hAnsi="Arial" w:cs="Arial"/>
          <w:sz w:val="24"/>
          <w:szCs w:val="24"/>
          <w:shd w:val="clear" w:color="auto" w:fill="FFFFFF"/>
          <w:lang w:val="ru-RU"/>
        </w:rPr>
        <w:lastRenderedPageBreak/>
        <w:t xml:space="preserve"> </w:t>
      </w:r>
      <w:r>
        <w:rPr>
          <w:noProof/>
          <w:lang w:val="ru-RU" w:eastAsia="ru-RU"/>
        </w:rPr>
        <w:drawing>
          <wp:inline distT="0" distB="0" distL="0" distR="0" wp14:anchorId="2B733EE3" wp14:editId="7F4051B8">
            <wp:extent cx="5276215" cy="356679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6215" cy="3566795"/>
                    </a:xfrm>
                    <a:prstGeom prst="rect">
                      <a:avLst/>
                    </a:prstGeom>
                  </pic:spPr>
                </pic:pic>
              </a:graphicData>
            </a:graphic>
          </wp:inline>
        </w:drawing>
      </w:r>
    </w:p>
    <w:p w:rsidR="004A0353" w:rsidRDefault="004A0353" w:rsidP="004A0353">
      <w:pPr>
        <w:pStyle w:val="a5"/>
        <w:jc w:val="both"/>
        <w:rPr>
          <w:rFonts w:ascii="Arial" w:hAnsi="Arial" w:cs="Arial"/>
          <w:sz w:val="24"/>
          <w:szCs w:val="24"/>
          <w:shd w:val="clear" w:color="auto" w:fill="FFFFFF"/>
          <w:lang w:val="ru-RU"/>
        </w:rPr>
      </w:pPr>
    </w:p>
    <w:p w:rsidR="004A0353" w:rsidRPr="00A84152" w:rsidRDefault="00A84152" w:rsidP="00A84152">
      <w:pPr>
        <w:pStyle w:val="a5"/>
        <w:ind w:firstLine="720"/>
        <w:jc w:val="both"/>
        <w:rPr>
          <w:rFonts w:ascii="Arial" w:hAnsi="Arial" w:cs="Arial"/>
          <w:sz w:val="24"/>
          <w:szCs w:val="24"/>
          <w:shd w:val="clear" w:color="auto" w:fill="FFFFFF"/>
          <w:lang w:val="ru-RU"/>
        </w:rPr>
      </w:pPr>
      <w:r w:rsidRPr="00A84152">
        <w:rPr>
          <w:rFonts w:ascii="Arial" w:hAnsi="Arial" w:cs="Arial"/>
          <w:sz w:val="24"/>
          <w:szCs w:val="24"/>
          <w:shd w:val="clear" w:color="auto" w:fill="FFFFFF"/>
          <w:lang w:val="ru-RU"/>
        </w:rPr>
        <w:t xml:space="preserve">На сегодняшний день общее количество просмотров </w:t>
      </w:r>
      <w:proofErr w:type="gramStart"/>
      <w:r w:rsidRPr="00A84152">
        <w:rPr>
          <w:rFonts w:ascii="Arial" w:hAnsi="Arial" w:cs="Arial"/>
          <w:sz w:val="24"/>
          <w:szCs w:val="24"/>
          <w:shd w:val="clear" w:color="auto" w:fill="FFFFFF"/>
          <w:lang w:val="ru-RU"/>
        </w:rPr>
        <w:t>видео-роликов</w:t>
      </w:r>
      <w:proofErr w:type="gramEnd"/>
      <w:r w:rsidRPr="00A84152">
        <w:rPr>
          <w:rFonts w:ascii="Arial" w:hAnsi="Arial" w:cs="Arial"/>
          <w:sz w:val="24"/>
          <w:szCs w:val="24"/>
          <w:shd w:val="clear" w:color="auto" w:fill="FFFFFF"/>
          <w:lang w:val="ru-RU"/>
        </w:rPr>
        <w:t xml:space="preserve"> онлайн-кампании достигло около 1 миллиона. Они были показаны </w:t>
      </w:r>
      <w:proofErr w:type="gramStart"/>
      <w:r w:rsidRPr="00A84152">
        <w:rPr>
          <w:rFonts w:ascii="Arial" w:hAnsi="Arial" w:cs="Arial"/>
          <w:sz w:val="24"/>
          <w:szCs w:val="24"/>
          <w:shd w:val="clear" w:color="auto" w:fill="FFFFFF"/>
          <w:lang w:val="ru-RU"/>
        </w:rPr>
        <w:t>на</w:t>
      </w:r>
      <w:proofErr w:type="gramEnd"/>
      <w:r w:rsidRPr="00A84152">
        <w:rPr>
          <w:rFonts w:ascii="Arial" w:hAnsi="Arial" w:cs="Arial"/>
          <w:sz w:val="24"/>
          <w:szCs w:val="24"/>
          <w:shd w:val="clear" w:color="auto" w:fill="FFFFFF"/>
          <w:lang w:val="ru-RU"/>
        </w:rPr>
        <w:t xml:space="preserve"> популярном веб-портале </w:t>
      </w:r>
      <w:proofErr w:type="spellStart"/>
      <w:r w:rsidRPr="00A84152">
        <w:rPr>
          <w:rFonts w:ascii="Arial" w:hAnsi="Arial" w:cs="Arial"/>
          <w:sz w:val="24"/>
          <w:szCs w:val="24"/>
          <w:shd w:val="clear" w:color="auto" w:fill="FFFFFF"/>
        </w:rPr>
        <w:t>Namba</w:t>
      </w:r>
      <w:proofErr w:type="spellEnd"/>
      <w:r w:rsidRPr="00A84152">
        <w:rPr>
          <w:rFonts w:ascii="Arial" w:hAnsi="Arial" w:cs="Arial"/>
          <w:sz w:val="24"/>
          <w:szCs w:val="24"/>
          <w:shd w:val="clear" w:color="auto" w:fill="FFFFFF"/>
          <w:lang w:val="ru-RU"/>
        </w:rPr>
        <w:t>, и вместе с фотоколлажем они были опубликованы в формате</w:t>
      </w:r>
      <w:r w:rsidRPr="00A84152">
        <w:rPr>
          <w:rFonts w:ascii="Arial" w:hAnsi="Arial" w:cs="Arial"/>
          <w:sz w:val="24"/>
          <w:szCs w:val="24"/>
          <w:shd w:val="clear" w:color="auto" w:fill="FFFFFF"/>
        </w:rPr>
        <w:t> </w:t>
      </w:r>
      <w:hyperlink r:id="rId21" w:history="1">
        <w:proofErr w:type="spellStart"/>
        <w:r w:rsidRPr="00A84152">
          <w:rPr>
            <w:rStyle w:val="aff5"/>
            <w:rFonts w:ascii="Arial" w:hAnsi="Arial" w:cs="Arial"/>
            <w:color w:val="auto"/>
            <w:sz w:val="24"/>
            <w:szCs w:val="24"/>
            <w:shd w:val="clear" w:color="auto" w:fill="FFFFFF"/>
            <w:lang w:val="ru-RU"/>
          </w:rPr>
          <w:t>лонгрида</w:t>
        </w:r>
        <w:proofErr w:type="spellEnd"/>
      </w:hyperlink>
      <w:r>
        <w:rPr>
          <w:rFonts w:ascii="Arial" w:hAnsi="Arial" w:cs="Arial"/>
          <w:sz w:val="24"/>
          <w:szCs w:val="24"/>
          <w:lang w:val="ru-RU"/>
        </w:rPr>
        <w:t xml:space="preserve"> (длинных историй)</w:t>
      </w:r>
      <w:r w:rsidRPr="00A84152">
        <w:rPr>
          <w:rFonts w:ascii="Arial" w:hAnsi="Arial" w:cs="Arial"/>
          <w:sz w:val="24"/>
          <w:szCs w:val="24"/>
          <w:shd w:val="clear" w:color="auto" w:fill="FFFFFF"/>
        </w:rPr>
        <w:t> </w:t>
      </w:r>
      <w:r w:rsidRPr="00A84152">
        <w:rPr>
          <w:rFonts w:ascii="Arial" w:hAnsi="Arial" w:cs="Arial"/>
          <w:sz w:val="24"/>
          <w:szCs w:val="24"/>
          <w:shd w:val="clear" w:color="auto" w:fill="FFFFFF"/>
          <w:lang w:val="ru-RU"/>
        </w:rPr>
        <w:t xml:space="preserve">в аналитическом онлайн-журнале </w:t>
      </w:r>
      <w:proofErr w:type="spellStart"/>
      <w:r w:rsidRPr="00A84152">
        <w:rPr>
          <w:rFonts w:ascii="Arial" w:hAnsi="Arial" w:cs="Arial"/>
          <w:sz w:val="24"/>
          <w:szCs w:val="24"/>
          <w:shd w:val="clear" w:color="auto" w:fill="FFFFFF"/>
        </w:rPr>
        <w:t>Vlast</w:t>
      </w:r>
      <w:proofErr w:type="spellEnd"/>
      <w:r w:rsidRPr="00A84152">
        <w:rPr>
          <w:rFonts w:ascii="Arial" w:hAnsi="Arial" w:cs="Arial"/>
          <w:sz w:val="24"/>
          <w:szCs w:val="24"/>
          <w:shd w:val="clear" w:color="auto" w:fill="FFFFFF"/>
          <w:lang w:val="ru-RU"/>
        </w:rPr>
        <w:t>.</w:t>
      </w:r>
      <w:proofErr w:type="spellStart"/>
      <w:r w:rsidRPr="00A84152">
        <w:rPr>
          <w:rFonts w:ascii="Arial" w:hAnsi="Arial" w:cs="Arial"/>
          <w:sz w:val="24"/>
          <w:szCs w:val="24"/>
          <w:shd w:val="clear" w:color="auto" w:fill="FFFFFF"/>
        </w:rPr>
        <w:t>kz</w:t>
      </w:r>
      <w:proofErr w:type="spellEnd"/>
      <w:r w:rsidRPr="00A84152">
        <w:rPr>
          <w:rFonts w:ascii="Arial" w:hAnsi="Arial" w:cs="Arial"/>
          <w:sz w:val="24"/>
          <w:szCs w:val="24"/>
          <w:shd w:val="clear" w:color="auto" w:fill="FFFFFF"/>
          <w:lang w:val="ru-RU"/>
        </w:rPr>
        <w:t>.</w:t>
      </w:r>
      <w:r w:rsidRPr="00A84152">
        <w:rPr>
          <w:rFonts w:ascii="Arial" w:hAnsi="Arial" w:cs="Arial"/>
          <w:sz w:val="24"/>
          <w:szCs w:val="24"/>
          <w:shd w:val="clear" w:color="auto" w:fill="FFFFFF"/>
        </w:rPr>
        <w:t> </w:t>
      </w:r>
    </w:p>
    <w:p w:rsidR="00875D9D" w:rsidRDefault="00875D9D" w:rsidP="00875D9D">
      <w:pPr>
        <w:pStyle w:val="ab"/>
        <w:spacing w:after="160" w:line="259" w:lineRule="auto"/>
        <w:rPr>
          <w:rFonts w:ascii="Arial" w:hAnsi="Arial" w:cs="Arial"/>
          <w:b/>
          <w:bCs/>
          <w:color w:val="002060"/>
          <w:sz w:val="24"/>
          <w:szCs w:val="24"/>
          <w:shd w:val="clear" w:color="auto" w:fill="FFFFFF"/>
          <w:lang w:val="ru-RU"/>
        </w:rPr>
      </w:pPr>
    </w:p>
    <w:p w:rsidR="00875D9D" w:rsidRPr="00875D9D" w:rsidRDefault="00875D9D" w:rsidP="00875D9D">
      <w:pPr>
        <w:pStyle w:val="ab"/>
        <w:spacing w:after="160" w:line="259" w:lineRule="auto"/>
        <w:rPr>
          <w:rFonts w:ascii="Arial" w:hAnsi="Arial" w:cs="Arial"/>
          <w:b/>
          <w:color w:val="002060"/>
          <w:sz w:val="24"/>
          <w:szCs w:val="24"/>
          <w:lang w:val="ru-RU"/>
        </w:rPr>
      </w:pPr>
      <w:r w:rsidRPr="00875D9D">
        <w:rPr>
          <w:rFonts w:ascii="Arial" w:hAnsi="Arial" w:cs="Arial"/>
          <w:b/>
          <w:bCs/>
          <w:color w:val="002060"/>
          <w:sz w:val="24"/>
          <w:szCs w:val="24"/>
          <w:shd w:val="clear" w:color="auto" w:fill="FFFFFF"/>
          <w:lang w:val="ru-RU"/>
        </w:rPr>
        <w:t>ОБЯЗАТЕЛЬСТВО 10</w:t>
      </w:r>
      <w:r w:rsidR="00AD1EAB" w:rsidRPr="00875D9D">
        <w:rPr>
          <w:rFonts w:ascii="Arial" w:hAnsi="Arial" w:cs="Arial"/>
          <w:b/>
          <w:bCs/>
          <w:color w:val="002060"/>
          <w:sz w:val="24"/>
          <w:szCs w:val="24"/>
          <w:shd w:val="clear" w:color="auto" w:fill="FFFFFF"/>
          <w:lang w:val="ru-RU"/>
        </w:rPr>
        <w:t>: предпринять</w:t>
      </w:r>
      <w:r w:rsidRPr="00875D9D">
        <w:rPr>
          <w:rFonts w:ascii="Arial" w:hAnsi="Arial" w:cs="Arial"/>
          <w:b/>
          <w:bCs/>
          <w:color w:val="002060"/>
          <w:sz w:val="24"/>
          <w:szCs w:val="24"/>
          <w:shd w:val="clear" w:color="auto" w:fill="FFFFFF"/>
          <w:lang w:val="ru-RU"/>
        </w:rPr>
        <w:t xml:space="preserve"> все усилия для отхода от практики изолированного рассмотрения проблемы СПИДа с помощью систем, ориентированных на интересы людей, для расширения охвата универсальными услугами в сфере здравоохранения, включая лечение от туберкулеза, рака шейки матки и гепатитов В и С</w:t>
      </w:r>
    </w:p>
    <w:p w:rsidR="00B067B7" w:rsidRPr="003F104A" w:rsidRDefault="00B067B7" w:rsidP="00B067B7">
      <w:pPr>
        <w:spacing w:after="0" w:line="240" w:lineRule="auto"/>
        <w:ind w:firstLine="720"/>
        <w:jc w:val="both"/>
        <w:rPr>
          <w:rFonts w:ascii="Arial" w:hAnsi="Arial" w:cs="Arial"/>
          <w:sz w:val="24"/>
          <w:szCs w:val="24"/>
          <w:shd w:val="clear" w:color="auto" w:fill="FFFFFF"/>
          <w:lang w:val="ru-RU"/>
        </w:rPr>
      </w:pPr>
      <w:r w:rsidRPr="003F104A">
        <w:rPr>
          <w:rFonts w:ascii="Arial" w:hAnsi="Arial" w:cs="Arial"/>
          <w:sz w:val="24"/>
          <w:szCs w:val="24"/>
          <w:shd w:val="clear" w:color="auto" w:fill="FFFFFF"/>
          <w:lang w:val="ru-RU"/>
        </w:rPr>
        <w:t xml:space="preserve">Согласно Стратегии интегрированного контроля туберкулеза, приоритетом противотуберкулезной службы сегодня является профилактика заболевания, его своевременное выявление и амбулаторное лечение больных. </w:t>
      </w:r>
      <w:r w:rsidR="00445177" w:rsidRPr="003F104A">
        <w:rPr>
          <w:rFonts w:ascii="Arial" w:hAnsi="Arial" w:cs="Arial"/>
          <w:sz w:val="24"/>
          <w:szCs w:val="24"/>
          <w:shd w:val="clear" w:color="auto" w:fill="FFFFFF"/>
          <w:lang w:val="ru-RU"/>
        </w:rPr>
        <w:t>На сегодняшний день в Казахстане, п</w:t>
      </w:r>
      <w:r w:rsidRPr="003F104A">
        <w:rPr>
          <w:rFonts w:ascii="Arial" w:hAnsi="Arial" w:cs="Arial"/>
          <w:sz w:val="24"/>
          <w:szCs w:val="24"/>
          <w:shd w:val="clear" w:color="auto" w:fill="FFFFFF"/>
          <w:lang w:val="ru-RU"/>
        </w:rPr>
        <w:t>ациенты, не выделяющие микобактерии туберкулеза и не представляющие опасности для окружающих, могут получать контролируемое лечение в поликлиниках по месту жительства, а также параллельно продолжить работу или учебу. Для лечения туберкулеза в стране на сегодня доступны все современные противотуберкулезные препараты, которые применяются в мире.</w:t>
      </w:r>
      <w:r w:rsidRPr="003F104A">
        <w:rPr>
          <w:rFonts w:ascii="Arial" w:hAnsi="Arial" w:cs="Arial"/>
          <w:sz w:val="24"/>
          <w:szCs w:val="24"/>
          <w:shd w:val="clear" w:color="auto" w:fill="FFFFFF"/>
        </w:rPr>
        <w:t> </w:t>
      </w:r>
    </w:p>
    <w:p w:rsidR="00823C28" w:rsidRPr="003F104A" w:rsidRDefault="00445177" w:rsidP="00B067B7">
      <w:pPr>
        <w:spacing w:after="0" w:line="240" w:lineRule="auto"/>
        <w:ind w:firstLine="720"/>
        <w:jc w:val="both"/>
        <w:rPr>
          <w:rFonts w:ascii="Arial" w:hAnsi="Arial" w:cs="Arial"/>
          <w:sz w:val="24"/>
          <w:szCs w:val="24"/>
          <w:shd w:val="clear" w:color="auto" w:fill="FFFFFF"/>
          <w:lang w:val="ru-RU"/>
        </w:rPr>
      </w:pPr>
      <w:r w:rsidRPr="003F104A">
        <w:rPr>
          <w:rFonts w:ascii="Arial" w:hAnsi="Arial" w:cs="Arial"/>
          <w:sz w:val="24"/>
          <w:szCs w:val="24"/>
          <w:shd w:val="clear" w:color="auto" w:fill="FFFFFF"/>
          <w:lang w:val="ru-RU"/>
        </w:rPr>
        <w:t xml:space="preserve">Республика </w:t>
      </w:r>
      <w:r w:rsidR="00823C28" w:rsidRPr="003F104A">
        <w:rPr>
          <w:rFonts w:ascii="Arial" w:hAnsi="Arial" w:cs="Arial"/>
          <w:sz w:val="24"/>
          <w:szCs w:val="24"/>
          <w:shd w:val="clear" w:color="auto" w:fill="FFFFFF"/>
          <w:lang w:val="ru-RU"/>
        </w:rPr>
        <w:t>Казахстан – одн</w:t>
      </w:r>
      <w:r w:rsidR="00CB230B" w:rsidRPr="003F104A">
        <w:rPr>
          <w:rFonts w:ascii="Arial" w:hAnsi="Arial" w:cs="Arial"/>
          <w:sz w:val="24"/>
          <w:szCs w:val="24"/>
          <w:shd w:val="clear" w:color="auto" w:fill="FFFFFF"/>
          <w:lang w:val="ru-RU"/>
        </w:rPr>
        <w:t>а</w:t>
      </w:r>
      <w:r w:rsidR="00823C28" w:rsidRPr="003F104A">
        <w:rPr>
          <w:rFonts w:ascii="Arial" w:hAnsi="Arial" w:cs="Arial"/>
          <w:sz w:val="24"/>
          <w:szCs w:val="24"/>
          <w:shd w:val="clear" w:color="auto" w:fill="FFFFFF"/>
          <w:lang w:val="ru-RU"/>
        </w:rPr>
        <w:t xml:space="preserve"> из немногих стран, где есть госпрограмма и адекватное финансирование противотуберкулёзных мероприятий. Имеется комплексный план по борьбе с туберкулёзом до 2020 года, утвержденный постановлением Правительства. В рамках которого целевой показатель по снижению смертности до 5,3 на 100 </w:t>
      </w:r>
      <w:proofErr w:type="spellStart"/>
      <w:r w:rsidR="00823C28" w:rsidRPr="003F104A">
        <w:rPr>
          <w:rFonts w:ascii="Arial" w:hAnsi="Arial" w:cs="Arial"/>
          <w:sz w:val="24"/>
          <w:szCs w:val="24"/>
          <w:shd w:val="clear" w:color="auto" w:fill="FFFFFF"/>
          <w:lang w:val="ru-RU"/>
        </w:rPr>
        <w:t>тыс</w:t>
      </w:r>
      <w:proofErr w:type="spellEnd"/>
      <w:r w:rsidR="00823C28" w:rsidRPr="003F104A">
        <w:rPr>
          <w:rFonts w:ascii="Arial" w:hAnsi="Arial" w:cs="Arial"/>
          <w:sz w:val="24"/>
          <w:szCs w:val="24"/>
          <w:shd w:val="clear" w:color="auto" w:fill="FFFFFF"/>
          <w:lang w:val="ru-RU"/>
        </w:rPr>
        <w:t xml:space="preserve"> населения и заболеваемости до 5,5 на 100 </w:t>
      </w:r>
      <w:proofErr w:type="spellStart"/>
      <w:r w:rsidR="00823C28" w:rsidRPr="003F104A">
        <w:rPr>
          <w:rFonts w:ascii="Arial" w:hAnsi="Arial" w:cs="Arial"/>
          <w:sz w:val="24"/>
          <w:szCs w:val="24"/>
          <w:shd w:val="clear" w:color="auto" w:fill="FFFFFF"/>
          <w:lang w:val="ru-RU"/>
        </w:rPr>
        <w:t>тыс</w:t>
      </w:r>
      <w:proofErr w:type="spellEnd"/>
      <w:r w:rsidR="00823C28" w:rsidRPr="003F104A">
        <w:rPr>
          <w:rFonts w:ascii="Arial" w:hAnsi="Arial" w:cs="Arial"/>
          <w:sz w:val="24"/>
          <w:szCs w:val="24"/>
          <w:shd w:val="clear" w:color="auto" w:fill="FFFFFF"/>
          <w:lang w:val="ru-RU"/>
        </w:rPr>
        <w:t xml:space="preserve"> к 2020 году</w:t>
      </w:r>
      <w:r w:rsidR="00CB230B" w:rsidRPr="003F104A">
        <w:rPr>
          <w:rFonts w:ascii="Arial" w:hAnsi="Arial" w:cs="Arial"/>
          <w:sz w:val="24"/>
          <w:szCs w:val="24"/>
          <w:shd w:val="clear" w:color="auto" w:fill="FFFFFF"/>
          <w:lang w:val="ru-RU"/>
        </w:rPr>
        <w:t xml:space="preserve">. </w:t>
      </w:r>
    </w:p>
    <w:p w:rsidR="00001021" w:rsidRPr="00823FBD" w:rsidRDefault="00001021" w:rsidP="00001021">
      <w:pPr>
        <w:spacing w:after="0" w:line="240" w:lineRule="auto"/>
        <w:ind w:firstLine="720"/>
        <w:jc w:val="both"/>
        <w:rPr>
          <w:rFonts w:ascii="Arial" w:hAnsi="Arial" w:cs="Arial"/>
          <w:sz w:val="24"/>
          <w:szCs w:val="24"/>
          <w:lang w:val="ru-RU"/>
        </w:rPr>
      </w:pPr>
      <w:bookmarkStart w:id="0" w:name="_GoBack"/>
      <w:r w:rsidRPr="00823FBD">
        <w:rPr>
          <w:rFonts w:ascii="Arial" w:hAnsi="Arial" w:cs="Arial"/>
          <w:sz w:val="24"/>
          <w:szCs w:val="24"/>
          <w:lang w:val="ru-RU"/>
        </w:rPr>
        <w:lastRenderedPageBreak/>
        <w:t xml:space="preserve">При выявлении ТБ во всех противотуберкулезных учреждениях проводят консультирование и тестирование на ВИЧ-инфекцию. В соответствии с национальными показателями, охват тестированием на ВИЧ по республике достиг 98% всех зарегистрированных случаев ТБ. В дальнейшем, если больной ТБ продолжает наблюдаться в активной группе учета по ТБ, тестирование на ВИЧ проводится один раз в полгода. </w:t>
      </w:r>
    </w:p>
    <w:bookmarkEnd w:id="0"/>
    <w:p w:rsidR="00EE50FD" w:rsidRDefault="00190C6B" w:rsidP="00EE50FD">
      <w:pPr>
        <w:spacing w:after="0" w:line="240" w:lineRule="auto"/>
        <w:jc w:val="both"/>
        <w:rPr>
          <w:rFonts w:ascii="Arial" w:hAnsi="Arial" w:cs="Arial"/>
          <w:color w:val="000000"/>
          <w:sz w:val="24"/>
          <w:szCs w:val="24"/>
          <w:shd w:val="clear" w:color="auto" w:fill="FFFFFF"/>
          <w:lang w:val="ru-RU"/>
        </w:rPr>
      </w:pPr>
      <w:r w:rsidRPr="003F104A">
        <w:rPr>
          <w:rFonts w:ascii="Arial" w:hAnsi="Arial" w:cs="Arial"/>
          <w:sz w:val="24"/>
          <w:szCs w:val="24"/>
          <w:lang w:val="ru-RU"/>
        </w:rPr>
        <w:tab/>
        <w:t>За отчетный период в Казахстане</w:t>
      </w:r>
      <w:r w:rsidRPr="003F104A">
        <w:rPr>
          <w:rFonts w:ascii="Arial" w:hAnsi="Arial" w:cs="Arial"/>
          <w:color w:val="000000"/>
          <w:sz w:val="24"/>
          <w:szCs w:val="24"/>
          <w:shd w:val="clear" w:color="auto" w:fill="FFFFFF"/>
          <w:lang w:val="ru-RU"/>
        </w:rPr>
        <w:t xml:space="preserve"> было организованно Национальное Партнерство «Остановим туберкулез в Р</w:t>
      </w:r>
      <w:r w:rsidR="003F104A">
        <w:rPr>
          <w:rFonts w:ascii="Arial" w:hAnsi="Arial" w:cs="Arial"/>
          <w:color w:val="000000"/>
          <w:sz w:val="24"/>
          <w:szCs w:val="24"/>
          <w:shd w:val="clear" w:color="auto" w:fill="FFFFFF"/>
          <w:lang w:val="ru-RU"/>
        </w:rPr>
        <w:t xml:space="preserve">еспублике </w:t>
      </w:r>
      <w:r w:rsidRPr="003F104A">
        <w:rPr>
          <w:rFonts w:ascii="Arial" w:hAnsi="Arial" w:cs="Arial"/>
          <w:color w:val="000000"/>
          <w:sz w:val="24"/>
          <w:szCs w:val="24"/>
          <w:shd w:val="clear" w:color="auto" w:fill="FFFFFF"/>
          <w:lang w:val="ru-RU"/>
        </w:rPr>
        <w:t>К</w:t>
      </w:r>
      <w:r w:rsidR="003F104A">
        <w:rPr>
          <w:rFonts w:ascii="Arial" w:hAnsi="Arial" w:cs="Arial"/>
          <w:color w:val="000000"/>
          <w:sz w:val="24"/>
          <w:szCs w:val="24"/>
          <w:shd w:val="clear" w:color="auto" w:fill="FFFFFF"/>
          <w:lang w:val="ru-RU"/>
        </w:rPr>
        <w:t>азахстан</w:t>
      </w:r>
      <w:r w:rsidRPr="003F104A">
        <w:rPr>
          <w:rFonts w:ascii="Arial" w:hAnsi="Arial" w:cs="Arial"/>
          <w:color w:val="000000"/>
          <w:sz w:val="24"/>
          <w:szCs w:val="24"/>
          <w:shd w:val="clear" w:color="auto" w:fill="FFFFFF"/>
          <w:lang w:val="ru-RU"/>
        </w:rPr>
        <w:t>». Его цель – консолидация усилий государственных, неправительственных организаций и частных лиц с целью снижения бремени заболевания в стране. Партнерство намерено проводить адвокационные мероприятия, повышающие доступ к качественной и современной помощи по туберкулезу людям из факторных групп населения, в снижение стигмы и дискриминации в отношении затронутых ТБ и ТБ/ВИЧ. Кроме того, мобилизовать возможности и ресурсы в оказании более эффективной ориентированной помощи больным ТБ, людям, живущим с ВИЧ, а также их близким и представителям уязвимых групп населения.</w:t>
      </w:r>
    </w:p>
    <w:p w:rsidR="006C5152" w:rsidRDefault="003F104A" w:rsidP="00D13B09">
      <w:pPr>
        <w:spacing w:after="0" w:line="240" w:lineRule="auto"/>
        <w:jc w:val="both"/>
        <w:rPr>
          <w:rFonts w:ascii="Arial" w:hAnsi="Arial" w:cs="Arial"/>
          <w:color w:val="000000"/>
          <w:sz w:val="24"/>
          <w:szCs w:val="24"/>
          <w:shd w:val="clear" w:color="auto" w:fill="FFFFFF"/>
          <w:lang w:val="ru-RU"/>
        </w:rPr>
      </w:pPr>
      <w:r>
        <w:rPr>
          <w:rFonts w:ascii="Arial" w:hAnsi="Arial" w:cs="Arial"/>
          <w:color w:val="000000"/>
          <w:sz w:val="24"/>
          <w:szCs w:val="24"/>
          <w:shd w:val="clear" w:color="auto" w:fill="FFFFFF"/>
          <w:lang w:val="ru-RU"/>
        </w:rPr>
        <w:tab/>
      </w:r>
      <w:r w:rsidRPr="00635D1B">
        <w:rPr>
          <w:rFonts w:ascii="Arial" w:hAnsi="Arial" w:cs="Arial"/>
          <w:color w:val="000000"/>
          <w:sz w:val="24"/>
          <w:szCs w:val="24"/>
          <w:shd w:val="clear" w:color="auto" w:fill="FFFFFF"/>
          <w:lang w:val="ru-RU"/>
        </w:rPr>
        <w:t xml:space="preserve">В рамках реализации партнерства «Остановим Туберкулез в Республике </w:t>
      </w:r>
      <w:r w:rsidR="00475944" w:rsidRPr="00635D1B">
        <w:rPr>
          <w:rFonts w:ascii="Arial" w:hAnsi="Arial" w:cs="Arial"/>
          <w:color w:val="000000"/>
          <w:sz w:val="24"/>
          <w:szCs w:val="24"/>
          <w:shd w:val="clear" w:color="auto" w:fill="FFFFFF"/>
          <w:lang w:val="ru-RU"/>
        </w:rPr>
        <w:t>Казахстан</w:t>
      </w:r>
      <w:r w:rsidRPr="00635D1B">
        <w:rPr>
          <w:rFonts w:ascii="Arial" w:hAnsi="Arial" w:cs="Arial"/>
          <w:color w:val="000000"/>
          <w:sz w:val="24"/>
          <w:szCs w:val="24"/>
          <w:shd w:val="clear" w:color="auto" w:fill="FFFFFF"/>
          <w:lang w:val="ru-RU"/>
        </w:rPr>
        <w:t>» провидится большое количество проектов, одним из которых явилась фотовыставка</w:t>
      </w:r>
      <w:r w:rsidR="00475944" w:rsidRPr="00635D1B">
        <w:rPr>
          <w:rFonts w:ascii="Arial" w:hAnsi="Arial" w:cs="Arial"/>
          <w:color w:val="000000"/>
          <w:sz w:val="24"/>
          <w:szCs w:val="24"/>
          <w:shd w:val="clear" w:color="auto" w:fill="FFFFFF"/>
          <w:lang w:val="ru-RU"/>
        </w:rPr>
        <w:t>, где свое отношение и осмысление туберкулеза, как заболевания, а также пути его лечения и период реабилитации показали пациенты</w:t>
      </w:r>
      <w:r w:rsidR="00B22FD6" w:rsidRPr="00635D1B">
        <w:rPr>
          <w:rFonts w:ascii="Arial" w:hAnsi="Arial" w:cs="Arial"/>
          <w:color w:val="000000"/>
          <w:sz w:val="24"/>
          <w:szCs w:val="24"/>
          <w:shd w:val="clear" w:color="auto" w:fill="FFFFFF"/>
          <w:lang w:val="ru-RU"/>
        </w:rPr>
        <w:t xml:space="preserve">, переболевшие туберкулезом. </w:t>
      </w:r>
      <w:r w:rsidR="005F6D78" w:rsidRPr="00635D1B">
        <w:rPr>
          <w:rFonts w:ascii="Arial" w:hAnsi="Arial" w:cs="Arial"/>
          <w:color w:val="000000"/>
          <w:sz w:val="24"/>
          <w:szCs w:val="24"/>
          <w:shd w:val="clear" w:color="auto" w:fill="FFFFFF"/>
          <w:lang w:val="ru-RU"/>
        </w:rPr>
        <w:t>Через снимки и цитаты авторы работ (сами прошедшие не легкий путь медикаментозного лечения и выздоровления) рассказали о своих переживаниях и чувствах с момента подтверждения диагноза до полного выздоровления от заболевания.</w:t>
      </w:r>
      <w:r w:rsidR="00D13B09" w:rsidRPr="00635D1B">
        <w:rPr>
          <w:rFonts w:ascii="Arial" w:hAnsi="Arial" w:cs="Arial"/>
          <w:color w:val="000000"/>
          <w:sz w:val="24"/>
          <w:szCs w:val="24"/>
          <w:shd w:val="clear" w:color="auto" w:fill="FFFFFF"/>
          <w:lang w:val="ru-RU"/>
        </w:rPr>
        <w:t xml:space="preserve"> Фотографиями и словами обращения с них, авторы работ призывают не замыкаться в себе</w:t>
      </w:r>
      <w:r w:rsidR="00F13B81" w:rsidRPr="00635D1B">
        <w:rPr>
          <w:rFonts w:ascii="Arial" w:hAnsi="Arial" w:cs="Arial"/>
          <w:color w:val="000000"/>
          <w:sz w:val="24"/>
          <w:szCs w:val="24"/>
          <w:shd w:val="clear" w:color="auto" w:fill="FFFFFF"/>
          <w:lang w:val="ru-RU"/>
        </w:rPr>
        <w:t xml:space="preserve"> узнав диагноз</w:t>
      </w:r>
      <w:r w:rsidR="00D13B09" w:rsidRPr="00635D1B">
        <w:rPr>
          <w:rFonts w:ascii="Arial" w:hAnsi="Arial" w:cs="Arial"/>
          <w:color w:val="000000"/>
          <w:sz w:val="24"/>
          <w:szCs w:val="24"/>
          <w:shd w:val="clear" w:color="auto" w:fill="FFFFFF"/>
          <w:lang w:val="ru-RU"/>
        </w:rPr>
        <w:t xml:space="preserve">, а </w:t>
      </w:r>
      <w:proofErr w:type="spellStart"/>
      <w:r w:rsidR="00D13B09" w:rsidRPr="00635D1B">
        <w:rPr>
          <w:rFonts w:ascii="Arial" w:hAnsi="Arial" w:cs="Arial"/>
          <w:color w:val="000000"/>
          <w:sz w:val="24"/>
          <w:szCs w:val="24"/>
          <w:shd w:val="clear" w:color="auto" w:fill="FFFFFF"/>
          <w:lang w:val="ru-RU"/>
        </w:rPr>
        <w:t>мобилизовав</w:t>
      </w:r>
      <w:r w:rsidR="00F13B81" w:rsidRPr="00635D1B">
        <w:rPr>
          <w:rFonts w:ascii="Arial" w:hAnsi="Arial" w:cs="Arial"/>
          <w:color w:val="000000"/>
          <w:sz w:val="24"/>
          <w:szCs w:val="24"/>
          <w:shd w:val="clear" w:color="auto" w:fill="FFFFFF"/>
          <w:lang w:val="ru-RU"/>
        </w:rPr>
        <w:t>аться</w:t>
      </w:r>
      <w:proofErr w:type="spellEnd"/>
      <w:r w:rsidR="00F13B81" w:rsidRPr="00635D1B">
        <w:rPr>
          <w:rFonts w:ascii="Arial" w:hAnsi="Arial" w:cs="Arial"/>
          <w:color w:val="000000"/>
          <w:sz w:val="24"/>
          <w:szCs w:val="24"/>
          <w:shd w:val="clear" w:color="auto" w:fill="FFFFFF"/>
          <w:lang w:val="ru-RU"/>
        </w:rPr>
        <w:t xml:space="preserve"> и направить все усилия на лечение </w:t>
      </w:r>
      <w:r w:rsidR="00635D1B" w:rsidRPr="00635D1B">
        <w:rPr>
          <w:rFonts w:ascii="Arial" w:hAnsi="Arial" w:cs="Arial"/>
          <w:color w:val="000000"/>
          <w:sz w:val="24"/>
          <w:szCs w:val="24"/>
          <w:shd w:val="clear" w:color="auto" w:fill="FFFFFF"/>
          <w:lang w:val="ru-RU"/>
        </w:rPr>
        <w:t xml:space="preserve">с заболеванием. </w:t>
      </w:r>
    </w:p>
    <w:p w:rsidR="00EE50FD" w:rsidRPr="00635D1B" w:rsidRDefault="00D13B09" w:rsidP="00D13B09">
      <w:pPr>
        <w:spacing w:after="0" w:line="240" w:lineRule="auto"/>
        <w:jc w:val="both"/>
        <w:rPr>
          <w:rFonts w:ascii="Arial" w:hAnsi="Arial" w:cs="Arial"/>
          <w:sz w:val="24"/>
          <w:szCs w:val="24"/>
          <w:lang w:val="ru-RU"/>
        </w:rPr>
      </w:pPr>
      <w:r w:rsidRPr="00635D1B">
        <w:rPr>
          <w:rFonts w:ascii="Arial" w:hAnsi="Arial" w:cs="Arial"/>
          <w:color w:val="000000"/>
          <w:sz w:val="24"/>
          <w:szCs w:val="24"/>
          <w:shd w:val="clear" w:color="auto" w:fill="FFFFFF"/>
          <w:lang w:val="ru-RU"/>
        </w:rPr>
        <w:t xml:space="preserve"> </w:t>
      </w:r>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4364"/>
      </w:tblGrid>
      <w:tr w:rsidR="006C5152" w:rsidTr="006C5152">
        <w:trPr>
          <w:trHeight w:val="1726"/>
        </w:trPr>
        <w:tc>
          <w:tcPr>
            <w:tcW w:w="1756" w:type="dxa"/>
          </w:tcPr>
          <w:p w:rsidR="006C5152" w:rsidRDefault="006C5152" w:rsidP="00EE50FD">
            <w:pPr>
              <w:rPr>
                <w:rFonts w:ascii="Arial" w:hAnsi="Arial" w:cs="Arial"/>
                <w:sz w:val="24"/>
                <w:szCs w:val="24"/>
                <w:lang w:val="ru-RU"/>
              </w:rPr>
            </w:pPr>
            <w:r>
              <w:rPr>
                <w:noProof/>
                <w:lang w:val="ru-RU" w:eastAsia="ru-RU"/>
              </w:rPr>
              <w:drawing>
                <wp:inline distT="0" distB="0" distL="0" distR="0" wp14:anchorId="5A196F10" wp14:editId="52D822C3">
                  <wp:extent cx="2488759" cy="1501775"/>
                  <wp:effectExtent l="0" t="0" r="6985" b="3175"/>
                  <wp:docPr id="15" name="Picture 15" descr="https://storage.yvision.kz/images/user/347906/ca706b3b7989eb249c8e10177fee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age.yvision.kz/images/user/347906/ca706b3b7989eb249c8e10177feec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9219" cy="1526190"/>
                          </a:xfrm>
                          <a:prstGeom prst="rect">
                            <a:avLst/>
                          </a:prstGeom>
                          <a:noFill/>
                          <a:ln>
                            <a:noFill/>
                          </a:ln>
                        </pic:spPr>
                      </pic:pic>
                    </a:graphicData>
                  </a:graphic>
                </wp:inline>
              </w:drawing>
            </w:r>
          </w:p>
        </w:tc>
        <w:tc>
          <w:tcPr>
            <w:tcW w:w="4364" w:type="dxa"/>
          </w:tcPr>
          <w:p w:rsidR="006C5152" w:rsidRDefault="006C5152" w:rsidP="00EE50FD">
            <w:pPr>
              <w:rPr>
                <w:rFonts w:ascii="Arial" w:hAnsi="Arial" w:cs="Arial"/>
                <w:sz w:val="24"/>
                <w:szCs w:val="24"/>
                <w:lang w:val="ru-RU"/>
              </w:rPr>
            </w:pPr>
            <w:r>
              <w:rPr>
                <w:noProof/>
                <w:lang w:val="ru-RU" w:eastAsia="ru-RU"/>
              </w:rPr>
              <w:drawing>
                <wp:inline distT="0" distB="0" distL="0" distR="0" wp14:anchorId="2E9F3B40" wp14:editId="1900BC51">
                  <wp:extent cx="2242267" cy="1930840"/>
                  <wp:effectExtent l="0" t="0" r="5715" b="0"/>
                  <wp:docPr id="16" name="Picture 16" descr="https://storage.yvision.kz/images/user/347906/2ef73307b17a636718b58f67254c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orage.yvision.kz/images/user/347906/2ef73307b17a636718b58f67254cc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7230" cy="1952336"/>
                          </a:xfrm>
                          <a:prstGeom prst="rect">
                            <a:avLst/>
                          </a:prstGeom>
                          <a:noFill/>
                          <a:ln>
                            <a:noFill/>
                          </a:ln>
                        </pic:spPr>
                      </pic:pic>
                    </a:graphicData>
                  </a:graphic>
                </wp:inline>
              </w:drawing>
            </w:r>
          </w:p>
        </w:tc>
      </w:tr>
    </w:tbl>
    <w:p w:rsidR="00516984" w:rsidRDefault="00516984">
      <w:pPr>
        <w:rPr>
          <w:rFonts w:ascii="Arial" w:hAnsi="Arial" w:cs="Arial"/>
          <w:sz w:val="24"/>
          <w:szCs w:val="24"/>
          <w:lang w:val="ru-RU"/>
        </w:rPr>
      </w:pPr>
    </w:p>
    <w:p w:rsidR="00B15FD7" w:rsidRDefault="00516984" w:rsidP="00B15FD7">
      <w:pPr>
        <w:pStyle w:val="affa"/>
        <w:shd w:val="clear" w:color="auto" w:fill="FFFFFF"/>
        <w:spacing w:before="0" w:beforeAutospacing="0" w:after="150" w:afterAutospacing="0" w:line="360" w:lineRule="atLeast"/>
        <w:jc w:val="both"/>
        <w:rPr>
          <w:rFonts w:ascii="Arial" w:hAnsi="Arial" w:cs="Arial"/>
        </w:rPr>
      </w:pPr>
      <w:r w:rsidRPr="00516984">
        <w:rPr>
          <w:rFonts w:ascii="Arial" w:hAnsi="Arial" w:cs="Arial"/>
        </w:rPr>
        <w:t>В Республике Казахстан большое внимание уделяется</w:t>
      </w:r>
      <w:r>
        <w:rPr>
          <w:rFonts w:ascii="Arial" w:hAnsi="Arial" w:cs="Arial"/>
        </w:rPr>
        <w:t xml:space="preserve"> профилактике и лечению гепатита С. </w:t>
      </w:r>
      <w:r w:rsidRPr="00516984">
        <w:rPr>
          <w:rFonts w:ascii="Arial" w:hAnsi="Arial" w:cs="Arial"/>
        </w:rPr>
        <w:t xml:space="preserve"> </w:t>
      </w:r>
    </w:p>
    <w:p w:rsidR="00B15FD7" w:rsidRPr="004C59D9" w:rsidRDefault="00B20872" w:rsidP="004C59D9">
      <w:pPr>
        <w:pStyle w:val="affa"/>
        <w:shd w:val="clear" w:color="auto" w:fill="FFFFFF"/>
        <w:spacing w:before="0" w:beforeAutospacing="0" w:after="0" w:afterAutospacing="0"/>
        <w:ind w:firstLine="720"/>
        <w:jc w:val="both"/>
        <w:rPr>
          <w:rFonts w:ascii="Arial" w:eastAsia="Times New Roman" w:hAnsi="Arial" w:cs="Arial"/>
        </w:rPr>
      </w:pPr>
      <w:r w:rsidRPr="00B20872">
        <w:rPr>
          <w:rFonts w:ascii="Arial" w:hAnsi="Arial" w:cs="Arial"/>
        </w:rPr>
        <w:t>Сегодня и п</w:t>
      </w:r>
      <w:r w:rsidRPr="00B20872">
        <w:rPr>
          <w:rFonts w:ascii="Arial" w:hAnsi="Arial" w:cs="Arial"/>
          <w:shd w:val="clear" w:color="auto" w:fill="FFFFFF"/>
        </w:rPr>
        <w:t xml:space="preserve">осле внедрения в 2020 году </w:t>
      </w:r>
      <w:r w:rsidRPr="00B15FD7">
        <w:rPr>
          <w:rFonts w:ascii="Arial" w:hAnsi="Arial" w:cs="Arial"/>
          <w:shd w:val="clear" w:color="auto" w:fill="FFFFFF"/>
        </w:rPr>
        <w:t>обязательного медицинского страхования прививки от гепатита казахстанцы продолжат получать абсолютно бесплатно.</w:t>
      </w:r>
      <w:r w:rsidR="00B15FD7">
        <w:rPr>
          <w:rFonts w:ascii="Arial" w:hAnsi="Arial" w:cs="Arial"/>
          <w:shd w:val="clear" w:color="auto" w:fill="FFFFFF"/>
        </w:rPr>
        <w:t xml:space="preserve"> В</w:t>
      </w:r>
      <w:r w:rsidR="00B15FD7" w:rsidRPr="00B15FD7">
        <w:rPr>
          <w:rFonts w:ascii="Arial" w:eastAsia="Times New Roman" w:hAnsi="Arial" w:cs="Arial"/>
          <w:bCs/>
          <w:lang w:eastAsia="en-US"/>
        </w:rPr>
        <w:t xml:space="preserve"> Казахстане разработана и утверждена Дорожная карта реализации мер по профилактике, диагностике, лечению и предотвращению последствий парентеральных вирусных гепатитов </w:t>
      </w:r>
      <w:r w:rsidR="00B15FD7" w:rsidRPr="00B15FD7">
        <w:rPr>
          <w:rFonts w:ascii="Arial" w:eastAsia="Times New Roman" w:hAnsi="Arial" w:cs="Arial"/>
          <w:bCs/>
          <w:lang w:eastAsia="en-US"/>
        </w:rPr>
        <w:lastRenderedPageBreak/>
        <w:t>(Приказ МЗ РК от 26 сентября №727 «О реализации мер по профилактике парентеральных вирусных гепатитов на 2017-2020 годы»). Дорожная карта рассчитана на 2017-2020 годы. В разработке столь важного документа приняли участие эксперты Министерства здравоохранения РК, ведущие специалисты-гастроэнтерологи и представители Общественного фонда «</w:t>
      </w:r>
      <w:r w:rsidR="00B15FD7" w:rsidRPr="00B15FD7">
        <w:rPr>
          <w:rFonts w:ascii="Arial" w:eastAsia="Times New Roman" w:hAnsi="Arial" w:cs="Arial"/>
          <w:bCs/>
          <w:lang w:val="en-US" w:eastAsia="en-US"/>
        </w:rPr>
        <w:t>AGEP</w:t>
      </w:r>
      <w:r w:rsidR="00B15FD7" w:rsidRPr="00B15FD7">
        <w:rPr>
          <w:rFonts w:ascii="Arial" w:eastAsia="Times New Roman" w:hAnsi="Arial" w:cs="Arial"/>
          <w:bCs/>
          <w:lang w:eastAsia="en-US"/>
        </w:rPr>
        <w:t>'</w:t>
      </w:r>
      <w:r w:rsidR="00B15FD7" w:rsidRPr="00B15FD7">
        <w:rPr>
          <w:rFonts w:ascii="Arial" w:eastAsia="Times New Roman" w:hAnsi="Arial" w:cs="Arial"/>
          <w:bCs/>
          <w:lang w:val="en-US" w:eastAsia="en-US"/>
        </w:rPr>
        <w:t>C</w:t>
      </w:r>
      <w:r w:rsidR="00B15FD7" w:rsidRPr="00B15FD7">
        <w:rPr>
          <w:rFonts w:ascii="Arial" w:eastAsia="Times New Roman" w:hAnsi="Arial" w:cs="Arial"/>
          <w:bCs/>
          <w:lang w:eastAsia="en-US"/>
        </w:rPr>
        <w:t>» - организации, которая отстаивает права пациентов с гепатитом С в Казахстане</w:t>
      </w:r>
      <w:r w:rsidR="00B15FD7" w:rsidRPr="00B15FD7">
        <w:rPr>
          <w:rFonts w:ascii="Arial" w:eastAsia="Times New Roman" w:hAnsi="Arial" w:cs="Arial"/>
          <w:b/>
          <w:bCs/>
          <w:lang w:eastAsia="en-US"/>
        </w:rPr>
        <w:t>.</w:t>
      </w:r>
      <w:r w:rsidR="00B15FD7">
        <w:rPr>
          <w:rFonts w:ascii="Arial" w:eastAsia="Times New Roman" w:hAnsi="Arial" w:cs="Arial"/>
          <w:b/>
          <w:bCs/>
          <w:lang w:eastAsia="en-US"/>
        </w:rPr>
        <w:t xml:space="preserve"> </w:t>
      </w:r>
      <w:r w:rsidR="00B15FD7" w:rsidRPr="00B15FD7">
        <w:rPr>
          <w:rFonts w:ascii="Arial" w:eastAsia="Times New Roman" w:hAnsi="Arial" w:cs="Arial"/>
        </w:rPr>
        <w:t>Документ предусматривает реализацию комплекса мер, нацеленных на элиминацию вирусных гепатитов в нашей стране. В частности, они направлены на совершенствование нормативно правовой базы, оценку реального бремени хронических вирусных гепатитов, укрепление кадрового потенциала и материально-технической базы, повышение качества и доступности лабораторной диагностики парентеральных вирусных гепатитов, профилактику заражения парентеральными гепатитами, обеспечение доступа к противовирусным препаратам и медицинской помощи пациентов с осложнениями вирусного гепатита.</w:t>
      </w:r>
    </w:p>
    <w:p w:rsidR="004C59D9" w:rsidRDefault="004C59D9" w:rsidP="004C59D9">
      <w:pPr>
        <w:pStyle w:val="affa"/>
        <w:shd w:val="clear" w:color="auto" w:fill="FFFFFF"/>
        <w:spacing w:before="0" w:beforeAutospacing="0" w:after="0" w:afterAutospacing="0"/>
        <w:ind w:firstLine="720"/>
        <w:jc w:val="both"/>
        <w:rPr>
          <w:rFonts w:ascii="Arial" w:hAnsi="Arial" w:cs="Arial"/>
          <w:shd w:val="clear" w:color="auto" w:fill="FFFFFF"/>
        </w:rPr>
      </w:pPr>
      <w:r w:rsidRPr="004C59D9">
        <w:rPr>
          <w:rFonts w:ascii="Arial" w:hAnsi="Arial" w:cs="Arial"/>
          <w:shd w:val="clear" w:color="auto" w:fill="FFFFFF"/>
        </w:rPr>
        <w:t>Создание Дорожной карты реализации мер по профилактике, диагностике, лечению и предотвращению последствий парентеральных вирусных гепатитов – важный и очень долгожданный шаг для нашей страны, который реально будет способствовать решению проблемы вирусных гепатитов.</w:t>
      </w:r>
      <w:r>
        <w:rPr>
          <w:rFonts w:ascii="Arial" w:hAnsi="Arial" w:cs="Arial"/>
          <w:shd w:val="clear" w:color="auto" w:fill="FFFFFF"/>
        </w:rPr>
        <w:t xml:space="preserve"> </w:t>
      </w:r>
    </w:p>
    <w:p w:rsidR="004C59D9" w:rsidRDefault="004C59D9" w:rsidP="004C59D9">
      <w:pPr>
        <w:pStyle w:val="affa"/>
        <w:shd w:val="clear" w:color="auto" w:fill="FFFFFF"/>
        <w:spacing w:before="0" w:beforeAutospacing="0" w:after="0" w:afterAutospacing="0"/>
        <w:ind w:firstLine="720"/>
        <w:jc w:val="both"/>
        <w:rPr>
          <w:rFonts w:ascii="Arial" w:hAnsi="Arial" w:cs="Arial"/>
          <w:shd w:val="clear" w:color="auto" w:fill="FFFFFF"/>
        </w:rPr>
      </w:pPr>
      <w:r>
        <w:rPr>
          <w:rFonts w:ascii="Arial" w:hAnsi="Arial" w:cs="Arial"/>
          <w:shd w:val="clear" w:color="auto" w:fill="FFFFFF"/>
        </w:rPr>
        <w:t>В рамках реализации дорожной карты</w:t>
      </w:r>
      <w:r w:rsidR="00BE5FFF">
        <w:rPr>
          <w:rFonts w:ascii="Arial" w:hAnsi="Arial" w:cs="Arial"/>
          <w:shd w:val="clear" w:color="auto" w:fill="FFFFFF"/>
        </w:rPr>
        <w:t>, п</w:t>
      </w:r>
      <w:r>
        <w:rPr>
          <w:rFonts w:ascii="Arial" w:hAnsi="Arial" w:cs="Arial"/>
          <w:shd w:val="clear" w:color="auto" w:fill="FFFFFF"/>
        </w:rPr>
        <w:t>редставител</w:t>
      </w:r>
      <w:r w:rsidR="00BE5FFF">
        <w:rPr>
          <w:rFonts w:ascii="Arial" w:hAnsi="Arial" w:cs="Arial"/>
          <w:shd w:val="clear" w:color="auto" w:fill="FFFFFF"/>
        </w:rPr>
        <w:t>и</w:t>
      </w:r>
      <w:r>
        <w:rPr>
          <w:rFonts w:ascii="Arial" w:hAnsi="Arial" w:cs="Arial"/>
          <w:shd w:val="clear" w:color="auto" w:fill="FFFFFF"/>
        </w:rPr>
        <w:t xml:space="preserve"> ключевых групп населения, в частности ЛУИН получают лечение от гепатита С на </w:t>
      </w:r>
      <w:r w:rsidR="00BE5FFF">
        <w:rPr>
          <w:rFonts w:ascii="Arial" w:hAnsi="Arial" w:cs="Arial"/>
          <w:shd w:val="clear" w:color="auto" w:fill="FFFFFF"/>
        </w:rPr>
        <w:t>бесплатной</w:t>
      </w:r>
      <w:r>
        <w:rPr>
          <w:rFonts w:ascii="Arial" w:hAnsi="Arial" w:cs="Arial"/>
          <w:shd w:val="clear" w:color="auto" w:fill="FFFFFF"/>
        </w:rPr>
        <w:t xml:space="preserve"> основе. </w:t>
      </w:r>
    </w:p>
    <w:p w:rsidR="001920EA" w:rsidRDefault="002B2A15" w:rsidP="00987806">
      <w:pPr>
        <w:pStyle w:val="affa"/>
        <w:shd w:val="clear" w:color="auto" w:fill="FFFFFF"/>
        <w:spacing w:before="0" w:beforeAutospacing="0" w:after="0" w:afterAutospacing="0"/>
        <w:ind w:firstLine="720"/>
        <w:jc w:val="both"/>
        <w:textAlignment w:val="baseline"/>
        <w:rPr>
          <w:rFonts w:ascii="Arial" w:hAnsi="Arial" w:cs="Arial"/>
          <w:bCs/>
          <w:bdr w:val="none" w:sz="0" w:space="0" w:color="auto" w:frame="1"/>
        </w:rPr>
      </w:pPr>
      <w:proofErr w:type="gramStart"/>
      <w:r w:rsidRPr="00987806">
        <w:rPr>
          <w:rFonts w:ascii="Arial" w:hAnsi="Arial" w:cs="Arial"/>
          <w:shd w:val="clear" w:color="auto" w:fill="FFFFFF"/>
        </w:rPr>
        <w:t xml:space="preserve">В целом создание </w:t>
      </w:r>
      <w:r w:rsidR="001920EA" w:rsidRPr="00987806">
        <w:rPr>
          <w:rFonts w:ascii="Arial" w:hAnsi="Arial" w:cs="Arial"/>
        </w:rPr>
        <w:t xml:space="preserve">«Казахский научный центр дерматологии и инфекционных заболеваний» Министерства Здравоохранения РК,  путем слияния Республиканского центра по профилактике и борьбе со СПИД и Республиканское государственное предприятие на праве хозяйственного ведения «Научно-исследовательский кожно-венерологический институт» </w:t>
      </w:r>
      <w:r w:rsidR="00987806" w:rsidRPr="00987806">
        <w:rPr>
          <w:rFonts w:ascii="Arial" w:hAnsi="Arial" w:cs="Arial"/>
        </w:rPr>
        <w:t xml:space="preserve">в </w:t>
      </w:r>
      <w:r w:rsidR="00DA5AFF" w:rsidRPr="00987806">
        <w:rPr>
          <w:rFonts w:ascii="Arial" w:hAnsi="Arial" w:cs="Arial"/>
        </w:rPr>
        <w:t>соответствие</w:t>
      </w:r>
      <w:r w:rsidR="00987806" w:rsidRPr="00987806">
        <w:rPr>
          <w:rFonts w:ascii="Arial" w:hAnsi="Arial" w:cs="Arial"/>
        </w:rPr>
        <w:t xml:space="preserve"> с постановлением Правительства РК от </w:t>
      </w:r>
      <w:r w:rsidR="001920EA" w:rsidRPr="00987806">
        <w:rPr>
          <w:rFonts w:ascii="Arial" w:hAnsi="Arial" w:cs="Arial"/>
          <w:bCs/>
          <w:bdr w:val="none" w:sz="0" w:space="0" w:color="auto" w:frame="1"/>
        </w:rPr>
        <w:t xml:space="preserve"> 14 сентября 2018 года «О некоторых вопросах Министерства здравоохранения Республики Казахстан»,</w:t>
      </w:r>
      <w:r w:rsidR="00987806">
        <w:rPr>
          <w:rFonts w:ascii="Arial" w:hAnsi="Arial" w:cs="Arial"/>
          <w:bCs/>
          <w:bdr w:val="none" w:sz="0" w:space="0" w:color="auto" w:frame="1"/>
        </w:rPr>
        <w:t xml:space="preserve"> позволит эффективно решать вопросы профилактики ВИЧ/СПИД</w:t>
      </w:r>
      <w:r w:rsidR="00294F12">
        <w:rPr>
          <w:rFonts w:ascii="Arial" w:hAnsi="Arial" w:cs="Arial"/>
          <w:bCs/>
          <w:bdr w:val="none" w:sz="0" w:space="0" w:color="auto" w:frame="1"/>
        </w:rPr>
        <w:t>, инфекцией</w:t>
      </w:r>
      <w:proofErr w:type="gramEnd"/>
      <w:r w:rsidR="00294F12">
        <w:rPr>
          <w:rFonts w:ascii="Arial" w:hAnsi="Arial" w:cs="Arial"/>
          <w:bCs/>
          <w:bdr w:val="none" w:sz="0" w:space="0" w:color="auto" w:frame="1"/>
        </w:rPr>
        <w:t xml:space="preserve">, передаваемых половым путем и другие вопросы, связанные с профилактическими программами </w:t>
      </w:r>
      <w:r w:rsidR="005B5762">
        <w:rPr>
          <w:rFonts w:ascii="Arial" w:hAnsi="Arial" w:cs="Arial"/>
          <w:bCs/>
          <w:bdr w:val="none" w:sz="0" w:space="0" w:color="auto" w:frame="1"/>
        </w:rPr>
        <w:t xml:space="preserve">вирусных гепатитов в стране. </w:t>
      </w:r>
      <w:r w:rsidR="001920EA" w:rsidRPr="00987806">
        <w:rPr>
          <w:rFonts w:ascii="Arial" w:hAnsi="Arial" w:cs="Arial"/>
          <w:bCs/>
          <w:bdr w:val="none" w:sz="0" w:space="0" w:color="auto" w:frame="1"/>
        </w:rPr>
        <w:t xml:space="preserve"> </w:t>
      </w:r>
    </w:p>
    <w:p w:rsidR="006678A8" w:rsidRDefault="00605005" w:rsidP="00987806">
      <w:pPr>
        <w:pStyle w:val="affa"/>
        <w:shd w:val="clear" w:color="auto" w:fill="FFFFFF"/>
        <w:spacing w:before="0" w:beforeAutospacing="0" w:after="0" w:afterAutospacing="0"/>
        <w:ind w:firstLine="720"/>
        <w:jc w:val="both"/>
        <w:textAlignment w:val="baseline"/>
        <w:rPr>
          <w:rFonts w:ascii="Arial" w:hAnsi="Arial" w:cs="Arial"/>
          <w:bCs/>
          <w:bdr w:val="none" w:sz="0" w:space="0" w:color="auto" w:frame="1"/>
        </w:rPr>
      </w:pPr>
      <w:r>
        <w:rPr>
          <w:rFonts w:ascii="Arial" w:hAnsi="Arial" w:cs="Arial"/>
          <w:noProof/>
          <w:color w:val="666666"/>
        </w:rPr>
        <w:drawing>
          <wp:anchor distT="0" distB="0" distL="114300" distR="114300" simplePos="0" relativeHeight="251660289" behindDoc="1" locked="0" layoutInCell="1" allowOverlap="1" wp14:anchorId="7A7DA45E" wp14:editId="41179213">
            <wp:simplePos x="0" y="0"/>
            <wp:positionH relativeFrom="column">
              <wp:posOffset>1931035</wp:posOffset>
            </wp:positionH>
            <wp:positionV relativeFrom="paragraph">
              <wp:posOffset>153035</wp:posOffset>
            </wp:positionV>
            <wp:extent cx="979805" cy="731520"/>
            <wp:effectExtent l="0" t="0" r="0" b="0"/>
            <wp:wrapThrough wrapText="bothSides">
              <wp:wrapPolygon edited="0">
                <wp:start x="0" y="0"/>
                <wp:lineTo x="0" y="20813"/>
                <wp:lineTo x="20998" y="20813"/>
                <wp:lineTo x="20998" y="0"/>
                <wp:lineTo x="0" y="0"/>
              </wp:wrapPolygon>
            </wp:wrapThrough>
            <wp:docPr id="5" name="Рисунок 5" descr="C:\Users\It\Desktop\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Desktop\3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9805"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78A8" w:rsidRDefault="006678A8" w:rsidP="00987806">
      <w:pPr>
        <w:pStyle w:val="affa"/>
        <w:shd w:val="clear" w:color="auto" w:fill="FFFFFF"/>
        <w:spacing w:before="0" w:beforeAutospacing="0" w:after="0" w:afterAutospacing="0"/>
        <w:ind w:firstLine="720"/>
        <w:jc w:val="both"/>
        <w:textAlignment w:val="baseline"/>
        <w:rPr>
          <w:rFonts w:ascii="Arial" w:hAnsi="Arial" w:cs="Arial"/>
          <w:bCs/>
          <w:bdr w:val="none" w:sz="0" w:space="0" w:color="auto" w:frame="1"/>
        </w:rPr>
      </w:pPr>
    </w:p>
    <w:p w:rsidR="00685FE9" w:rsidRPr="00F429AE" w:rsidRDefault="00F429AE" w:rsidP="00685FE9">
      <w:pPr>
        <w:jc w:val="both"/>
        <w:rPr>
          <w:b/>
          <w:sz w:val="28"/>
          <w:szCs w:val="28"/>
        </w:rPr>
      </w:pPr>
      <w:r w:rsidRPr="00F429AE">
        <w:rPr>
          <w:rFonts w:ascii="Arial" w:hAnsi="Arial" w:cs="Arial"/>
          <w:b/>
          <w:noProof/>
          <w:sz w:val="28"/>
          <w:szCs w:val="28"/>
          <w:lang w:val="ru-RU" w:eastAsia="ru-RU"/>
        </w:rPr>
        <w:drawing>
          <wp:anchor distT="0" distB="0" distL="114300" distR="114300" simplePos="0" relativeHeight="251659265" behindDoc="0" locked="0" layoutInCell="1" allowOverlap="1" wp14:anchorId="7FF2901B" wp14:editId="178F4995">
            <wp:simplePos x="0" y="0"/>
            <wp:positionH relativeFrom="column">
              <wp:posOffset>3768090</wp:posOffset>
            </wp:positionH>
            <wp:positionV relativeFrom="paragraph">
              <wp:posOffset>6690995</wp:posOffset>
            </wp:positionV>
            <wp:extent cx="800100" cy="955675"/>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0100" cy="9556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8"/>
          <w:szCs w:val="28"/>
          <w:lang w:val="ru-RU"/>
        </w:rPr>
        <w:t xml:space="preserve">            </w:t>
      </w:r>
      <w:r w:rsidR="00685FE9" w:rsidRPr="00F429AE">
        <w:rPr>
          <w:rFonts w:ascii="Arial" w:hAnsi="Arial" w:cs="Arial"/>
          <w:b/>
          <w:sz w:val="28"/>
          <w:szCs w:val="28"/>
          <w:lang w:val="ru-RU"/>
        </w:rPr>
        <w:t>Д</w:t>
      </w:r>
      <w:proofErr w:type="spellStart"/>
      <w:r w:rsidR="00685FE9" w:rsidRPr="00F429AE">
        <w:rPr>
          <w:rFonts w:ascii="Arial" w:hAnsi="Arial" w:cs="Arial"/>
          <w:b/>
          <w:sz w:val="28"/>
          <w:szCs w:val="28"/>
        </w:rPr>
        <w:t>иректор</w:t>
      </w:r>
      <w:proofErr w:type="spellEnd"/>
      <w:r w:rsidRPr="00F429AE">
        <w:rPr>
          <w:rFonts w:ascii="Arial" w:hAnsi="Arial" w:cs="Arial"/>
          <w:b/>
          <w:sz w:val="28"/>
          <w:szCs w:val="28"/>
          <w:lang w:val="ru-RU"/>
        </w:rPr>
        <w:t xml:space="preserve"> </w:t>
      </w:r>
      <w:r w:rsidRPr="00F429AE">
        <w:rPr>
          <w:b/>
          <w:sz w:val="28"/>
          <w:szCs w:val="28"/>
          <w:lang w:val="ru-RU"/>
        </w:rPr>
        <w:t xml:space="preserve"> </w:t>
      </w:r>
      <w:r w:rsidR="00685FE9" w:rsidRPr="00F429AE">
        <w:rPr>
          <w:b/>
          <w:sz w:val="28"/>
          <w:szCs w:val="28"/>
        </w:rPr>
        <w:t xml:space="preserve">                                                         </w:t>
      </w:r>
      <w:r w:rsidR="00605005">
        <w:rPr>
          <w:b/>
          <w:sz w:val="28"/>
          <w:szCs w:val="28"/>
          <w:lang w:val="ru-RU"/>
        </w:rPr>
        <w:t xml:space="preserve">      </w:t>
      </w:r>
      <w:r w:rsidR="00685FE9" w:rsidRPr="00F429AE">
        <w:rPr>
          <w:rFonts w:ascii="Arial" w:hAnsi="Arial" w:cs="Arial"/>
          <w:b/>
          <w:sz w:val="28"/>
          <w:szCs w:val="28"/>
        </w:rPr>
        <w:t xml:space="preserve">Б. </w:t>
      </w:r>
      <w:proofErr w:type="spellStart"/>
      <w:r w:rsidR="00685FE9" w:rsidRPr="00F429AE">
        <w:rPr>
          <w:rFonts w:ascii="Arial" w:hAnsi="Arial" w:cs="Arial"/>
          <w:b/>
          <w:sz w:val="28"/>
          <w:szCs w:val="28"/>
        </w:rPr>
        <w:t>Байсеркин</w:t>
      </w:r>
      <w:proofErr w:type="spellEnd"/>
    </w:p>
    <w:p w:rsidR="006678A8" w:rsidRPr="00987806" w:rsidRDefault="006678A8" w:rsidP="00987806">
      <w:pPr>
        <w:pStyle w:val="affa"/>
        <w:shd w:val="clear" w:color="auto" w:fill="FFFFFF"/>
        <w:spacing w:before="0" w:beforeAutospacing="0" w:after="0" w:afterAutospacing="0"/>
        <w:ind w:firstLine="720"/>
        <w:jc w:val="both"/>
        <w:textAlignment w:val="baseline"/>
        <w:rPr>
          <w:rFonts w:ascii="Arial" w:hAnsi="Arial" w:cs="Arial"/>
        </w:rPr>
      </w:pPr>
      <w:r>
        <w:rPr>
          <w:rFonts w:ascii="Arial" w:hAnsi="Arial" w:cs="Arial"/>
          <w:bCs/>
          <w:bdr w:val="none" w:sz="0" w:space="0" w:color="auto" w:frame="1"/>
        </w:rPr>
        <w:t xml:space="preserve">                                                                        </w:t>
      </w:r>
    </w:p>
    <w:p w:rsidR="002B2A15" w:rsidRPr="00B15FD7" w:rsidRDefault="002B2A15" w:rsidP="00987806">
      <w:pPr>
        <w:pStyle w:val="affa"/>
        <w:shd w:val="clear" w:color="auto" w:fill="FFFFFF"/>
        <w:spacing w:before="0" w:beforeAutospacing="0" w:after="0" w:afterAutospacing="0"/>
        <w:ind w:firstLine="720"/>
        <w:jc w:val="both"/>
        <w:rPr>
          <w:rFonts w:ascii="Arial" w:eastAsia="Times New Roman" w:hAnsi="Arial" w:cs="Arial"/>
        </w:rPr>
      </w:pPr>
    </w:p>
    <w:p w:rsidR="00E93A3D" w:rsidRPr="003F104A" w:rsidRDefault="00B20872" w:rsidP="00B20872">
      <w:pPr>
        <w:ind w:firstLine="720"/>
        <w:jc w:val="both"/>
        <w:rPr>
          <w:rFonts w:ascii="Arial" w:hAnsi="Arial" w:cs="Arial"/>
          <w:color w:val="00B050"/>
          <w:sz w:val="24"/>
          <w:szCs w:val="24"/>
          <w:lang w:val="ru-RU"/>
        </w:rPr>
      </w:pPr>
      <w:r w:rsidRPr="00B20872">
        <w:rPr>
          <w:rFonts w:ascii="Arial" w:hAnsi="Arial" w:cs="Arial"/>
          <w:color w:val="666666"/>
          <w:lang w:val="ru-RU"/>
        </w:rPr>
        <w:br/>
      </w:r>
    </w:p>
    <w:p w:rsidR="00E93A3D" w:rsidRPr="003F104A" w:rsidRDefault="00E93A3D">
      <w:pPr>
        <w:rPr>
          <w:rFonts w:ascii="Arial" w:hAnsi="Arial" w:cs="Arial"/>
          <w:color w:val="00B050"/>
          <w:sz w:val="24"/>
          <w:szCs w:val="24"/>
          <w:lang w:val="ru-RU"/>
        </w:rPr>
      </w:pPr>
    </w:p>
    <w:sectPr w:rsidR="00E93A3D" w:rsidRPr="003F104A" w:rsidSect="008D1CE1">
      <w:pgSz w:w="11909" w:h="16834"/>
      <w:pgMar w:top="1135" w:right="1469" w:bottom="907" w:left="213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7EB" w:rsidRDefault="006B07EB" w:rsidP="00C06684">
      <w:pPr>
        <w:spacing w:after="0" w:line="240" w:lineRule="auto"/>
      </w:pPr>
      <w:r>
        <w:separator/>
      </w:r>
    </w:p>
  </w:endnote>
  <w:endnote w:type="continuationSeparator" w:id="0">
    <w:p w:rsidR="006B07EB" w:rsidRDefault="006B07EB" w:rsidP="00C06684">
      <w:pPr>
        <w:spacing w:after="0" w:line="240" w:lineRule="auto"/>
      </w:pPr>
      <w:r>
        <w:continuationSeparator/>
      </w:r>
    </w:p>
  </w:endnote>
  <w:endnote w:type="continuationNotice" w:id="1">
    <w:p w:rsidR="006B07EB" w:rsidRDefault="006B07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991913"/>
      <w:docPartObj>
        <w:docPartGallery w:val="Page Numbers (Bottom of Page)"/>
        <w:docPartUnique/>
      </w:docPartObj>
    </w:sdtPr>
    <w:sdtEndPr>
      <w:rPr>
        <w:noProof/>
      </w:rPr>
    </w:sdtEndPr>
    <w:sdtContent>
      <w:p w:rsidR="001F1213" w:rsidRDefault="001F1213">
        <w:pPr>
          <w:pStyle w:val="aff8"/>
          <w:jc w:val="right"/>
        </w:pPr>
        <w:r>
          <w:fldChar w:fldCharType="begin"/>
        </w:r>
        <w:r>
          <w:instrText xml:space="preserve"> PAGE   \* MERGEFORMAT </w:instrText>
        </w:r>
        <w:r>
          <w:fldChar w:fldCharType="separate"/>
        </w:r>
        <w:r w:rsidR="00823FBD">
          <w:rPr>
            <w:noProof/>
          </w:rPr>
          <w:t>25</w:t>
        </w:r>
        <w:r>
          <w:rPr>
            <w:noProof/>
          </w:rPr>
          <w:fldChar w:fldCharType="end"/>
        </w:r>
      </w:p>
    </w:sdtContent>
  </w:sdt>
  <w:p w:rsidR="001F1213" w:rsidRDefault="001F1213">
    <w:pPr>
      <w:pStyle w:val="a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7EB" w:rsidRDefault="006B07EB" w:rsidP="00C06684">
      <w:pPr>
        <w:spacing w:after="0" w:line="240" w:lineRule="auto"/>
      </w:pPr>
      <w:r>
        <w:separator/>
      </w:r>
    </w:p>
  </w:footnote>
  <w:footnote w:type="continuationSeparator" w:id="0">
    <w:p w:rsidR="006B07EB" w:rsidRDefault="006B07EB" w:rsidP="00C06684">
      <w:pPr>
        <w:spacing w:after="0" w:line="240" w:lineRule="auto"/>
      </w:pPr>
      <w:r>
        <w:continuationSeparator/>
      </w:r>
    </w:p>
  </w:footnote>
  <w:footnote w:type="continuationNotice" w:id="1">
    <w:p w:rsidR="006B07EB" w:rsidRDefault="006B07EB">
      <w:pPr>
        <w:spacing w:after="0" w:line="240" w:lineRule="auto"/>
      </w:pPr>
    </w:p>
  </w:footnote>
  <w:footnote w:id="2">
    <w:p w:rsidR="00435FA0" w:rsidRPr="00894373" w:rsidRDefault="00435FA0">
      <w:pPr>
        <w:pStyle w:val="afff"/>
        <w:rPr>
          <w:rFonts w:asciiTheme="majorHAnsi" w:hAnsiTheme="majorHAnsi"/>
          <w:sz w:val="18"/>
          <w:szCs w:val="18"/>
          <w:lang w:val="ru-RU"/>
        </w:rPr>
      </w:pPr>
      <w:r>
        <w:rPr>
          <w:rStyle w:val="afff1"/>
        </w:rPr>
        <w:footnoteRef/>
      </w:r>
      <w:r>
        <w:t xml:space="preserve"> </w:t>
      </w:r>
      <w:hyperlink r:id="rId1" w:history="1">
        <w:r w:rsidRPr="00894373">
          <w:rPr>
            <w:rStyle w:val="aff5"/>
            <w:rFonts w:asciiTheme="majorHAnsi" w:hAnsiTheme="majorHAnsi"/>
            <w:sz w:val="18"/>
            <w:szCs w:val="18"/>
          </w:rPr>
          <w:t>https://ecdc.europa.eu/sites/portal/files/documents/Continuum-of-HIV-care-2017.pdf</w:t>
        </w:r>
      </w:hyperlink>
      <w:r w:rsidRPr="00894373">
        <w:rPr>
          <w:rFonts w:asciiTheme="majorHAnsi" w:hAnsiTheme="majorHAnsi"/>
          <w:sz w:val="18"/>
          <w:szCs w:val="18"/>
          <w:lang w:val="ru-RU"/>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0C7F1CF5"/>
    <w:multiLevelType w:val="hybridMultilevel"/>
    <w:tmpl w:val="87AC6BEE"/>
    <w:lvl w:ilvl="0" w:tplc="0E10F1A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A1460B"/>
    <w:multiLevelType w:val="hybridMultilevel"/>
    <w:tmpl w:val="BF6C1D74"/>
    <w:lvl w:ilvl="0" w:tplc="3F5C0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E62CA7"/>
    <w:multiLevelType w:val="hybridMultilevel"/>
    <w:tmpl w:val="5540D0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3500B35"/>
    <w:multiLevelType w:val="hybridMultilevel"/>
    <w:tmpl w:val="5F8AC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4D45DC"/>
    <w:multiLevelType w:val="hybridMultilevel"/>
    <w:tmpl w:val="7EF2ABC6"/>
    <w:lvl w:ilvl="0" w:tplc="194A99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2FB38F5"/>
    <w:multiLevelType w:val="hybridMultilevel"/>
    <w:tmpl w:val="95B0EE5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4A04AF"/>
    <w:multiLevelType w:val="hybridMultilevel"/>
    <w:tmpl w:val="85ACB4D6"/>
    <w:lvl w:ilvl="0" w:tplc="2B7E029C">
      <w:start w:val="1"/>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6">
    <w:nsid w:val="32813B09"/>
    <w:multiLevelType w:val="hybridMultilevel"/>
    <w:tmpl w:val="69A66786"/>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nsid w:val="48B207F7"/>
    <w:multiLevelType w:val="hybridMultilevel"/>
    <w:tmpl w:val="79124E84"/>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nsid w:val="4CB03888"/>
    <w:multiLevelType w:val="hybridMultilevel"/>
    <w:tmpl w:val="134CC1C0"/>
    <w:lvl w:ilvl="0" w:tplc="97287800">
      <w:start w:val="1"/>
      <w:numFmt w:val="bullet"/>
      <w:lvlText w:val="-"/>
      <w:lvlJc w:val="left"/>
      <w:pPr>
        <w:tabs>
          <w:tab w:val="num" w:pos="720"/>
        </w:tabs>
        <w:ind w:left="720" w:hanging="360"/>
      </w:pPr>
      <w:rPr>
        <w:rFonts w:ascii="Times New Roman" w:hAnsi="Times New Roman" w:hint="default"/>
      </w:rPr>
    </w:lvl>
    <w:lvl w:ilvl="1" w:tplc="2BFCA66A" w:tentative="1">
      <w:start w:val="1"/>
      <w:numFmt w:val="bullet"/>
      <w:lvlText w:val="-"/>
      <w:lvlJc w:val="left"/>
      <w:pPr>
        <w:tabs>
          <w:tab w:val="num" w:pos="1440"/>
        </w:tabs>
        <w:ind w:left="1440" w:hanging="360"/>
      </w:pPr>
      <w:rPr>
        <w:rFonts w:ascii="Times New Roman" w:hAnsi="Times New Roman" w:hint="default"/>
      </w:rPr>
    </w:lvl>
    <w:lvl w:ilvl="2" w:tplc="AB124A4E" w:tentative="1">
      <w:start w:val="1"/>
      <w:numFmt w:val="bullet"/>
      <w:lvlText w:val="-"/>
      <w:lvlJc w:val="left"/>
      <w:pPr>
        <w:tabs>
          <w:tab w:val="num" w:pos="2160"/>
        </w:tabs>
        <w:ind w:left="2160" w:hanging="360"/>
      </w:pPr>
      <w:rPr>
        <w:rFonts w:ascii="Times New Roman" w:hAnsi="Times New Roman" w:hint="default"/>
      </w:rPr>
    </w:lvl>
    <w:lvl w:ilvl="3" w:tplc="08F89460" w:tentative="1">
      <w:start w:val="1"/>
      <w:numFmt w:val="bullet"/>
      <w:lvlText w:val="-"/>
      <w:lvlJc w:val="left"/>
      <w:pPr>
        <w:tabs>
          <w:tab w:val="num" w:pos="2880"/>
        </w:tabs>
        <w:ind w:left="2880" w:hanging="360"/>
      </w:pPr>
      <w:rPr>
        <w:rFonts w:ascii="Times New Roman" w:hAnsi="Times New Roman" w:hint="default"/>
      </w:rPr>
    </w:lvl>
    <w:lvl w:ilvl="4" w:tplc="D41832F0" w:tentative="1">
      <w:start w:val="1"/>
      <w:numFmt w:val="bullet"/>
      <w:lvlText w:val="-"/>
      <w:lvlJc w:val="left"/>
      <w:pPr>
        <w:tabs>
          <w:tab w:val="num" w:pos="3600"/>
        </w:tabs>
        <w:ind w:left="3600" w:hanging="360"/>
      </w:pPr>
      <w:rPr>
        <w:rFonts w:ascii="Times New Roman" w:hAnsi="Times New Roman" w:hint="default"/>
      </w:rPr>
    </w:lvl>
    <w:lvl w:ilvl="5" w:tplc="7038B46E" w:tentative="1">
      <w:start w:val="1"/>
      <w:numFmt w:val="bullet"/>
      <w:lvlText w:val="-"/>
      <w:lvlJc w:val="left"/>
      <w:pPr>
        <w:tabs>
          <w:tab w:val="num" w:pos="4320"/>
        </w:tabs>
        <w:ind w:left="4320" w:hanging="360"/>
      </w:pPr>
      <w:rPr>
        <w:rFonts w:ascii="Times New Roman" w:hAnsi="Times New Roman" w:hint="default"/>
      </w:rPr>
    </w:lvl>
    <w:lvl w:ilvl="6" w:tplc="857EC90C" w:tentative="1">
      <w:start w:val="1"/>
      <w:numFmt w:val="bullet"/>
      <w:lvlText w:val="-"/>
      <w:lvlJc w:val="left"/>
      <w:pPr>
        <w:tabs>
          <w:tab w:val="num" w:pos="5040"/>
        </w:tabs>
        <w:ind w:left="5040" w:hanging="360"/>
      </w:pPr>
      <w:rPr>
        <w:rFonts w:ascii="Times New Roman" w:hAnsi="Times New Roman" w:hint="default"/>
      </w:rPr>
    </w:lvl>
    <w:lvl w:ilvl="7" w:tplc="63C2A218" w:tentative="1">
      <w:start w:val="1"/>
      <w:numFmt w:val="bullet"/>
      <w:lvlText w:val="-"/>
      <w:lvlJc w:val="left"/>
      <w:pPr>
        <w:tabs>
          <w:tab w:val="num" w:pos="5760"/>
        </w:tabs>
        <w:ind w:left="5760" w:hanging="360"/>
      </w:pPr>
      <w:rPr>
        <w:rFonts w:ascii="Times New Roman" w:hAnsi="Times New Roman" w:hint="default"/>
      </w:rPr>
    </w:lvl>
    <w:lvl w:ilvl="8" w:tplc="EB04BA6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8062837"/>
    <w:multiLevelType w:val="hybridMultilevel"/>
    <w:tmpl w:val="D202519C"/>
    <w:lvl w:ilvl="0" w:tplc="039CB92E">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86857C2"/>
    <w:multiLevelType w:val="hybridMultilevel"/>
    <w:tmpl w:val="6C5A20B0"/>
    <w:lvl w:ilvl="0" w:tplc="53266290">
      <w:start w:val="1"/>
      <w:numFmt w:val="decimal"/>
      <w:lvlText w:val="%1."/>
      <w:lvlJc w:val="left"/>
      <w:pPr>
        <w:ind w:left="786"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C8321D"/>
    <w:multiLevelType w:val="hybridMultilevel"/>
    <w:tmpl w:val="8070D9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987C05"/>
    <w:multiLevelType w:val="hybridMultilevel"/>
    <w:tmpl w:val="27C88A4E"/>
    <w:lvl w:ilvl="0" w:tplc="0422000F">
      <w:start w:val="1"/>
      <w:numFmt w:val="decimal"/>
      <w:lvlText w:val="%1."/>
      <w:lvlJc w:val="left"/>
      <w:pPr>
        <w:ind w:left="1004" w:hanging="360"/>
      </w:pPr>
      <w:rPr>
        <w:rFonts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3">
    <w:nsid w:val="69C85A76"/>
    <w:multiLevelType w:val="hybridMultilevel"/>
    <w:tmpl w:val="457859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1616373"/>
    <w:multiLevelType w:val="multilevel"/>
    <w:tmpl w:val="F988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7C23245"/>
    <w:multiLevelType w:val="hybridMultilevel"/>
    <w:tmpl w:val="85ACB4D6"/>
    <w:lvl w:ilvl="0" w:tplc="2B7E029C">
      <w:start w:val="1"/>
      <w:numFmt w:val="decimal"/>
      <w:lvlText w:val="%1."/>
      <w:lvlJc w:val="left"/>
      <w:pPr>
        <w:ind w:left="720" w:hanging="360"/>
      </w:pPr>
      <w:rPr>
        <w:rFonts w:hint="default"/>
        <w:b/>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nsid w:val="7B49697C"/>
    <w:multiLevelType w:val="hybridMultilevel"/>
    <w:tmpl w:val="2CD65E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1"/>
  </w:num>
  <w:num w:numId="11">
    <w:abstractNumId w:val="14"/>
  </w:num>
  <w:num w:numId="12">
    <w:abstractNumId w:val="23"/>
  </w:num>
  <w:num w:numId="13">
    <w:abstractNumId w:val="26"/>
  </w:num>
  <w:num w:numId="14">
    <w:abstractNumId w:val="25"/>
  </w:num>
  <w:num w:numId="15">
    <w:abstractNumId w:val="16"/>
  </w:num>
  <w:num w:numId="16">
    <w:abstractNumId w:val="17"/>
  </w:num>
  <w:num w:numId="17">
    <w:abstractNumId w:val="13"/>
  </w:num>
  <w:num w:numId="18">
    <w:abstractNumId w:val="20"/>
  </w:num>
  <w:num w:numId="19">
    <w:abstractNumId w:val="10"/>
  </w:num>
  <w:num w:numId="20">
    <w:abstractNumId w:val="9"/>
  </w:num>
  <w:num w:numId="21">
    <w:abstractNumId w:val="24"/>
  </w:num>
  <w:num w:numId="22">
    <w:abstractNumId w:val="18"/>
  </w:num>
  <w:num w:numId="23">
    <w:abstractNumId w:val="19"/>
  </w:num>
  <w:num w:numId="24">
    <w:abstractNumId w:val="11"/>
  </w:num>
  <w:num w:numId="25">
    <w:abstractNumId w:val="22"/>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01021"/>
    <w:rsid w:val="00002C34"/>
    <w:rsid w:val="000169D5"/>
    <w:rsid w:val="000208D1"/>
    <w:rsid w:val="000277A4"/>
    <w:rsid w:val="00034616"/>
    <w:rsid w:val="00035E3C"/>
    <w:rsid w:val="0006063C"/>
    <w:rsid w:val="000637FD"/>
    <w:rsid w:val="00084A84"/>
    <w:rsid w:val="000866D9"/>
    <w:rsid w:val="00096CA6"/>
    <w:rsid w:val="000B07DA"/>
    <w:rsid w:val="000C0CAA"/>
    <w:rsid w:val="000C73B0"/>
    <w:rsid w:val="000D18C5"/>
    <w:rsid w:val="000D3CEA"/>
    <w:rsid w:val="000D4DA2"/>
    <w:rsid w:val="000D4EF5"/>
    <w:rsid w:val="000E31A8"/>
    <w:rsid w:val="000E31BB"/>
    <w:rsid w:val="000E70BE"/>
    <w:rsid w:val="000F26FC"/>
    <w:rsid w:val="000F4F48"/>
    <w:rsid w:val="000F7F23"/>
    <w:rsid w:val="00100F27"/>
    <w:rsid w:val="0011707A"/>
    <w:rsid w:val="001175A7"/>
    <w:rsid w:val="00117844"/>
    <w:rsid w:val="001221E5"/>
    <w:rsid w:val="0012640E"/>
    <w:rsid w:val="0013142E"/>
    <w:rsid w:val="0015074B"/>
    <w:rsid w:val="001702E5"/>
    <w:rsid w:val="00175610"/>
    <w:rsid w:val="00182962"/>
    <w:rsid w:val="00186C98"/>
    <w:rsid w:val="00190C6B"/>
    <w:rsid w:val="00190FD3"/>
    <w:rsid w:val="001912DE"/>
    <w:rsid w:val="001920EA"/>
    <w:rsid w:val="00192F1A"/>
    <w:rsid w:val="001B0614"/>
    <w:rsid w:val="001B1FE2"/>
    <w:rsid w:val="001B6E44"/>
    <w:rsid w:val="001C36BD"/>
    <w:rsid w:val="001C65A5"/>
    <w:rsid w:val="001C6AC3"/>
    <w:rsid w:val="001D2272"/>
    <w:rsid w:val="001E40D3"/>
    <w:rsid w:val="001E7A5A"/>
    <w:rsid w:val="001F1213"/>
    <w:rsid w:val="001F13AC"/>
    <w:rsid w:val="001F3BDA"/>
    <w:rsid w:val="001F720A"/>
    <w:rsid w:val="002004E7"/>
    <w:rsid w:val="00200572"/>
    <w:rsid w:val="002060C9"/>
    <w:rsid w:val="0020676A"/>
    <w:rsid w:val="002071CB"/>
    <w:rsid w:val="00214B2E"/>
    <w:rsid w:val="002216B8"/>
    <w:rsid w:val="00225343"/>
    <w:rsid w:val="00227BC8"/>
    <w:rsid w:val="00233C48"/>
    <w:rsid w:val="0023448F"/>
    <w:rsid w:val="002367DE"/>
    <w:rsid w:val="00237480"/>
    <w:rsid w:val="00241EE2"/>
    <w:rsid w:val="00246C79"/>
    <w:rsid w:val="00253869"/>
    <w:rsid w:val="00254DD6"/>
    <w:rsid w:val="00264CAD"/>
    <w:rsid w:val="00266647"/>
    <w:rsid w:val="0026698A"/>
    <w:rsid w:val="0026758D"/>
    <w:rsid w:val="002708BD"/>
    <w:rsid w:val="0027727B"/>
    <w:rsid w:val="002849FE"/>
    <w:rsid w:val="00286C0A"/>
    <w:rsid w:val="00294F12"/>
    <w:rsid w:val="0029639D"/>
    <w:rsid w:val="002A006E"/>
    <w:rsid w:val="002B1933"/>
    <w:rsid w:val="002B2A15"/>
    <w:rsid w:val="002B627F"/>
    <w:rsid w:val="002C2AAF"/>
    <w:rsid w:val="002C30D1"/>
    <w:rsid w:val="002C4A68"/>
    <w:rsid w:val="002D2FCE"/>
    <w:rsid w:val="002F5DA4"/>
    <w:rsid w:val="002F78CC"/>
    <w:rsid w:val="0030419F"/>
    <w:rsid w:val="003047BA"/>
    <w:rsid w:val="00323135"/>
    <w:rsid w:val="00326F90"/>
    <w:rsid w:val="003302AF"/>
    <w:rsid w:val="0033114A"/>
    <w:rsid w:val="00345D7E"/>
    <w:rsid w:val="00346C23"/>
    <w:rsid w:val="003664EA"/>
    <w:rsid w:val="00370623"/>
    <w:rsid w:val="00376DB5"/>
    <w:rsid w:val="00394A85"/>
    <w:rsid w:val="003A132D"/>
    <w:rsid w:val="003A49D2"/>
    <w:rsid w:val="003A723C"/>
    <w:rsid w:val="003B113B"/>
    <w:rsid w:val="003B39E9"/>
    <w:rsid w:val="003B6A58"/>
    <w:rsid w:val="003C2BAB"/>
    <w:rsid w:val="003D394B"/>
    <w:rsid w:val="003D53C4"/>
    <w:rsid w:val="003F0FA4"/>
    <w:rsid w:val="003F104A"/>
    <w:rsid w:val="003F15F5"/>
    <w:rsid w:val="003F2A1E"/>
    <w:rsid w:val="003F6108"/>
    <w:rsid w:val="0040555D"/>
    <w:rsid w:val="00417731"/>
    <w:rsid w:val="0042007E"/>
    <w:rsid w:val="004276AC"/>
    <w:rsid w:val="0043091E"/>
    <w:rsid w:val="00435FA0"/>
    <w:rsid w:val="00445177"/>
    <w:rsid w:val="004465CA"/>
    <w:rsid w:val="00452DDE"/>
    <w:rsid w:val="00475944"/>
    <w:rsid w:val="004873C3"/>
    <w:rsid w:val="00494469"/>
    <w:rsid w:val="00494C5D"/>
    <w:rsid w:val="00496616"/>
    <w:rsid w:val="004A0353"/>
    <w:rsid w:val="004A0FE2"/>
    <w:rsid w:val="004A2670"/>
    <w:rsid w:val="004B5C5C"/>
    <w:rsid w:val="004C59D9"/>
    <w:rsid w:val="004C671A"/>
    <w:rsid w:val="004D2787"/>
    <w:rsid w:val="004D2A0E"/>
    <w:rsid w:val="004E5531"/>
    <w:rsid w:val="004F6A34"/>
    <w:rsid w:val="004F6DE8"/>
    <w:rsid w:val="00500526"/>
    <w:rsid w:val="005025B2"/>
    <w:rsid w:val="00502DB9"/>
    <w:rsid w:val="005153F4"/>
    <w:rsid w:val="00516984"/>
    <w:rsid w:val="00516A84"/>
    <w:rsid w:val="00541956"/>
    <w:rsid w:val="005419CC"/>
    <w:rsid w:val="00541DAE"/>
    <w:rsid w:val="00542AC6"/>
    <w:rsid w:val="00546E07"/>
    <w:rsid w:val="00551DF3"/>
    <w:rsid w:val="00553840"/>
    <w:rsid w:val="00554F77"/>
    <w:rsid w:val="005620D1"/>
    <w:rsid w:val="00571CBB"/>
    <w:rsid w:val="005726E8"/>
    <w:rsid w:val="00581559"/>
    <w:rsid w:val="00591E1D"/>
    <w:rsid w:val="005A054E"/>
    <w:rsid w:val="005A4AAC"/>
    <w:rsid w:val="005A53A5"/>
    <w:rsid w:val="005B2576"/>
    <w:rsid w:val="005B5762"/>
    <w:rsid w:val="005B7AAE"/>
    <w:rsid w:val="005B7CD9"/>
    <w:rsid w:val="005F53C1"/>
    <w:rsid w:val="005F6D78"/>
    <w:rsid w:val="00600E19"/>
    <w:rsid w:val="00605005"/>
    <w:rsid w:val="006053C3"/>
    <w:rsid w:val="0060675A"/>
    <w:rsid w:val="006117E3"/>
    <w:rsid w:val="006214ED"/>
    <w:rsid w:val="0063530A"/>
    <w:rsid w:val="00635D1B"/>
    <w:rsid w:val="00637A99"/>
    <w:rsid w:val="006423A5"/>
    <w:rsid w:val="006538A2"/>
    <w:rsid w:val="006541F1"/>
    <w:rsid w:val="00654269"/>
    <w:rsid w:val="0066013F"/>
    <w:rsid w:val="006615E5"/>
    <w:rsid w:val="00661FA4"/>
    <w:rsid w:val="00663337"/>
    <w:rsid w:val="006640CB"/>
    <w:rsid w:val="006678A1"/>
    <w:rsid w:val="006678A8"/>
    <w:rsid w:val="00670130"/>
    <w:rsid w:val="00672E7C"/>
    <w:rsid w:val="00682761"/>
    <w:rsid w:val="00685FE9"/>
    <w:rsid w:val="006930ED"/>
    <w:rsid w:val="00695F56"/>
    <w:rsid w:val="006B03CC"/>
    <w:rsid w:val="006B07EB"/>
    <w:rsid w:val="006B62F7"/>
    <w:rsid w:val="006C0106"/>
    <w:rsid w:val="006C1856"/>
    <w:rsid w:val="006C5152"/>
    <w:rsid w:val="006D624E"/>
    <w:rsid w:val="006E40D5"/>
    <w:rsid w:val="006E427F"/>
    <w:rsid w:val="006F5709"/>
    <w:rsid w:val="006F7BBA"/>
    <w:rsid w:val="0070348D"/>
    <w:rsid w:val="00705D58"/>
    <w:rsid w:val="00707EB0"/>
    <w:rsid w:val="0071052E"/>
    <w:rsid w:val="00726593"/>
    <w:rsid w:val="00741BFE"/>
    <w:rsid w:val="00742EBA"/>
    <w:rsid w:val="00750A2D"/>
    <w:rsid w:val="00760E18"/>
    <w:rsid w:val="00761211"/>
    <w:rsid w:val="00767B32"/>
    <w:rsid w:val="00773454"/>
    <w:rsid w:val="00776D29"/>
    <w:rsid w:val="00782322"/>
    <w:rsid w:val="00784876"/>
    <w:rsid w:val="00786EA3"/>
    <w:rsid w:val="007A48D1"/>
    <w:rsid w:val="007C3DB3"/>
    <w:rsid w:val="007C49AB"/>
    <w:rsid w:val="007C6610"/>
    <w:rsid w:val="007C6BAF"/>
    <w:rsid w:val="007D031B"/>
    <w:rsid w:val="007D0A42"/>
    <w:rsid w:val="007E0ADA"/>
    <w:rsid w:val="007E3903"/>
    <w:rsid w:val="007F27BD"/>
    <w:rsid w:val="00801E9F"/>
    <w:rsid w:val="008024C8"/>
    <w:rsid w:val="0080277F"/>
    <w:rsid w:val="00823C28"/>
    <w:rsid w:val="00823FBD"/>
    <w:rsid w:val="00824BC8"/>
    <w:rsid w:val="00824D06"/>
    <w:rsid w:val="0082771C"/>
    <w:rsid w:val="00827EC0"/>
    <w:rsid w:val="0083316E"/>
    <w:rsid w:val="00840888"/>
    <w:rsid w:val="00841573"/>
    <w:rsid w:val="00850658"/>
    <w:rsid w:val="00863DB9"/>
    <w:rsid w:val="00863F90"/>
    <w:rsid w:val="00872862"/>
    <w:rsid w:val="00875D9D"/>
    <w:rsid w:val="00886454"/>
    <w:rsid w:val="00893313"/>
    <w:rsid w:val="00894373"/>
    <w:rsid w:val="00897A17"/>
    <w:rsid w:val="008A7DCD"/>
    <w:rsid w:val="008B10B8"/>
    <w:rsid w:val="008B1F50"/>
    <w:rsid w:val="008B7C5D"/>
    <w:rsid w:val="008C0A82"/>
    <w:rsid w:val="008C2EA3"/>
    <w:rsid w:val="008C3C33"/>
    <w:rsid w:val="008D1CE1"/>
    <w:rsid w:val="008E0C7F"/>
    <w:rsid w:val="008E7610"/>
    <w:rsid w:val="008F7373"/>
    <w:rsid w:val="00902EB9"/>
    <w:rsid w:val="00914ECC"/>
    <w:rsid w:val="00922F85"/>
    <w:rsid w:val="009236D0"/>
    <w:rsid w:val="00926A35"/>
    <w:rsid w:val="00930BE5"/>
    <w:rsid w:val="00930F49"/>
    <w:rsid w:val="009329DF"/>
    <w:rsid w:val="0093339C"/>
    <w:rsid w:val="009370B6"/>
    <w:rsid w:val="00951742"/>
    <w:rsid w:val="0095211B"/>
    <w:rsid w:val="00956D16"/>
    <w:rsid w:val="009677DE"/>
    <w:rsid w:val="009732CF"/>
    <w:rsid w:val="009746E4"/>
    <w:rsid w:val="009827ED"/>
    <w:rsid w:val="009861FC"/>
    <w:rsid w:val="00987806"/>
    <w:rsid w:val="00993BC3"/>
    <w:rsid w:val="0099626C"/>
    <w:rsid w:val="00997675"/>
    <w:rsid w:val="009A0849"/>
    <w:rsid w:val="009A5311"/>
    <w:rsid w:val="009B011D"/>
    <w:rsid w:val="009B5BD8"/>
    <w:rsid w:val="009B6794"/>
    <w:rsid w:val="009D19FD"/>
    <w:rsid w:val="009D6542"/>
    <w:rsid w:val="009D7299"/>
    <w:rsid w:val="009F3B3E"/>
    <w:rsid w:val="009F58D8"/>
    <w:rsid w:val="009F5D0C"/>
    <w:rsid w:val="00A04478"/>
    <w:rsid w:val="00A04BEB"/>
    <w:rsid w:val="00A05BE5"/>
    <w:rsid w:val="00A10986"/>
    <w:rsid w:val="00A1127B"/>
    <w:rsid w:val="00A142F1"/>
    <w:rsid w:val="00A20542"/>
    <w:rsid w:val="00A21381"/>
    <w:rsid w:val="00A237BA"/>
    <w:rsid w:val="00A23F8C"/>
    <w:rsid w:val="00A41968"/>
    <w:rsid w:val="00A47598"/>
    <w:rsid w:val="00A53B05"/>
    <w:rsid w:val="00A54256"/>
    <w:rsid w:val="00A577A7"/>
    <w:rsid w:val="00A64F52"/>
    <w:rsid w:val="00A76CDD"/>
    <w:rsid w:val="00A7796B"/>
    <w:rsid w:val="00A82BA8"/>
    <w:rsid w:val="00A84152"/>
    <w:rsid w:val="00A91B33"/>
    <w:rsid w:val="00A947D1"/>
    <w:rsid w:val="00AA1D8D"/>
    <w:rsid w:val="00AA4CD8"/>
    <w:rsid w:val="00AA6488"/>
    <w:rsid w:val="00AB3627"/>
    <w:rsid w:val="00AB3BBD"/>
    <w:rsid w:val="00AC7060"/>
    <w:rsid w:val="00AC74D7"/>
    <w:rsid w:val="00AD09E3"/>
    <w:rsid w:val="00AD0E10"/>
    <w:rsid w:val="00AD1EAB"/>
    <w:rsid w:val="00AD394D"/>
    <w:rsid w:val="00AE3043"/>
    <w:rsid w:val="00B0394E"/>
    <w:rsid w:val="00B067B7"/>
    <w:rsid w:val="00B07A17"/>
    <w:rsid w:val="00B10286"/>
    <w:rsid w:val="00B10CC0"/>
    <w:rsid w:val="00B15FD7"/>
    <w:rsid w:val="00B16ACD"/>
    <w:rsid w:val="00B20872"/>
    <w:rsid w:val="00B22C66"/>
    <w:rsid w:val="00B22FD6"/>
    <w:rsid w:val="00B31184"/>
    <w:rsid w:val="00B32940"/>
    <w:rsid w:val="00B32C05"/>
    <w:rsid w:val="00B42C34"/>
    <w:rsid w:val="00B45063"/>
    <w:rsid w:val="00B476C3"/>
    <w:rsid w:val="00B47730"/>
    <w:rsid w:val="00B57F58"/>
    <w:rsid w:val="00B70E5C"/>
    <w:rsid w:val="00B802E9"/>
    <w:rsid w:val="00BA1F79"/>
    <w:rsid w:val="00BA709D"/>
    <w:rsid w:val="00BB463A"/>
    <w:rsid w:val="00BB7608"/>
    <w:rsid w:val="00BC65CA"/>
    <w:rsid w:val="00BE0C90"/>
    <w:rsid w:val="00BE3205"/>
    <w:rsid w:val="00BE5FFF"/>
    <w:rsid w:val="00BE7C6F"/>
    <w:rsid w:val="00BF1B6F"/>
    <w:rsid w:val="00BF2CF0"/>
    <w:rsid w:val="00BF5BC4"/>
    <w:rsid w:val="00BF65A5"/>
    <w:rsid w:val="00C06684"/>
    <w:rsid w:val="00C10522"/>
    <w:rsid w:val="00C149DD"/>
    <w:rsid w:val="00C3061B"/>
    <w:rsid w:val="00C35C84"/>
    <w:rsid w:val="00C40B4E"/>
    <w:rsid w:val="00C410C5"/>
    <w:rsid w:val="00C424FC"/>
    <w:rsid w:val="00C439F9"/>
    <w:rsid w:val="00C44217"/>
    <w:rsid w:val="00C50ED5"/>
    <w:rsid w:val="00C608C5"/>
    <w:rsid w:val="00C63ACD"/>
    <w:rsid w:val="00C64C06"/>
    <w:rsid w:val="00C729A8"/>
    <w:rsid w:val="00C75169"/>
    <w:rsid w:val="00C8264E"/>
    <w:rsid w:val="00C82E62"/>
    <w:rsid w:val="00C97968"/>
    <w:rsid w:val="00CA627C"/>
    <w:rsid w:val="00CA7B4E"/>
    <w:rsid w:val="00CB0664"/>
    <w:rsid w:val="00CB230B"/>
    <w:rsid w:val="00CB3F0B"/>
    <w:rsid w:val="00CB5B97"/>
    <w:rsid w:val="00CC40C2"/>
    <w:rsid w:val="00CC4FE5"/>
    <w:rsid w:val="00CC6023"/>
    <w:rsid w:val="00CD1E5C"/>
    <w:rsid w:val="00CD746E"/>
    <w:rsid w:val="00CE6A4C"/>
    <w:rsid w:val="00CF7AB2"/>
    <w:rsid w:val="00D13B09"/>
    <w:rsid w:val="00D22989"/>
    <w:rsid w:val="00D31759"/>
    <w:rsid w:val="00D31E57"/>
    <w:rsid w:val="00D3668C"/>
    <w:rsid w:val="00D43621"/>
    <w:rsid w:val="00D53C9D"/>
    <w:rsid w:val="00D56782"/>
    <w:rsid w:val="00D647A3"/>
    <w:rsid w:val="00D64F30"/>
    <w:rsid w:val="00D7238A"/>
    <w:rsid w:val="00D80A96"/>
    <w:rsid w:val="00D845E1"/>
    <w:rsid w:val="00D95424"/>
    <w:rsid w:val="00DA5AFF"/>
    <w:rsid w:val="00DC22E4"/>
    <w:rsid w:val="00DC2E9C"/>
    <w:rsid w:val="00DC524E"/>
    <w:rsid w:val="00DC52AE"/>
    <w:rsid w:val="00DC53C3"/>
    <w:rsid w:val="00DD4E7C"/>
    <w:rsid w:val="00DD63A6"/>
    <w:rsid w:val="00DD7492"/>
    <w:rsid w:val="00DF3C8E"/>
    <w:rsid w:val="00E04D15"/>
    <w:rsid w:val="00E05CB8"/>
    <w:rsid w:val="00E079CA"/>
    <w:rsid w:val="00E11E20"/>
    <w:rsid w:val="00E2437A"/>
    <w:rsid w:val="00E33917"/>
    <w:rsid w:val="00E411CA"/>
    <w:rsid w:val="00E44FA6"/>
    <w:rsid w:val="00E509A0"/>
    <w:rsid w:val="00E568CA"/>
    <w:rsid w:val="00E60CDA"/>
    <w:rsid w:val="00E65EBB"/>
    <w:rsid w:val="00E72092"/>
    <w:rsid w:val="00E72E26"/>
    <w:rsid w:val="00E77643"/>
    <w:rsid w:val="00E83C3A"/>
    <w:rsid w:val="00E907BA"/>
    <w:rsid w:val="00E93A3D"/>
    <w:rsid w:val="00E967C7"/>
    <w:rsid w:val="00E97AFE"/>
    <w:rsid w:val="00EB7A64"/>
    <w:rsid w:val="00EC004E"/>
    <w:rsid w:val="00EC0CFD"/>
    <w:rsid w:val="00EC367F"/>
    <w:rsid w:val="00ED0017"/>
    <w:rsid w:val="00ED0C1A"/>
    <w:rsid w:val="00ED24B5"/>
    <w:rsid w:val="00EE2663"/>
    <w:rsid w:val="00EE50FD"/>
    <w:rsid w:val="00F01394"/>
    <w:rsid w:val="00F139B4"/>
    <w:rsid w:val="00F13B81"/>
    <w:rsid w:val="00F16DCA"/>
    <w:rsid w:val="00F215F0"/>
    <w:rsid w:val="00F32828"/>
    <w:rsid w:val="00F429AE"/>
    <w:rsid w:val="00F45A65"/>
    <w:rsid w:val="00F56A73"/>
    <w:rsid w:val="00F60E42"/>
    <w:rsid w:val="00F668EA"/>
    <w:rsid w:val="00F752B1"/>
    <w:rsid w:val="00F75CA1"/>
    <w:rsid w:val="00F938B0"/>
    <w:rsid w:val="00FA1AC9"/>
    <w:rsid w:val="00FB25C1"/>
    <w:rsid w:val="00FB7E91"/>
    <w:rsid w:val="00FC693F"/>
    <w:rsid w:val="00FD3D79"/>
    <w:rsid w:val="00FD6EF4"/>
    <w:rsid w:val="00FE7B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7">
    <w:name w:val="Title"/>
    <w:basedOn w:val="a1"/>
    <w:next w:val="a1"/>
    <w:link w:val="a8"/>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2"/>
    <w:link w:val="a7"/>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aa"/>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b">
    <w:name w:val="List Paragraph"/>
    <w:basedOn w:val="a1"/>
    <w:uiPriority w:val="34"/>
    <w:qFormat/>
    <w:rsid w:val="00FC693F"/>
    <w:pPr>
      <w:ind w:left="720"/>
      <w:contextualSpacing/>
    </w:pPr>
  </w:style>
  <w:style w:type="paragraph" w:styleId="ac">
    <w:name w:val="Body Text"/>
    <w:basedOn w:val="a1"/>
    <w:link w:val="ad"/>
    <w:uiPriority w:val="99"/>
    <w:unhideWhenUsed/>
    <w:rsid w:val="00AA1D8D"/>
    <w:pPr>
      <w:spacing w:after="120"/>
    </w:pPr>
  </w:style>
  <w:style w:type="character" w:customStyle="1" w:styleId="ad">
    <w:name w:val="Основной текст Знак"/>
    <w:basedOn w:val="a2"/>
    <w:link w:val="ac"/>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e">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0">
    <w:name w:val="macro"/>
    <w:link w:val="af1"/>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1">
    <w:name w:val="Текст макроса Знак"/>
    <w:basedOn w:val="a2"/>
    <w:link w:val="af0"/>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2">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3">
    <w:name w:val="Strong"/>
    <w:basedOn w:val="a2"/>
    <w:uiPriority w:val="22"/>
    <w:qFormat/>
    <w:rsid w:val="00FC693F"/>
    <w:rPr>
      <w:b/>
      <w:bCs/>
    </w:rPr>
  </w:style>
  <w:style w:type="character" w:styleId="af4">
    <w:name w:val="Emphasis"/>
    <w:basedOn w:val="a2"/>
    <w:uiPriority w:val="20"/>
    <w:qFormat/>
    <w:rsid w:val="00FC693F"/>
    <w:rPr>
      <w:i/>
      <w:iCs/>
    </w:rPr>
  </w:style>
  <w:style w:type="paragraph" w:styleId="af5">
    <w:name w:val="Intense Quote"/>
    <w:basedOn w:val="a1"/>
    <w:next w:val="a1"/>
    <w:link w:val="af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2"/>
    <w:link w:val="af5"/>
    <w:uiPriority w:val="30"/>
    <w:rsid w:val="00FC693F"/>
    <w:rPr>
      <w:b/>
      <w:bCs/>
      <w:i/>
      <w:iCs/>
      <w:color w:val="4F81BD" w:themeColor="accent1"/>
    </w:rPr>
  </w:style>
  <w:style w:type="character" w:styleId="af7">
    <w:name w:val="Subtle Emphasis"/>
    <w:basedOn w:val="a2"/>
    <w:uiPriority w:val="19"/>
    <w:qFormat/>
    <w:rsid w:val="00FC693F"/>
    <w:rPr>
      <w:i/>
      <w:iCs/>
      <w:color w:val="808080" w:themeColor="text1" w:themeTint="7F"/>
    </w:rPr>
  </w:style>
  <w:style w:type="character" w:styleId="af8">
    <w:name w:val="Intense Emphasis"/>
    <w:basedOn w:val="a2"/>
    <w:uiPriority w:val="21"/>
    <w:qFormat/>
    <w:rsid w:val="00FC693F"/>
    <w:rPr>
      <w:b/>
      <w:bCs/>
      <w:i/>
      <w:iCs/>
      <w:color w:val="4F81BD" w:themeColor="accent1"/>
    </w:rPr>
  </w:style>
  <w:style w:type="character" w:styleId="af9">
    <w:name w:val="Subtle Reference"/>
    <w:basedOn w:val="a2"/>
    <w:uiPriority w:val="31"/>
    <w:qFormat/>
    <w:rsid w:val="00FC693F"/>
    <w:rPr>
      <w:smallCaps/>
      <w:color w:val="C0504D" w:themeColor="accent2"/>
      <w:u w:val="single"/>
    </w:rPr>
  </w:style>
  <w:style w:type="character" w:styleId="afa">
    <w:name w:val="Intense Reference"/>
    <w:basedOn w:val="a2"/>
    <w:uiPriority w:val="32"/>
    <w:qFormat/>
    <w:rsid w:val="00FC693F"/>
    <w:rPr>
      <w:b/>
      <w:bCs/>
      <w:smallCaps/>
      <w:color w:val="C0504D" w:themeColor="accent2"/>
      <w:spacing w:val="5"/>
      <w:u w:val="single"/>
    </w:rPr>
  </w:style>
  <w:style w:type="character" w:styleId="afb">
    <w:name w:val="Book Title"/>
    <w:basedOn w:val="a2"/>
    <w:uiPriority w:val="33"/>
    <w:qFormat/>
    <w:rsid w:val="00FC693F"/>
    <w:rPr>
      <w:b/>
      <w:bCs/>
      <w:smallCaps/>
      <w:spacing w:val="5"/>
    </w:rPr>
  </w:style>
  <w:style w:type="paragraph" w:styleId="afc">
    <w:name w:val="TOC Heading"/>
    <w:basedOn w:val="1"/>
    <w:next w:val="a1"/>
    <w:uiPriority w:val="39"/>
    <w:unhideWhenUsed/>
    <w:qFormat/>
    <w:rsid w:val="00FC693F"/>
    <w:pPr>
      <w:outlineLvl w:val="9"/>
    </w:pPr>
  </w:style>
  <w:style w:type="table" w:styleId="afd">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0">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1">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2">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3">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4">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UNAIDSNormal">
    <w:name w:val="UNAIDS Normal"/>
    <w:pPr>
      <w:spacing w:before="280" w:line="240" w:lineRule="atLeast"/>
    </w:pPr>
    <w:rPr>
      <w:rFonts w:ascii="Arial" w:hAnsi="Arial"/>
      <w:color w:val="000000"/>
      <w:sz w:val="20"/>
    </w:rPr>
  </w:style>
  <w:style w:type="paragraph" w:customStyle="1" w:styleId="UNAIDSTitle">
    <w:name w:val="UNAIDS Title"/>
    <w:pPr>
      <w:spacing w:before="3360" w:after="0" w:line="880" w:lineRule="atLeast"/>
      <w:ind w:left="1843" w:right="1181"/>
    </w:pPr>
    <w:rPr>
      <w:rFonts w:ascii="Arial" w:hAnsi="Arial"/>
      <w:color w:val="000000"/>
      <w:sz w:val="88"/>
    </w:rPr>
  </w:style>
  <w:style w:type="paragraph" w:customStyle="1" w:styleId="UNAIDSSubtitle">
    <w:name w:val="UNAIDS Subtitle"/>
    <w:pPr>
      <w:spacing w:before="480" w:after="1160" w:line="320" w:lineRule="atLeast"/>
      <w:ind w:left="1843" w:right="1181"/>
    </w:pPr>
    <w:rPr>
      <w:rFonts w:ascii="Times New Roman" w:hAnsi="Times New Roman"/>
      <w:color w:val="FF0000"/>
      <w:sz w:val="32"/>
    </w:rPr>
  </w:style>
  <w:style w:type="paragraph" w:customStyle="1" w:styleId="UNAIDSTOC">
    <w:name w:val="UNAIDS TOC"/>
    <w:pPr>
      <w:spacing w:after="0" w:line="320" w:lineRule="atLeast"/>
    </w:pPr>
    <w:rPr>
      <w:rFonts w:ascii="Arial" w:hAnsi="Arial"/>
      <w:color w:val="000000"/>
      <w:sz w:val="20"/>
    </w:rPr>
  </w:style>
  <w:style w:type="paragraph" w:customStyle="1" w:styleId="UNAIDSHeading1">
    <w:name w:val="UNAIDS Heading 1"/>
    <w:pPr>
      <w:spacing w:after="1800" w:line="800" w:lineRule="atLeast"/>
    </w:pPr>
    <w:rPr>
      <w:rFonts w:ascii="Arial" w:hAnsi="Arial"/>
      <w:color w:val="000000"/>
      <w:sz w:val="72"/>
    </w:rPr>
  </w:style>
  <w:style w:type="paragraph" w:customStyle="1" w:styleId="UNAIDSHeading2">
    <w:name w:val="UNAIDS Heading 2"/>
    <w:pPr>
      <w:spacing w:line="340" w:lineRule="atLeast"/>
    </w:pPr>
    <w:rPr>
      <w:rFonts w:ascii="Arial" w:hAnsi="Arial"/>
      <w:b/>
      <w:color w:val="000000"/>
      <w:sz w:val="28"/>
    </w:rPr>
  </w:style>
  <w:style w:type="paragraph" w:customStyle="1" w:styleId="UNAIDSHeading3">
    <w:name w:val="UNAIDS Heading 3"/>
    <w:pPr>
      <w:spacing w:before="280" w:line="240" w:lineRule="atLeast"/>
    </w:pPr>
    <w:rPr>
      <w:rFonts w:ascii="Arial" w:hAnsi="Arial"/>
      <w:b/>
      <w:color w:val="000000"/>
      <w:sz w:val="20"/>
    </w:rPr>
  </w:style>
  <w:style w:type="paragraph" w:customStyle="1" w:styleId="UNAIDSHeading4">
    <w:name w:val="UNAIDS Heading 4"/>
    <w:pPr>
      <w:spacing w:before="280" w:line="240" w:lineRule="atLeast"/>
    </w:pPr>
    <w:rPr>
      <w:rFonts w:ascii="Arial" w:hAnsi="Arial"/>
      <w:b/>
      <w:color w:val="000000"/>
      <w:sz w:val="20"/>
    </w:rPr>
  </w:style>
  <w:style w:type="paragraph" w:customStyle="1" w:styleId="UNAIDSHeading5">
    <w:name w:val="UNAIDS Heading 5"/>
    <w:pPr>
      <w:spacing w:before="280" w:line="240" w:lineRule="atLeast"/>
    </w:pPr>
    <w:rPr>
      <w:rFonts w:ascii="Arial" w:hAnsi="Arial"/>
      <w:b/>
      <w:color w:val="000000"/>
      <w:sz w:val="20"/>
    </w:rPr>
  </w:style>
  <w:style w:type="paragraph" w:customStyle="1" w:styleId="UNAIDSHeading6">
    <w:name w:val="UNAIDS Heading 6"/>
    <w:pPr>
      <w:spacing w:before="280" w:line="240" w:lineRule="atLeast"/>
    </w:pPr>
    <w:rPr>
      <w:rFonts w:ascii="Arial" w:hAnsi="Arial"/>
      <w:b/>
      <w:color w:val="000000"/>
      <w:sz w:val="20"/>
    </w:rPr>
  </w:style>
  <w:style w:type="paragraph" w:styleId="14">
    <w:name w:val="toc 1"/>
    <w:basedOn w:val="a1"/>
    <w:next w:val="a1"/>
    <w:autoRedefine/>
    <w:uiPriority w:val="39"/>
    <w:unhideWhenUsed/>
    <w:rsid w:val="00E568CA"/>
    <w:pPr>
      <w:spacing w:after="100"/>
    </w:pPr>
  </w:style>
  <w:style w:type="character" w:styleId="aff5">
    <w:name w:val="Hyperlink"/>
    <w:basedOn w:val="a2"/>
    <w:uiPriority w:val="99"/>
    <w:unhideWhenUsed/>
    <w:rsid w:val="00E568CA"/>
    <w:rPr>
      <w:color w:val="0000FF" w:themeColor="hyperlink"/>
      <w:u w:val="single"/>
    </w:rPr>
  </w:style>
  <w:style w:type="paragraph" w:styleId="2c">
    <w:name w:val="toc 2"/>
    <w:basedOn w:val="a1"/>
    <w:next w:val="a1"/>
    <w:autoRedefine/>
    <w:uiPriority w:val="39"/>
    <w:unhideWhenUsed/>
    <w:rsid w:val="00E568CA"/>
    <w:pPr>
      <w:spacing w:after="100" w:line="259" w:lineRule="auto"/>
      <w:ind w:left="220"/>
    </w:pPr>
    <w:rPr>
      <w:rFonts w:cs="Times New Roman"/>
    </w:rPr>
  </w:style>
  <w:style w:type="paragraph" w:styleId="38">
    <w:name w:val="toc 3"/>
    <w:basedOn w:val="a1"/>
    <w:next w:val="a1"/>
    <w:autoRedefine/>
    <w:uiPriority w:val="39"/>
    <w:unhideWhenUsed/>
    <w:rsid w:val="00E568CA"/>
    <w:pPr>
      <w:spacing w:after="100" w:line="259" w:lineRule="auto"/>
      <w:ind w:left="440"/>
    </w:pPr>
    <w:rPr>
      <w:rFonts w:cs="Times New Roman"/>
    </w:rPr>
  </w:style>
  <w:style w:type="paragraph" w:styleId="aff6">
    <w:name w:val="header"/>
    <w:basedOn w:val="a1"/>
    <w:link w:val="aff7"/>
    <w:uiPriority w:val="99"/>
    <w:unhideWhenUsed/>
    <w:rsid w:val="00C06684"/>
    <w:pPr>
      <w:tabs>
        <w:tab w:val="center" w:pos="4844"/>
        <w:tab w:val="right" w:pos="9689"/>
      </w:tabs>
      <w:spacing w:after="0" w:line="240" w:lineRule="auto"/>
    </w:pPr>
  </w:style>
  <w:style w:type="character" w:customStyle="1" w:styleId="aff7">
    <w:name w:val="Верхний колонтитул Знак"/>
    <w:basedOn w:val="a2"/>
    <w:link w:val="aff6"/>
    <w:uiPriority w:val="99"/>
    <w:rsid w:val="00C06684"/>
  </w:style>
  <w:style w:type="paragraph" w:styleId="aff8">
    <w:name w:val="footer"/>
    <w:basedOn w:val="a1"/>
    <w:link w:val="aff9"/>
    <w:uiPriority w:val="99"/>
    <w:unhideWhenUsed/>
    <w:rsid w:val="00C06684"/>
    <w:pPr>
      <w:tabs>
        <w:tab w:val="center" w:pos="4844"/>
        <w:tab w:val="right" w:pos="9689"/>
      </w:tabs>
      <w:spacing w:after="0" w:line="240" w:lineRule="auto"/>
    </w:pPr>
  </w:style>
  <w:style w:type="character" w:customStyle="1" w:styleId="aff9">
    <w:name w:val="Нижний колонтитул Знак"/>
    <w:basedOn w:val="a2"/>
    <w:link w:val="aff8"/>
    <w:uiPriority w:val="99"/>
    <w:rsid w:val="00C06684"/>
  </w:style>
  <w:style w:type="paragraph" w:styleId="affa">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Web)1,Знак Знак3,Знак Знак Знак Знак Знак,Знак4 Зна,Знак4,Знак4 Знак"/>
    <w:basedOn w:val="a1"/>
    <w:link w:val="affb"/>
    <w:uiPriority w:val="99"/>
    <w:unhideWhenUsed/>
    <w:qFormat/>
    <w:rsid w:val="009677DE"/>
    <w:pPr>
      <w:spacing w:before="100" w:beforeAutospacing="1" w:after="100" w:afterAutospacing="1" w:line="240" w:lineRule="auto"/>
    </w:pPr>
    <w:rPr>
      <w:rFonts w:ascii="Times New Roman" w:hAnsi="Times New Roman" w:cs="Times New Roman"/>
      <w:sz w:val="24"/>
      <w:szCs w:val="24"/>
      <w:lang w:val="ru-RU" w:eastAsia="ru-RU"/>
    </w:rPr>
  </w:style>
  <w:style w:type="table" w:customStyle="1" w:styleId="TableGrid1">
    <w:name w:val="Table Grid1"/>
    <w:basedOn w:val="a3"/>
    <w:next w:val="afd"/>
    <w:uiPriority w:val="59"/>
    <w:rsid w:val="00F752B1"/>
    <w:pPr>
      <w:spacing w:after="0" w:line="240" w:lineRule="auto"/>
    </w:pPr>
    <w:rPr>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Без интервала Знак"/>
    <w:basedOn w:val="a2"/>
    <w:link w:val="a5"/>
    <w:uiPriority w:val="1"/>
    <w:rsid w:val="00035E3C"/>
  </w:style>
  <w:style w:type="paragraph" w:styleId="affc">
    <w:name w:val="endnote text"/>
    <w:basedOn w:val="a1"/>
    <w:link w:val="affd"/>
    <w:uiPriority w:val="99"/>
    <w:semiHidden/>
    <w:unhideWhenUsed/>
    <w:rsid w:val="00705D58"/>
    <w:pPr>
      <w:spacing w:after="0" w:line="240" w:lineRule="auto"/>
    </w:pPr>
    <w:rPr>
      <w:sz w:val="20"/>
      <w:szCs w:val="20"/>
    </w:rPr>
  </w:style>
  <w:style w:type="character" w:customStyle="1" w:styleId="affd">
    <w:name w:val="Текст концевой сноски Знак"/>
    <w:basedOn w:val="a2"/>
    <w:link w:val="affc"/>
    <w:uiPriority w:val="99"/>
    <w:semiHidden/>
    <w:rsid w:val="00705D58"/>
    <w:rPr>
      <w:sz w:val="20"/>
      <w:szCs w:val="20"/>
    </w:rPr>
  </w:style>
  <w:style w:type="character" w:styleId="affe">
    <w:name w:val="endnote reference"/>
    <w:basedOn w:val="a2"/>
    <w:uiPriority w:val="99"/>
    <w:semiHidden/>
    <w:unhideWhenUsed/>
    <w:rsid w:val="00705D58"/>
    <w:rPr>
      <w:vertAlign w:val="superscript"/>
    </w:rPr>
  </w:style>
  <w:style w:type="paragraph" w:styleId="afff">
    <w:name w:val="footnote text"/>
    <w:basedOn w:val="a1"/>
    <w:link w:val="afff0"/>
    <w:uiPriority w:val="99"/>
    <w:semiHidden/>
    <w:unhideWhenUsed/>
    <w:rsid w:val="00435FA0"/>
    <w:pPr>
      <w:spacing w:after="0" w:line="240" w:lineRule="auto"/>
    </w:pPr>
    <w:rPr>
      <w:sz w:val="20"/>
      <w:szCs w:val="20"/>
    </w:rPr>
  </w:style>
  <w:style w:type="character" w:customStyle="1" w:styleId="afff0">
    <w:name w:val="Текст сноски Знак"/>
    <w:basedOn w:val="a2"/>
    <w:link w:val="afff"/>
    <w:uiPriority w:val="99"/>
    <w:semiHidden/>
    <w:rsid w:val="00435FA0"/>
    <w:rPr>
      <w:sz w:val="20"/>
      <w:szCs w:val="20"/>
    </w:rPr>
  </w:style>
  <w:style w:type="character" w:styleId="afff1">
    <w:name w:val="footnote reference"/>
    <w:basedOn w:val="a2"/>
    <w:uiPriority w:val="99"/>
    <w:semiHidden/>
    <w:unhideWhenUsed/>
    <w:rsid w:val="00435FA0"/>
    <w:rPr>
      <w:vertAlign w:val="superscript"/>
    </w:rPr>
  </w:style>
  <w:style w:type="character" w:customStyle="1" w:styleId="UnresolvedMention">
    <w:name w:val="Unresolved Mention"/>
    <w:basedOn w:val="a2"/>
    <w:uiPriority w:val="99"/>
    <w:semiHidden/>
    <w:unhideWhenUsed/>
    <w:rsid w:val="00435FA0"/>
    <w:rPr>
      <w:color w:val="605E5C"/>
      <w:shd w:val="clear" w:color="auto" w:fill="E1DFDD"/>
    </w:rPr>
  </w:style>
  <w:style w:type="paragraph" w:styleId="afff2">
    <w:name w:val="Balloon Text"/>
    <w:basedOn w:val="a1"/>
    <w:link w:val="afff3"/>
    <w:uiPriority w:val="99"/>
    <w:semiHidden/>
    <w:unhideWhenUsed/>
    <w:rsid w:val="00DC524E"/>
    <w:pPr>
      <w:spacing w:after="0" w:line="240" w:lineRule="auto"/>
    </w:pPr>
    <w:rPr>
      <w:rFonts w:ascii="Segoe UI" w:hAnsi="Segoe UI" w:cs="Segoe UI"/>
      <w:sz w:val="18"/>
      <w:szCs w:val="18"/>
    </w:rPr>
  </w:style>
  <w:style w:type="character" w:customStyle="1" w:styleId="afff3">
    <w:name w:val="Текст выноски Знак"/>
    <w:basedOn w:val="a2"/>
    <w:link w:val="afff2"/>
    <w:uiPriority w:val="99"/>
    <w:semiHidden/>
    <w:rsid w:val="00DC524E"/>
    <w:rPr>
      <w:rFonts w:ascii="Segoe UI" w:hAnsi="Segoe UI" w:cs="Segoe UI"/>
      <w:sz w:val="18"/>
      <w:szCs w:val="18"/>
    </w:rPr>
  </w:style>
  <w:style w:type="paragraph" w:customStyle="1" w:styleId="Default">
    <w:name w:val="Default"/>
    <w:rsid w:val="0070348D"/>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affb">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Web)1 Знак,Знак Знак3 Знак"/>
    <w:link w:val="affa"/>
    <w:uiPriority w:val="99"/>
    <w:locked/>
    <w:rsid w:val="0070348D"/>
    <w:rPr>
      <w:rFonts w:ascii="Times New Roman" w:hAnsi="Times New Roman" w:cs="Times New Roman"/>
      <w:sz w:val="24"/>
      <w:szCs w:val="24"/>
      <w:lang w:val="ru-RU" w:eastAsia="ru-RU"/>
    </w:rPr>
  </w:style>
  <w:style w:type="paragraph" w:customStyle="1" w:styleId="selectionshareable">
    <w:name w:val="selectionshareable"/>
    <w:basedOn w:val="a1"/>
    <w:rsid w:val="00902EB9"/>
    <w:pPr>
      <w:spacing w:before="100" w:beforeAutospacing="1" w:after="100" w:afterAutospacing="1" w:line="240" w:lineRule="auto"/>
    </w:pPr>
    <w:rPr>
      <w:rFonts w:ascii="Times New Roman" w:eastAsia="Times New Roman" w:hAnsi="Times New Roman" w:cs="Times New Roman"/>
      <w:sz w:val="24"/>
      <w:szCs w:val="24"/>
    </w:rPr>
  </w:style>
  <w:style w:type="paragraph" w:styleId="afff4">
    <w:name w:val="Body Text Indent"/>
    <w:basedOn w:val="a1"/>
    <w:link w:val="afff5"/>
    <w:uiPriority w:val="99"/>
    <w:semiHidden/>
    <w:unhideWhenUsed/>
    <w:rsid w:val="00EE50FD"/>
    <w:pPr>
      <w:spacing w:after="120"/>
      <w:ind w:left="360"/>
    </w:pPr>
  </w:style>
  <w:style w:type="character" w:customStyle="1" w:styleId="afff5">
    <w:name w:val="Основной текст с отступом Знак"/>
    <w:basedOn w:val="a2"/>
    <w:link w:val="afff4"/>
    <w:uiPriority w:val="99"/>
    <w:semiHidden/>
    <w:rsid w:val="00EE50FD"/>
  </w:style>
  <w:style w:type="paragraph" w:styleId="2d">
    <w:name w:val="Body Text Indent 2"/>
    <w:basedOn w:val="a1"/>
    <w:link w:val="2e"/>
    <w:uiPriority w:val="99"/>
    <w:semiHidden/>
    <w:unhideWhenUsed/>
    <w:rsid w:val="00DC53C3"/>
    <w:pPr>
      <w:spacing w:after="120" w:line="480" w:lineRule="auto"/>
      <w:ind w:left="360"/>
    </w:pPr>
  </w:style>
  <w:style w:type="character" w:customStyle="1" w:styleId="2e">
    <w:name w:val="Основной текст с отступом 2 Знак"/>
    <w:basedOn w:val="a2"/>
    <w:link w:val="2d"/>
    <w:uiPriority w:val="99"/>
    <w:semiHidden/>
    <w:rsid w:val="00DC53C3"/>
  </w:style>
  <w:style w:type="paragraph" w:styleId="39">
    <w:name w:val="Body Text Indent 3"/>
    <w:basedOn w:val="a1"/>
    <w:link w:val="3a"/>
    <w:uiPriority w:val="99"/>
    <w:semiHidden/>
    <w:unhideWhenUsed/>
    <w:rsid w:val="008C2EA3"/>
    <w:pPr>
      <w:spacing w:after="120"/>
      <w:ind w:left="360"/>
    </w:pPr>
    <w:rPr>
      <w:sz w:val="16"/>
      <w:szCs w:val="16"/>
    </w:rPr>
  </w:style>
  <w:style w:type="character" w:customStyle="1" w:styleId="3a">
    <w:name w:val="Основной текст с отступом 3 Знак"/>
    <w:basedOn w:val="a2"/>
    <w:link w:val="39"/>
    <w:uiPriority w:val="99"/>
    <w:semiHidden/>
    <w:rsid w:val="008C2EA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 Spacing"/>
    <w:link w:val="a6"/>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7">
    <w:name w:val="Title"/>
    <w:basedOn w:val="a1"/>
    <w:next w:val="a1"/>
    <w:link w:val="a8"/>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8">
    <w:name w:val="Название Знак"/>
    <w:basedOn w:val="a2"/>
    <w:link w:val="a7"/>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9">
    <w:name w:val="Subtitle"/>
    <w:basedOn w:val="a1"/>
    <w:next w:val="a1"/>
    <w:link w:val="aa"/>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a">
    <w:name w:val="Подзаголовок Знак"/>
    <w:basedOn w:val="a2"/>
    <w:link w:val="a9"/>
    <w:uiPriority w:val="11"/>
    <w:rsid w:val="00FC693F"/>
    <w:rPr>
      <w:rFonts w:asciiTheme="majorHAnsi" w:eastAsiaTheme="majorEastAsia" w:hAnsiTheme="majorHAnsi" w:cstheme="majorBidi"/>
      <w:i/>
      <w:iCs/>
      <w:color w:val="4F81BD" w:themeColor="accent1"/>
      <w:spacing w:val="15"/>
      <w:sz w:val="24"/>
      <w:szCs w:val="24"/>
    </w:rPr>
  </w:style>
  <w:style w:type="paragraph" w:styleId="ab">
    <w:name w:val="List Paragraph"/>
    <w:basedOn w:val="a1"/>
    <w:uiPriority w:val="34"/>
    <w:qFormat/>
    <w:rsid w:val="00FC693F"/>
    <w:pPr>
      <w:ind w:left="720"/>
      <w:contextualSpacing/>
    </w:pPr>
  </w:style>
  <w:style w:type="paragraph" w:styleId="ac">
    <w:name w:val="Body Text"/>
    <w:basedOn w:val="a1"/>
    <w:link w:val="ad"/>
    <w:uiPriority w:val="99"/>
    <w:unhideWhenUsed/>
    <w:rsid w:val="00AA1D8D"/>
    <w:pPr>
      <w:spacing w:after="120"/>
    </w:pPr>
  </w:style>
  <w:style w:type="character" w:customStyle="1" w:styleId="ad">
    <w:name w:val="Основной текст Знак"/>
    <w:basedOn w:val="a2"/>
    <w:link w:val="ac"/>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e">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0">
    <w:name w:val="macro"/>
    <w:link w:val="af1"/>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1">
    <w:name w:val="Текст макроса Знак"/>
    <w:basedOn w:val="a2"/>
    <w:link w:val="af0"/>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2">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3">
    <w:name w:val="Strong"/>
    <w:basedOn w:val="a2"/>
    <w:uiPriority w:val="22"/>
    <w:qFormat/>
    <w:rsid w:val="00FC693F"/>
    <w:rPr>
      <w:b/>
      <w:bCs/>
    </w:rPr>
  </w:style>
  <w:style w:type="character" w:styleId="af4">
    <w:name w:val="Emphasis"/>
    <w:basedOn w:val="a2"/>
    <w:uiPriority w:val="20"/>
    <w:qFormat/>
    <w:rsid w:val="00FC693F"/>
    <w:rPr>
      <w:i/>
      <w:iCs/>
    </w:rPr>
  </w:style>
  <w:style w:type="paragraph" w:styleId="af5">
    <w:name w:val="Intense Quote"/>
    <w:basedOn w:val="a1"/>
    <w:next w:val="a1"/>
    <w:link w:val="af6"/>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6">
    <w:name w:val="Выделенная цитата Знак"/>
    <w:basedOn w:val="a2"/>
    <w:link w:val="af5"/>
    <w:uiPriority w:val="30"/>
    <w:rsid w:val="00FC693F"/>
    <w:rPr>
      <w:b/>
      <w:bCs/>
      <w:i/>
      <w:iCs/>
      <w:color w:val="4F81BD" w:themeColor="accent1"/>
    </w:rPr>
  </w:style>
  <w:style w:type="character" w:styleId="af7">
    <w:name w:val="Subtle Emphasis"/>
    <w:basedOn w:val="a2"/>
    <w:uiPriority w:val="19"/>
    <w:qFormat/>
    <w:rsid w:val="00FC693F"/>
    <w:rPr>
      <w:i/>
      <w:iCs/>
      <w:color w:val="808080" w:themeColor="text1" w:themeTint="7F"/>
    </w:rPr>
  </w:style>
  <w:style w:type="character" w:styleId="af8">
    <w:name w:val="Intense Emphasis"/>
    <w:basedOn w:val="a2"/>
    <w:uiPriority w:val="21"/>
    <w:qFormat/>
    <w:rsid w:val="00FC693F"/>
    <w:rPr>
      <w:b/>
      <w:bCs/>
      <w:i/>
      <w:iCs/>
      <w:color w:val="4F81BD" w:themeColor="accent1"/>
    </w:rPr>
  </w:style>
  <w:style w:type="character" w:styleId="af9">
    <w:name w:val="Subtle Reference"/>
    <w:basedOn w:val="a2"/>
    <w:uiPriority w:val="31"/>
    <w:qFormat/>
    <w:rsid w:val="00FC693F"/>
    <w:rPr>
      <w:smallCaps/>
      <w:color w:val="C0504D" w:themeColor="accent2"/>
      <w:u w:val="single"/>
    </w:rPr>
  </w:style>
  <w:style w:type="character" w:styleId="afa">
    <w:name w:val="Intense Reference"/>
    <w:basedOn w:val="a2"/>
    <w:uiPriority w:val="32"/>
    <w:qFormat/>
    <w:rsid w:val="00FC693F"/>
    <w:rPr>
      <w:b/>
      <w:bCs/>
      <w:smallCaps/>
      <w:color w:val="C0504D" w:themeColor="accent2"/>
      <w:spacing w:val="5"/>
      <w:u w:val="single"/>
    </w:rPr>
  </w:style>
  <w:style w:type="character" w:styleId="afb">
    <w:name w:val="Book Title"/>
    <w:basedOn w:val="a2"/>
    <w:uiPriority w:val="33"/>
    <w:qFormat/>
    <w:rsid w:val="00FC693F"/>
    <w:rPr>
      <w:b/>
      <w:bCs/>
      <w:smallCaps/>
      <w:spacing w:val="5"/>
    </w:rPr>
  </w:style>
  <w:style w:type="paragraph" w:styleId="afc">
    <w:name w:val="TOC Heading"/>
    <w:basedOn w:val="1"/>
    <w:next w:val="a1"/>
    <w:uiPriority w:val="39"/>
    <w:unhideWhenUsed/>
    <w:qFormat/>
    <w:rsid w:val="00FC693F"/>
    <w:pPr>
      <w:outlineLvl w:val="9"/>
    </w:pPr>
  </w:style>
  <w:style w:type="table" w:styleId="afd">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e">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0">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1">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2">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3">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4">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UNAIDSNormal">
    <w:name w:val="UNAIDS Normal"/>
    <w:pPr>
      <w:spacing w:before="280" w:line="240" w:lineRule="atLeast"/>
    </w:pPr>
    <w:rPr>
      <w:rFonts w:ascii="Arial" w:hAnsi="Arial"/>
      <w:color w:val="000000"/>
      <w:sz w:val="20"/>
    </w:rPr>
  </w:style>
  <w:style w:type="paragraph" w:customStyle="1" w:styleId="UNAIDSTitle">
    <w:name w:val="UNAIDS Title"/>
    <w:pPr>
      <w:spacing w:before="3360" w:after="0" w:line="880" w:lineRule="atLeast"/>
      <w:ind w:left="1843" w:right="1181"/>
    </w:pPr>
    <w:rPr>
      <w:rFonts w:ascii="Arial" w:hAnsi="Arial"/>
      <w:color w:val="000000"/>
      <w:sz w:val="88"/>
    </w:rPr>
  </w:style>
  <w:style w:type="paragraph" w:customStyle="1" w:styleId="UNAIDSSubtitle">
    <w:name w:val="UNAIDS Subtitle"/>
    <w:pPr>
      <w:spacing w:before="480" w:after="1160" w:line="320" w:lineRule="atLeast"/>
      <w:ind w:left="1843" w:right="1181"/>
    </w:pPr>
    <w:rPr>
      <w:rFonts w:ascii="Times New Roman" w:hAnsi="Times New Roman"/>
      <w:color w:val="FF0000"/>
      <w:sz w:val="32"/>
    </w:rPr>
  </w:style>
  <w:style w:type="paragraph" w:customStyle="1" w:styleId="UNAIDSTOC">
    <w:name w:val="UNAIDS TOC"/>
    <w:pPr>
      <w:spacing w:after="0" w:line="320" w:lineRule="atLeast"/>
    </w:pPr>
    <w:rPr>
      <w:rFonts w:ascii="Arial" w:hAnsi="Arial"/>
      <w:color w:val="000000"/>
      <w:sz w:val="20"/>
    </w:rPr>
  </w:style>
  <w:style w:type="paragraph" w:customStyle="1" w:styleId="UNAIDSHeading1">
    <w:name w:val="UNAIDS Heading 1"/>
    <w:pPr>
      <w:spacing w:after="1800" w:line="800" w:lineRule="atLeast"/>
    </w:pPr>
    <w:rPr>
      <w:rFonts w:ascii="Arial" w:hAnsi="Arial"/>
      <w:color w:val="000000"/>
      <w:sz w:val="72"/>
    </w:rPr>
  </w:style>
  <w:style w:type="paragraph" w:customStyle="1" w:styleId="UNAIDSHeading2">
    <w:name w:val="UNAIDS Heading 2"/>
    <w:pPr>
      <w:spacing w:line="340" w:lineRule="atLeast"/>
    </w:pPr>
    <w:rPr>
      <w:rFonts w:ascii="Arial" w:hAnsi="Arial"/>
      <w:b/>
      <w:color w:val="000000"/>
      <w:sz w:val="28"/>
    </w:rPr>
  </w:style>
  <w:style w:type="paragraph" w:customStyle="1" w:styleId="UNAIDSHeading3">
    <w:name w:val="UNAIDS Heading 3"/>
    <w:pPr>
      <w:spacing w:before="280" w:line="240" w:lineRule="atLeast"/>
    </w:pPr>
    <w:rPr>
      <w:rFonts w:ascii="Arial" w:hAnsi="Arial"/>
      <w:b/>
      <w:color w:val="000000"/>
      <w:sz w:val="20"/>
    </w:rPr>
  </w:style>
  <w:style w:type="paragraph" w:customStyle="1" w:styleId="UNAIDSHeading4">
    <w:name w:val="UNAIDS Heading 4"/>
    <w:pPr>
      <w:spacing w:before="280" w:line="240" w:lineRule="atLeast"/>
    </w:pPr>
    <w:rPr>
      <w:rFonts w:ascii="Arial" w:hAnsi="Arial"/>
      <w:b/>
      <w:color w:val="000000"/>
      <w:sz w:val="20"/>
    </w:rPr>
  </w:style>
  <w:style w:type="paragraph" w:customStyle="1" w:styleId="UNAIDSHeading5">
    <w:name w:val="UNAIDS Heading 5"/>
    <w:pPr>
      <w:spacing w:before="280" w:line="240" w:lineRule="atLeast"/>
    </w:pPr>
    <w:rPr>
      <w:rFonts w:ascii="Arial" w:hAnsi="Arial"/>
      <w:b/>
      <w:color w:val="000000"/>
      <w:sz w:val="20"/>
    </w:rPr>
  </w:style>
  <w:style w:type="paragraph" w:customStyle="1" w:styleId="UNAIDSHeading6">
    <w:name w:val="UNAIDS Heading 6"/>
    <w:pPr>
      <w:spacing w:before="280" w:line="240" w:lineRule="atLeast"/>
    </w:pPr>
    <w:rPr>
      <w:rFonts w:ascii="Arial" w:hAnsi="Arial"/>
      <w:b/>
      <w:color w:val="000000"/>
      <w:sz w:val="20"/>
    </w:rPr>
  </w:style>
  <w:style w:type="paragraph" w:styleId="14">
    <w:name w:val="toc 1"/>
    <w:basedOn w:val="a1"/>
    <w:next w:val="a1"/>
    <w:autoRedefine/>
    <w:uiPriority w:val="39"/>
    <w:unhideWhenUsed/>
    <w:rsid w:val="00E568CA"/>
    <w:pPr>
      <w:spacing w:after="100"/>
    </w:pPr>
  </w:style>
  <w:style w:type="character" w:styleId="aff5">
    <w:name w:val="Hyperlink"/>
    <w:basedOn w:val="a2"/>
    <w:uiPriority w:val="99"/>
    <w:unhideWhenUsed/>
    <w:rsid w:val="00E568CA"/>
    <w:rPr>
      <w:color w:val="0000FF" w:themeColor="hyperlink"/>
      <w:u w:val="single"/>
    </w:rPr>
  </w:style>
  <w:style w:type="paragraph" w:styleId="2c">
    <w:name w:val="toc 2"/>
    <w:basedOn w:val="a1"/>
    <w:next w:val="a1"/>
    <w:autoRedefine/>
    <w:uiPriority w:val="39"/>
    <w:unhideWhenUsed/>
    <w:rsid w:val="00E568CA"/>
    <w:pPr>
      <w:spacing w:after="100" w:line="259" w:lineRule="auto"/>
      <w:ind w:left="220"/>
    </w:pPr>
    <w:rPr>
      <w:rFonts w:cs="Times New Roman"/>
    </w:rPr>
  </w:style>
  <w:style w:type="paragraph" w:styleId="38">
    <w:name w:val="toc 3"/>
    <w:basedOn w:val="a1"/>
    <w:next w:val="a1"/>
    <w:autoRedefine/>
    <w:uiPriority w:val="39"/>
    <w:unhideWhenUsed/>
    <w:rsid w:val="00E568CA"/>
    <w:pPr>
      <w:spacing w:after="100" w:line="259" w:lineRule="auto"/>
      <w:ind w:left="440"/>
    </w:pPr>
    <w:rPr>
      <w:rFonts w:cs="Times New Roman"/>
    </w:rPr>
  </w:style>
  <w:style w:type="paragraph" w:styleId="aff6">
    <w:name w:val="header"/>
    <w:basedOn w:val="a1"/>
    <w:link w:val="aff7"/>
    <w:uiPriority w:val="99"/>
    <w:unhideWhenUsed/>
    <w:rsid w:val="00C06684"/>
    <w:pPr>
      <w:tabs>
        <w:tab w:val="center" w:pos="4844"/>
        <w:tab w:val="right" w:pos="9689"/>
      </w:tabs>
      <w:spacing w:after="0" w:line="240" w:lineRule="auto"/>
    </w:pPr>
  </w:style>
  <w:style w:type="character" w:customStyle="1" w:styleId="aff7">
    <w:name w:val="Верхний колонтитул Знак"/>
    <w:basedOn w:val="a2"/>
    <w:link w:val="aff6"/>
    <w:uiPriority w:val="99"/>
    <w:rsid w:val="00C06684"/>
  </w:style>
  <w:style w:type="paragraph" w:styleId="aff8">
    <w:name w:val="footer"/>
    <w:basedOn w:val="a1"/>
    <w:link w:val="aff9"/>
    <w:uiPriority w:val="99"/>
    <w:unhideWhenUsed/>
    <w:rsid w:val="00C06684"/>
    <w:pPr>
      <w:tabs>
        <w:tab w:val="center" w:pos="4844"/>
        <w:tab w:val="right" w:pos="9689"/>
      </w:tabs>
      <w:spacing w:after="0" w:line="240" w:lineRule="auto"/>
    </w:pPr>
  </w:style>
  <w:style w:type="character" w:customStyle="1" w:styleId="aff9">
    <w:name w:val="Нижний колонтитул Знак"/>
    <w:basedOn w:val="a2"/>
    <w:link w:val="aff8"/>
    <w:uiPriority w:val="99"/>
    <w:rsid w:val="00C06684"/>
  </w:style>
  <w:style w:type="paragraph" w:styleId="affa">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Web)1,Знак Знак3,Знак Знак Знак Знак Знак,Знак4 Зна,Знак4,Знак4 Знак"/>
    <w:basedOn w:val="a1"/>
    <w:link w:val="affb"/>
    <w:uiPriority w:val="99"/>
    <w:unhideWhenUsed/>
    <w:qFormat/>
    <w:rsid w:val="009677DE"/>
    <w:pPr>
      <w:spacing w:before="100" w:beforeAutospacing="1" w:after="100" w:afterAutospacing="1" w:line="240" w:lineRule="auto"/>
    </w:pPr>
    <w:rPr>
      <w:rFonts w:ascii="Times New Roman" w:hAnsi="Times New Roman" w:cs="Times New Roman"/>
      <w:sz w:val="24"/>
      <w:szCs w:val="24"/>
      <w:lang w:val="ru-RU" w:eastAsia="ru-RU"/>
    </w:rPr>
  </w:style>
  <w:style w:type="table" w:customStyle="1" w:styleId="TableGrid1">
    <w:name w:val="Table Grid1"/>
    <w:basedOn w:val="a3"/>
    <w:next w:val="afd"/>
    <w:uiPriority w:val="59"/>
    <w:rsid w:val="00F752B1"/>
    <w:pPr>
      <w:spacing w:after="0" w:line="240" w:lineRule="auto"/>
    </w:pPr>
    <w:rPr>
      <w:lang w:val="ru-RU"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6">
    <w:name w:val="Без интервала Знак"/>
    <w:basedOn w:val="a2"/>
    <w:link w:val="a5"/>
    <w:uiPriority w:val="1"/>
    <w:rsid w:val="00035E3C"/>
  </w:style>
  <w:style w:type="paragraph" w:styleId="affc">
    <w:name w:val="endnote text"/>
    <w:basedOn w:val="a1"/>
    <w:link w:val="affd"/>
    <w:uiPriority w:val="99"/>
    <w:semiHidden/>
    <w:unhideWhenUsed/>
    <w:rsid w:val="00705D58"/>
    <w:pPr>
      <w:spacing w:after="0" w:line="240" w:lineRule="auto"/>
    </w:pPr>
    <w:rPr>
      <w:sz w:val="20"/>
      <w:szCs w:val="20"/>
    </w:rPr>
  </w:style>
  <w:style w:type="character" w:customStyle="1" w:styleId="affd">
    <w:name w:val="Текст концевой сноски Знак"/>
    <w:basedOn w:val="a2"/>
    <w:link w:val="affc"/>
    <w:uiPriority w:val="99"/>
    <w:semiHidden/>
    <w:rsid w:val="00705D58"/>
    <w:rPr>
      <w:sz w:val="20"/>
      <w:szCs w:val="20"/>
    </w:rPr>
  </w:style>
  <w:style w:type="character" w:styleId="affe">
    <w:name w:val="endnote reference"/>
    <w:basedOn w:val="a2"/>
    <w:uiPriority w:val="99"/>
    <w:semiHidden/>
    <w:unhideWhenUsed/>
    <w:rsid w:val="00705D58"/>
    <w:rPr>
      <w:vertAlign w:val="superscript"/>
    </w:rPr>
  </w:style>
  <w:style w:type="paragraph" w:styleId="afff">
    <w:name w:val="footnote text"/>
    <w:basedOn w:val="a1"/>
    <w:link w:val="afff0"/>
    <w:uiPriority w:val="99"/>
    <w:semiHidden/>
    <w:unhideWhenUsed/>
    <w:rsid w:val="00435FA0"/>
    <w:pPr>
      <w:spacing w:after="0" w:line="240" w:lineRule="auto"/>
    </w:pPr>
    <w:rPr>
      <w:sz w:val="20"/>
      <w:szCs w:val="20"/>
    </w:rPr>
  </w:style>
  <w:style w:type="character" w:customStyle="1" w:styleId="afff0">
    <w:name w:val="Текст сноски Знак"/>
    <w:basedOn w:val="a2"/>
    <w:link w:val="afff"/>
    <w:uiPriority w:val="99"/>
    <w:semiHidden/>
    <w:rsid w:val="00435FA0"/>
    <w:rPr>
      <w:sz w:val="20"/>
      <w:szCs w:val="20"/>
    </w:rPr>
  </w:style>
  <w:style w:type="character" w:styleId="afff1">
    <w:name w:val="footnote reference"/>
    <w:basedOn w:val="a2"/>
    <w:uiPriority w:val="99"/>
    <w:semiHidden/>
    <w:unhideWhenUsed/>
    <w:rsid w:val="00435FA0"/>
    <w:rPr>
      <w:vertAlign w:val="superscript"/>
    </w:rPr>
  </w:style>
  <w:style w:type="character" w:customStyle="1" w:styleId="UnresolvedMention">
    <w:name w:val="Unresolved Mention"/>
    <w:basedOn w:val="a2"/>
    <w:uiPriority w:val="99"/>
    <w:semiHidden/>
    <w:unhideWhenUsed/>
    <w:rsid w:val="00435FA0"/>
    <w:rPr>
      <w:color w:val="605E5C"/>
      <w:shd w:val="clear" w:color="auto" w:fill="E1DFDD"/>
    </w:rPr>
  </w:style>
  <w:style w:type="paragraph" w:styleId="afff2">
    <w:name w:val="Balloon Text"/>
    <w:basedOn w:val="a1"/>
    <w:link w:val="afff3"/>
    <w:uiPriority w:val="99"/>
    <w:semiHidden/>
    <w:unhideWhenUsed/>
    <w:rsid w:val="00DC524E"/>
    <w:pPr>
      <w:spacing w:after="0" w:line="240" w:lineRule="auto"/>
    </w:pPr>
    <w:rPr>
      <w:rFonts w:ascii="Segoe UI" w:hAnsi="Segoe UI" w:cs="Segoe UI"/>
      <w:sz w:val="18"/>
      <w:szCs w:val="18"/>
    </w:rPr>
  </w:style>
  <w:style w:type="character" w:customStyle="1" w:styleId="afff3">
    <w:name w:val="Текст выноски Знак"/>
    <w:basedOn w:val="a2"/>
    <w:link w:val="afff2"/>
    <w:uiPriority w:val="99"/>
    <w:semiHidden/>
    <w:rsid w:val="00DC524E"/>
    <w:rPr>
      <w:rFonts w:ascii="Segoe UI" w:hAnsi="Segoe UI" w:cs="Segoe UI"/>
      <w:sz w:val="18"/>
      <w:szCs w:val="18"/>
    </w:rPr>
  </w:style>
  <w:style w:type="paragraph" w:customStyle="1" w:styleId="Default">
    <w:name w:val="Default"/>
    <w:rsid w:val="0070348D"/>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affb">
    <w:name w:val="Обычный (веб)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Web)1 Знак,Знак Знак3 Знак"/>
    <w:link w:val="affa"/>
    <w:uiPriority w:val="99"/>
    <w:locked/>
    <w:rsid w:val="0070348D"/>
    <w:rPr>
      <w:rFonts w:ascii="Times New Roman" w:hAnsi="Times New Roman" w:cs="Times New Roman"/>
      <w:sz w:val="24"/>
      <w:szCs w:val="24"/>
      <w:lang w:val="ru-RU" w:eastAsia="ru-RU"/>
    </w:rPr>
  </w:style>
  <w:style w:type="paragraph" w:customStyle="1" w:styleId="selectionshareable">
    <w:name w:val="selectionshareable"/>
    <w:basedOn w:val="a1"/>
    <w:rsid w:val="00902EB9"/>
    <w:pPr>
      <w:spacing w:before="100" w:beforeAutospacing="1" w:after="100" w:afterAutospacing="1" w:line="240" w:lineRule="auto"/>
    </w:pPr>
    <w:rPr>
      <w:rFonts w:ascii="Times New Roman" w:eastAsia="Times New Roman" w:hAnsi="Times New Roman" w:cs="Times New Roman"/>
      <w:sz w:val="24"/>
      <w:szCs w:val="24"/>
    </w:rPr>
  </w:style>
  <w:style w:type="paragraph" w:styleId="afff4">
    <w:name w:val="Body Text Indent"/>
    <w:basedOn w:val="a1"/>
    <w:link w:val="afff5"/>
    <w:uiPriority w:val="99"/>
    <w:semiHidden/>
    <w:unhideWhenUsed/>
    <w:rsid w:val="00EE50FD"/>
    <w:pPr>
      <w:spacing w:after="120"/>
      <w:ind w:left="360"/>
    </w:pPr>
  </w:style>
  <w:style w:type="character" w:customStyle="1" w:styleId="afff5">
    <w:name w:val="Основной текст с отступом Знак"/>
    <w:basedOn w:val="a2"/>
    <w:link w:val="afff4"/>
    <w:uiPriority w:val="99"/>
    <w:semiHidden/>
    <w:rsid w:val="00EE50FD"/>
  </w:style>
  <w:style w:type="paragraph" w:styleId="2d">
    <w:name w:val="Body Text Indent 2"/>
    <w:basedOn w:val="a1"/>
    <w:link w:val="2e"/>
    <w:uiPriority w:val="99"/>
    <w:semiHidden/>
    <w:unhideWhenUsed/>
    <w:rsid w:val="00DC53C3"/>
    <w:pPr>
      <w:spacing w:after="120" w:line="480" w:lineRule="auto"/>
      <w:ind w:left="360"/>
    </w:pPr>
  </w:style>
  <w:style w:type="character" w:customStyle="1" w:styleId="2e">
    <w:name w:val="Основной текст с отступом 2 Знак"/>
    <w:basedOn w:val="a2"/>
    <w:link w:val="2d"/>
    <w:uiPriority w:val="99"/>
    <w:semiHidden/>
    <w:rsid w:val="00DC53C3"/>
  </w:style>
  <w:style w:type="paragraph" w:styleId="39">
    <w:name w:val="Body Text Indent 3"/>
    <w:basedOn w:val="a1"/>
    <w:link w:val="3a"/>
    <w:uiPriority w:val="99"/>
    <w:semiHidden/>
    <w:unhideWhenUsed/>
    <w:rsid w:val="008C2EA3"/>
    <w:pPr>
      <w:spacing w:after="120"/>
      <w:ind w:left="360"/>
    </w:pPr>
    <w:rPr>
      <w:sz w:val="16"/>
      <w:szCs w:val="16"/>
    </w:rPr>
  </w:style>
  <w:style w:type="character" w:customStyle="1" w:styleId="3a">
    <w:name w:val="Основной текст с отступом 3 Знак"/>
    <w:basedOn w:val="a2"/>
    <w:link w:val="39"/>
    <w:uiPriority w:val="99"/>
    <w:semiHidden/>
    <w:rsid w:val="008C2EA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760919">
      <w:bodyDiv w:val="1"/>
      <w:marLeft w:val="0"/>
      <w:marRight w:val="0"/>
      <w:marTop w:val="0"/>
      <w:marBottom w:val="0"/>
      <w:divBdr>
        <w:top w:val="none" w:sz="0" w:space="0" w:color="auto"/>
        <w:left w:val="none" w:sz="0" w:space="0" w:color="auto"/>
        <w:bottom w:val="none" w:sz="0" w:space="0" w:color="auto"/>
        <w:right w:val="none" w:sz="0" w:space="0" w:color="auto"/>
      </w:divBdr>
    </w:div>
    <w:div w:id="575823880">
      <w:bodyDiv w:val="1"/>
      <w:marLeft w:val="0"/>
      <w:marRight w:val="0"/>
      <w:marTop w:val="0"/>
      <w:marBottom w:val="0"/>
      <w:divBdr>
        <w:top w:val="none" w:sz="0" w:space="0" w:color="auto"/>
        <w:left w:val="none" w:sz="0" w:space="0" w:color="auto"/>
        <w:bottom w:val="none" w:sz="0" w:space="0" w:color="auto"/>
        <w:right w:val="none" w:sz="0" w:space="0" w:color="auto"/>
      </w:divBdr>
    </w:div>
    <w:div w:id="1161581001">
      <w:bodyDiv w:val="1"/>
      <w:marLeft w:val="0"/>
      <w:marRight w:val="0"/>
      <w:marTop w:val="0"/>
      <w:marBottom w:val="0"/>
      <w:divBdr>
        <w:top w:val="none" w:sz="0" w:space="0" w:color="auto"/>
        <w:left w:val="none" w:sz="0" w:space="0" w:color="auto"/>
        <w:bottom w:val="none" w:sz="0" w:space="0" w:color="auto"/>
        <w:right w:val="none" w:sz="0" w:space="0" w:color="auto"/>
      </w:divBdr>
    </w:div>
    <w:div w:id="1284847062">
      <w:bodyDiv w:val="1"/>
      <w:marLeft w:val="0"/>
      <w:marRight w:val="0"/>
      <w:marTop w:val="0"/>
      <w:marBottom w:val="0"/>
      <w:divBdr>
        <w:top w:val="none" w:sz="0" w:space="0" w:color="auto"/>
        <w:left w:val="none" w:sz="0" w:space="0" w:color="auto"/>
        <w:bottom w:val="none" w:sz="0" w:space="0" w:color="auto"/>
        <w:right w:val="none" w:sz="0" w:space="0" w:color="auto"/>
      </w:divBdr>
      <w:divsChild>
        <w:div w:id="1600025779">
          <w:marLeft w:val="0"/>
          <w:marRight w:val="0"/>
          <w:marTop w:val="0"/>
          <w:marBottom w:val="0"/>
          <w:divBdr>
            <w:top w:val="none" w:sz="0" w:space="0" w:color="auto"/>
            <w:left w:val="none" w:sz="0" w:space="0" w:color="auto"/>
            <w:bottom w:val="none" w:sz="0" w:space="0" w:color="auto"/>
            <w:right w:val="none" w:sz="0" w:space="0" w:color="auto"/>
          </w:divBdr>
        </w:div>
        <w:div w:id="385373859">
          <w:marLeft w:val="0"/>
          <w:marRight w:val="0"/>
          <w:marTop w:val="0"/>
          <w:marBottom w:val="0"/>
          <w:divBdr>
            <w:top w:val="none" w:sz="0" w:space="0" w:color="auto"/>
            <w:left w:val="none" w:sz="0" w:space="0" w:color="auto"/>
            <w:bottom w:val="none" w:sz="0" w:space="0" w:color="auto"/>
            <w:right w:val="none" w:sz="0" w:space="0" w:color="auto"/>
          </w:divBdr>
        </w:div>
      </w:divsChild>
    </w:div>
    <w:div w:id="1342780371">
      <w:bodyDiv w:val="1"/>
      <w:marLeft w:val="0"/>
      <w:marRight w:val="0"/>
      <w:marTop w:val="0"/>
      <w:marBottom w:val="0"/>
      <w:divBdr>
        <w:top w:val="none" w:sz="0" w:space="0" w:color="auto"/>
        <w:left w:val="none" w:sz="0" w:space="0" w:color="auto"/>
        <w:bottom w:val="none" w:sz="0" w:space="0" w:color="auto"/>
        <w:right w:val="none" w:sz="0" w:space="0" w:color="auto"/>
      </w:divBdr>
    </w:div>
    <w:div w:id="15685407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vlast.kz/obsshestvo/31166-nikto-ne-lisnij.html" TargetMode="Externa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cdc.europa.eu/sites/portal/files/documents/Continuum-of-HIV-care-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4D7D1-7202-4116-A126-3C13A9DE2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25</Pages>
  <Words>7705</Words>
  <Characters>43923</Characters>
  <Application>Microsoft Office Word</Application>
  <DocSecurity>0</DocSecurity>
  <Lines>366</Lines>
  <Paragraphs>103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51525</CharactersWithSpaces>
  <SharedDoc>false</SharedDoc>
  <HyperlinkBase/>
  <HLinks>
    <vt:vector size="6" baseType="variant">
      <vt:variant>
        <vt:i4>6946867</vt:i4>
      </vt:variant>
      <vt:variant>
        <vt:i4>0</vt:i4>
      </vt:variant>
      <vt:variant>
        <vt:i4>0</vt:i4>
      </vt:variant>
      <vt:variant>
        <vt:i4>5</vt:i4>
      </vt:variant>
      <vt:variant>
        <vt:lpwstr>https://ecdc.europa.eu/sites/portal/files/documents/Continuum-of-HIV-care-2017.pdf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user</cp:lastModifiedBy>
  <cp:revision>17</cp:revision>
  <dcterms:created xsi:type="dcterms:W3CDTF">2019-03-20T04:19:00Z</dcterms:created>
  <dcterms:modified xsi:type="dcterms:W3CDTF">2019-07-01T07:05:00Z</dcterms:modified>
</cp:coreProperties>
</file>